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74C64" w14:textId="77777777" w:rsidR="00166559" w:rsidRDefault="00EA7A7A" w:rsidP="008A5260">
      <w:pPr>
        <w:spacing w:after="0" w:line="240" w:lineRule="auto"/>
        <w:jc w:val="center"/>
      </w:pPr>
      <w:r>
        <w:rPr>
          <w:b/>
          <w:smallCaps/>
          <w:sz w:val="28"/>
        </w:rPr>
        <w:t>Executive Department</w:t>
      </w:r>
    </w:p>
    <w:p w14:paraId="604A5192" w14:textId="77777777" w:rsidR="00166559" w:rsidRDefault="00EA7A7A" w:rsidP="008A5260">
      <w:pPr>
        <w:spacing w:after="0" w:line="240" w:lineRule="auto"/>
        <w:jc w:val="center"/>
      </w:pPr>
      <w:r>
        <w:rPr>
          <w:b/>
          <w:smallCaps/>
          <w:sz w:val="28"/>
        </w:rPr>
        <w:t>Office of the Governor</w:t>
      </w:r>
    </w:p>
    <w:p w14:paraId="1E28458D" w14:textId="64645FE7" w:rsidR="00166559" w:rsidRDefault="00EA7A7A" w:rsidP="008A5260">
      <w:pPr>
        <w:spacing w:after="0" w:line="240" w:lineRule="auto"/>
        <w:jc w:val="center"/>
      </w:pPr>
      <w:r>
        <w:rPr>
          <w:b/>
          <w:smallCaps/>
          <w:sz w:val="28"/>
        </w:rPr>
        <w:t>Executive Order Number JML 26-</w:t>
      </w:r>
      <w:r w:rsidR="008A5260">
        <w:rPr>
          <w:b/>
          <w:smallCaps/>
          <w:sz w:val="28"/>
        </w:rPr>
        <w:t>0</w:t>
      </w:r>
      <w:r w:rsidR="00EB5829">
        <w:rPr>
          <w:b/>
          <w:smallCaps/>
          <w:sz w:val="28"/>
        </w:rPr>
        <w:t>87</w:t>
      </w:r>
    </w:p>
    <w:p w14:paraId="0A010133" w14:textId="77777777" w:rsidR="00166559" w:rsidRDefault="00166559" w:rsidP="008A5260">
      <w:pPr>
        <w:pBdr>
          <w:bottom w:val="single" w:sz="6" w:space="1" w:color="000000"/>
        </w:pBdr>
        <w:spacing w:after="120" w:line="240" w:lineRule="auto"/>
        <w:jc w:val="right"/>
      </w:pPr>
    </w:p>
    <w:p w14:paraId="6397C63C" w14:textId="77777777" w:rsidR="00166559" w:rsidRDefault="00EA7A7A" w:rsidP="008A5260">
      <w:pPr>
        <w:spacing w:after="0" w:line="240" w:lineRule="auto"/>
        <w:jc w:val="center"/>
      </w:pPr>
      <w:r>
        <w:rPr>
          <w:b/>
          <w:i/>
          <w:sz w:val="32"/>
        </w:rPr>
        <w:t>RENEWAL OF STATE OF EMERGENCY</w:t>
      </w:r>
    </w:p>
    <w:p w14:paraId="280D0E7C" w14:textId="17F18411" w:rsidR="008A5260" w:rsidRPr="008A5260" w:rsidRDefault="00EA7A7A" w:rsidP="008A5260">
      <w:pPr>
        <w:pBdr>
          <w:bottom w:val="single" w:sz="4" w:space="1" w:color="auto"/>
        </w:pBdr>
        <w:spacing w:after="120" w:line="360" w:lineRule="auto"/>
        <w:jc w:val="center"/>
        <w:rPr>
          <w:b/>
          <w:i/>
          <w:sz w:val="32"/>
        </w:rPr>
      </w:pPr>
      <w:r>
        <w:rPr>
          <w:b/>
          <w:i/>
          <w:sz w:val="32"/>
        </w:rPr>
        <w:t>TROPICAL STORM ARTHUR – JUNE 18, 2026</w:t>
      </w:r>
    </w:p>
    <w:p w14:paraId="2623FA63" w14:textId="77777777" w:rsidR="00166559" w:rsidRDefault="00EA7A7A" w:rsidP="008A5260">
      <w:pPr>
        <w:spacing w:before="240" w:after="120" w:line="480" w:lineRule="auto"/>
        <w:ind w:firstLine="720"/>
        <w:contextualSpacing/>
        <w:jc w:val="both"/>
      </w:pPr>
      <w:proofErr w:type="gramStart"/>
      <w:r>
        <w:rPr>
          <w:b/>
        </w:rPr>
        <w:t>WHEREAS,</w:t>
      </w:r>
      <w:proofErr w:type="gramEnd"/>
      <w:r>
        <w:t xml:space="preserve"> the Governor is responsible for meeting the dangers to the state and people presented by emergencies and disasters;</w:t>
      </w:r>
    </w:p>
    <w:p w14:paraId="4D495F7C" w14:textId="77777777" w:rsidR="00166559" w:rsidRDefault="00EA7A7A">
      <w:pPr>
        <w:spacing w:after="120" w:line="480" w:lineRule="auto"/>
        <w:ind w:firstLine="720"/>
        <w:contextualSpacing/>
        <w:jc w:val="both"/>
      </w:pPr>
      <w:r>
        <w:rPr>
          <w:b/>
        </w:rPr>
        <w:t>WHEREAS,</w:t>
      </w:r>
      <w:r>
        <w:t xml:space="preserve"> the Louisiana Homeland Security and Emergency Assistance and Disaster Act, R.S. 29:721, et seq., confers upon the Governor of the State of Louisiana emergency powers to address disasters resulting from natural or man-made events that cause or threaten loss of life, injury, or property damage, as well as emergencies, which include actual or potential conditions created by such disasters, in order to ensure that the preparations of this State will be adequate to deal with such emergencies or disasters and to preserve the lives and property of the people of the State of Louisiana;</w:t>
      </w:r>
    </w:p>
    <w:p w14:paraId="12E108BE" w14:textId="77777777" w:rsidR="00166559" w:rsidRDefault="00EA7A7A" w:rsidP="008D27E5">
      <w:pPr>
        <w:spacing w:before="240" w:after="120" w:line="480" w:lineRule="auto"/>
        <w:ind w:firstLine="720"/>
        <w:contextualSpacing/>
        <w:jc w:val="both"/>
      </w:pPr>
      <w:r>
        <w:rPr>
          <w:b/>
        </w:rPr>
        <w:t>WHEREAS,</w:t>
      </w:r>
      <w:r>
        <w:t xml:space="preserve"> when the Governor determines that a disaster or emergency has occurred, or the threat thereof is imminent, R.S. 29:724(B)(1) empowers him to declare a state of emergency or disaster by executive order, which has the force and effect of law;</w:t>
      </w:r>
    </w:p>
    <w:p w14:paraId="5E191BB1" w14:textId="77777777" w:rsidR="00166559" w:rsidRDefault="00EA7A7A" w:rsidP="008D27E5">
      <w:pPr>
        <w:spacing w:before="240" w:after="120" w:line="480" w:lineRule="auto"/>
        <w:ind w:firstLine="720"/>
        <w:contextualSpacing/>
        <w:jc w:val="both"/>
      </w:pPr>
      <w:r>
        <w:rPr>
          <w:b/>
        </w:rPr>
        <w:t>WHEREAS,</w:t>
      </w:r>
      <w:r>
        <w:t xml:space="preserve">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044837C3" w14:textId="77777777" w:rsidR="00166559" w:rsidRDefault="00EA7A7A" w:rsidP="008D27E5">
      <w:pPr>
        <w:spacing w:before="240" w:after="120" w:line="480" w:lineRule="auto"/>
        <w:ind w:firstLine="720"/>
        <w:contextualSpacing/>
        <w:jc w:val="both"/>
      </w:pPr>
      <w:r>
        <w:rPr>
          <w:b/>
        </w:rPr>
        <w:t>WHEREAS,</w:t>
      </w:r>
      <w:r>
        <w:t xml:space="preserve"> a declaration of emergency or disaster activates the state’s emergency response and recovery program under the command of the Director of the Governor’s Office of Homeland Security and Emergency Preparedness (“GOHSEP”);</w:t>
      </w:r>
    </w:p>
    <w:p w14:paraId="618FDAE0" w14:textId="77777777" w:rsidR="00166559" w:rsidRDefault="00EA7A7A" w:rsidP="008D27E5">
      <w:pPr>
        <w:spacing w:before="240" w:after="120" w:line="480" w:lineRule="auto"/>
        <w:ind w:firstLine="720"/>
        <w:contextualSpacing/>
        <w:jc w:val="both"/>
      </w:pPr>
      <w:r>
        <w:rPr>
          <w:b/>
        </w:rPr>
        <w:t>WHEREAS,</w:t>
      </w:r>
      <w:r>
        <w:t xml:space="preserve"> GOHSEP is responsible for determining the requirements of the state and its political subdivisions for food, clothing, and other necessities and supplies in a designated emergency area;</w:t>
      </w:r>
    </w:p>
    <w:p w14:paraId="66CCB590" w14:textId="4669345C" w:rsidR="00166559" w:rsidRDefault="00EA7A7A" w:rsidP="008D27E5">
      <w:pPr>
        <w:spacing w:before="240" w:after="120" w:line="480" w:lineRule="auto"/>
        <w:ind w:firstLine="720"/>
        <w:contextualSpacing/>
        <w:jc w:val="both"/>
      </w:pPr>
      <w:r>
        <w:rPr>
          <w:b/>
        </w:rPr>
        <w:lastRenderedPageBreak/>
        <w:t>WHEREAS,</w:t>
      </w:r>
      <w:r>
        <w:t xml:space="preserve"> pursuant to the Louisiana Homeland Security and Emergency Assistance and Disaster Act, R.S. 29:721, et seq., a state of emergency was declared through Executive Order No. JML 26-055 on June 18, 2026, and JML 26-055 has been renewed and amended by JML 26-057, JML 26-062, </w:t>
      </w:r>
      <w:r w:rsidR="008A5260">
        <w:t xml:space="preserve">and </w:t>
      </w:r>
      <w:r>
        <w:t>JML 26-073</w:t>
      </w:r>
      <w:r w:rsidR="008A5260">
        <w:t xml:space="preserve">, </w:t>
      </w:r>
      <w:r>
        <w:t>which is in effect through Saturday, September 5, 2026;</w:t>
      </w:r>
    </w:p>
    <w:p w14:paraId="565E4E9F" w14:textId="77777777" w:rsidR="00166559" w:rsidRDefault="00EA7A7A" w:rsidP="008D27E5">
      <w:pPr>
        <w:spacing w:before="240" w:after="120" w:line="480" w:lineRule="auto"/>
        <w:ind w:firstLine="720"/>
        <w:contextualSpacing/>
        <w:jc w:val="both"/>
      </w:pPr>
      <w:r>
        <w:rPr>
          <w:b/>
        </w:rPr>
        <w:t>WHEREAS,</w:t>
      </w:r>
      <w:r>
        <w:t xml:space="preserve"> Tropical Storm Arthur brought widespread rainfall and severe storms across Louisiana on June 17 and 18, 2026;</w:t>
      </w:r>
    </w:p>
    <w:p w14:paraId="7AFB0685" w14:textId="77777777" w:rsidR="00166559" w:rsidRDefault="00EA7A7A" w:rsidP="008D27E5">
      <w:pPr>
        <w:spacing w:before="240" w:after="120" w:line="480" w:lineRule="auto"/>
        <w:ind w:firstLine="720"/>
        <w:contextualSpacing/>
        <w:jc w:val="both"/>
      </w:pPr>
      <w:r>
        <w:rPr>
          <w:b/>
        </w:rPr>
        <w:t>WHEREAS,</w:t>
      </w:r>
      <w:r>
        <w:t xml:space="preserve"> the National Weather Service has already confirmed three tornadoes during that period, and estimates that the parishes of Avoyelles and Pointe Coupee experienced record or near-record rainfalls in a twelve-hour span;</w:t>
      </w:r>
    </w:p>
    <w:p w14:paraId="0B361794" w14:textId="77777777" w:rsidR="00166559" w:rsidRDefault="00EA7A7A" w:rsidP="008D27E5">
      <w:pPr>
        <w:spacing w:before="240" w:after="120" w:line="480" w:lineRule="auto"/>
        <w:ind w:firstLine="720"/>
        <w:contextualSpacing/>
        <w:jc w:val="both"/>
      </w:pPr>
      <w:r>
        <w:rPr>
          <w:b/>
        </w:rPr>
        <w:t>WHEREAS,</w:t>
      </w:r>
      <w:r>
        <w:t xml:space="preserve"> many parishes have declared states of emergency and executed their emergency operations plans in order to protect drivers, control floodwaters, conduct search and rescue operations, shelter citizens, and conduct other emergency protective measures;</w:t>
      </w:r>
    </w:p>
    <w:p w14:paraId="3533349A" w14:textId="77777777" w:rsidR="00166559" w:rsidRDefault="00EA7A7A" w:rsidP="008D27E5">
      <w:pPr>
        <w:spacing w:before="240" w:after="120" w:line="480" w:lineRule="auto"/>
        <w:ind w:firstLine="720"/>
        <w:contextualSpacing/>
        <w:jc w:val="both"/>
      </w:pPr>
      <w:r>
        <w:rPr>
          <w:b/>
        </w:rPr>
        <w:t>WHEREAS,</w:t>
      </w:r>
      <w:r>
        <w:t xml:space="preserve"> the National Weather Service reports that many rivers, including the Tchefuncte and Tangipahoa, are already at minor or major flood stage and will likely rise over the next two days, worsening the existing flood conditions; and;</w:t>
      </w:r>
    </w:p>
    <w:p w14:paraId="0875B564" w14:textId="77777777" w:rsidR="00166559" w:rsidRDefault="00EA7A7A" w:rsidP="008D27E5">
      <w:pPr>
        <w:spacing w:before="240" w:after="120" w:line="480" w:lineRule="auto"/>
        <w:ind w:firstLine="720"/>
        <w:contextualSpacing/>
        <w:jc w:val="both"/>
      </w:pPr>
      <w:r>
        <w:rPr>
          <w:b/>
        </w:rPr>
        <w:t>WHEREAS,</w:t>
      </w:r>
      <w:r>
        <w:t xml:space="preserve"> some parishes may require assistance from the State to provide resources to protect the life, safety, and welfare of the citizens of Louisiana, especially those parishes conducting search and rescue, evacuations, and sheltering operations.</w:t>
      </w:r>
    </w:p>
    <w:p w14:paraId="26BC6EB5" w14:textId="77777777" w:rsidR="00166559" w:rsidRDefault="00EA7A7A" w:rsidP="008D27E5">
      <w:pPr>
        <w:spacing w:before="240" w:after="120" w:line="480" w:lineRule="auto"/>
        <w:ind w:firstLine="720"/>
        <w:contextualSpacing/>
        <w:jc w:val="both"/>
      </w:pPr>
      <w:r>
        <w:rPr>
          <w:b/>
        </w:rPr>
        <w:t>NOW THEREFORE</w:t>
      </w:r>
      <w:r w:rsidRPr="008A5260">
        <w:rPr>
          <w:b/>
        </w:rPr>
        <w:t>,</w:t>
      </w:r>
      <w:r w:rsidRPr="008A5260">
        <w:rPr>
          <w:bCs/>
        </w:rPr>
        <w:t xml:space="preserve"> </w:t>
      </w:r>
      <w:r w:rsidRPr="008A5260">
        <w:rPr>
          <w:b/>
        </w:rPr>
        <w:t>I,</w:t>
      </w:r>
      <w:r>
        <w:t xml:space="preserve"> </w:t>
      </w:r>
      <w:r>
        <w:rPr>
          <w:b/>
        </w:rPr>
        <w:t>JEFF LANDRY</w:t>
      </w:r>
      <w:r w:rsidRPr="008A5260">
        <w:rPr>
          <w:b/>
          <w:bCs/>
        </w:rPr>
        <w:t>,</w:t>
      </w:r>
      <w:r>
        <w:t xml:space="preserve"> Governor of the State of Louisiana, by virtue of the authority vested by the Constitution and laws of the State of Louisiana, order and direct as follows:</w:t>
      </w:r>
    </w:p>
    <w:p w14:paraId="25EFE421" w14:textId="77777777" w:rsidR="00166559" w:rsidRDefault="00EA7A7A" w:rsidP="008D27E5">
      <w:pPr>
        <w:spacing w:before="240" w:after="120" w:line="480" w:lineRule="auto"/>
        <w:ind w:firstLine="720"/>
        <w:contextualSpacing/>
        <w:jc w:val="both"/>
      </w:pPr>
      <w:r>
        <w:rPr>
          <w:u w:val="single"/>
        </w:rPr>
        <w:t>Section 1:</w:t>
      </w:r>
      <w:r>
        <w:tab/>
        <w:t>Pursuant to the Louisiana Homeland Security and Emergency Assistance and Disaster Act, R.S. 29:721, et seq., a state of emergency is hereby declared to exist as a result of the emergency conditions that currently threaten the lives, safety, and property of the citizens in Louisiana.</w:t>
      </w:r>
    </w:p>
    <w:p w14:paraId="7F0F9FAD" w14:textId="77777777" w:rsidR="00166559" w:rsidRDefault="00EA7A7A" w:rsidP="008D27E5">
      <w:pPr>
        <w:spacing w:before="240" w:after="120" w:line="480" w:lineRule="auto"/>
        <w:ind w:firstLine="720"/>
        <w:contextualSpacing/>
        <w:jc w:val="both"/>
      </w:pPr>
      <w:r>
        <w:rPr>
          <w:u w:val="single"/>
        </w:rPr>
        <w:t>Section 2:</w:t>
      </w:r>
      <w:r>
        <w:tab/>
        <w:t>Pursuant to R.S. 29:724(A)(3) the designated emergency area which is or may be affected shall include the parishes of Avoyelles, East Feliciana, Lafourche, Pointe Coupee, St. Charles, St. Landry, St. Tammany, Terrebonne, and Winn.</w:t>
      </w:r>
    </w:p>
    <w:p w14:paraId="156D99F3" w14:textId="77777777" w:rsidR="00166559" w:rsidRDefault="00EA7A7A" w:rsidP="008D27E5">
      <w:pPr>
        <w:spacing w:before="240" w:after="120" w:line="480" w:lineRule="auto"/>
        <w:ind w:firstLine="720"/>
        <w:contextualSpacing/>
        <w:jc w:val="both"/>
      </w:pPr>
      <w:r>
        <w:rPr>
          <w:u w:val="single"/>
        </w:rPr>
        <w:t>Section 3:</w:t>
      </w:r>
      <w:r>
        <w:tab/>
        <w:t>The Director of the Governor’s Office of Homeland Security and Emergency Preparedness (GOHSEP) is hereby authorized to undertake any activity authorized by law that he deems appropriate in response to this declaration.</w:t>
      </w:r>
    </w:p>
    <w:p w14:paraId="28B7BA8C" w14:textId="77777777" w:rsidR="00166559" w:rsidRDefault="00EA7A7A" w:rsidP="008D27E5">
      <w:pPr>
        <w:spacing w:before="240" w:after="120" w:line="480" w:lineRule="auto"/>
        <w:ind w:firstLine="720"/>
        <w:contextualSpacing/>
        <w:jc w:val="both"/>
      </w:pPr>
      <w:r>
        <w:rPr>
          <w:u w:val="single"/>
        </w:rPr>
        <w:lastRenderedPageBreak/>
        <w:t>Section 4:</w:t>
      </w:r>
      <w:r>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2B7C5A56" w14:textId="6DEA8041" w:rsidR="00166559" w:rsidRDefault="00EA7A7A" w:rsidP="008D27E5">
      <w:pPr>
        <w:spacing w:before="240" w:after="120" w:line="480" w:lineRule="auto"/>
        <w:ind w:firstLine="720"/>
        <w:contextualSpacing/>
        <w:jc w:val="both"/>
      </w:pPr>
      <w:r>
        <w:rPr>
          <w:u w:val="single"/>
        </w:rPr>
        <w:t>Section 5:</w:t>
      </w:r>
      <w:r>
        <w:tab/>
        <w:t>Pursuant to R.S. 29:724(D)(</w:t>
      </w:r>
      <w:r w:rsidR="00A17728">
        <w:t>1</w:t>
      </w:r>
      <w:r>
        <w:t>), the Louisiana Procurement Code (R.S. 39:1551, et seq.) and Louisiana Public Bid Law (R.S. 38:2211, et seq.) and their corresponding rules and regulations are hereby suspended for the purpose of the procurement of any good or services necessary to respond to this emergency, including emergency contracts, cooperative endeavor agreements, and any other emergency amendments to existing contracts.</w:t>
      </w:r>
    </w:p>
    <w:p w14:paraId="5CA26809" w14:textId="77777777" w:rsidR="00166559" w:rsidRDefault="00EA7A7A" w:rsidP="008D27E5">
      <w:pPr>
        <w:spacing w:before="240" w:after="120" w:line="480" w:lineRule="auto"/>
        <w:ind w:firstLine="720"/>
        <w:contextualSpacing/>
        <w:jc w:val="both"/>
      </w:pPr>
      <w:r>
        <w:rPr>
          <w:u w:val="single"/>
        </w:rPr>
        <w:t>Section 6:</w:t>
      </w:r>
      <w:r>
        <w:tab/>
        <w:t>All departments, commissions, boards, agencies and officers of the State, or any political subdivision thereof, are authorized and directed to cooperate in actions the State may take in response to this event.</w:t>
      </w:r>
    </w:p>
    <w:p w14:paraId="5D7E1675" w14:textId="5747387E" w:rsidR="00166559" w:rsidRDefault="00EA7A7A" w:rsidP="008D27E5">
      <w:pPr>
        <w:spacing w:before="240" w:after="120" w:line="480" w:lineRule="auto"/>
        <w:ind w:firstLine="720"/>
        <w:contextualSpacing/>
        <w:jc w:val="both"/>
      </w:pPr>
      <w:r>
        <w:rPr>
          <w:u w:val="single"/>
        </w:rPr>
        <w:t>Section 7:</w:t>
      </w:r>
      <w:r>
        <w:tab/>
        <w:t xml:space="preserve">This Order is effective upon signature and shall remain in effect from </w:t>
      </w:r>
      <w:r w:rsidR="008D27E5">
        <w:t>Friday</w:t>
      </w:r>
      <w:r>
        <w:t xml:space="preserve">, September </w:t>
      </w:r>
      <w:r w:rsidR="008D27E5">
        <w:t>4</w:t>
      </w:r>
      <w:r>
        <w:t xml:space="preserve">, </w:t>
      </w:r>
      <w:proofErr w:type="gramStart"/>
      <w:r>
        <w:t>2026</w:t>
      </w:r>
      <w:proofErr w:type="gramEnd"/>
      <w:r>
        <w:t xml:space="preserve"> until </w:t>
      </w:r>
      <w:r w:rsidR="008D27E5">
        <w:t>Sunday</w:t>
      </w:r>
      <w:r>
        <w:t xml:space="preserve">, October </w:t>
      </w:r>
      <w:r w:rsidR="008D27E5">
        <w:t>4</w:t>
      </w:r>
      <w:r>
        <w:t>, 2026, unless amended, modified, terminated, or rescinded earlier by the Governor, or terminated by operation of law.</w:t>
      </w:r>
    </w:p>
    <w:p w14:paraId="7852B171" w14:textId="645B1303" w:rsidR="008D27E5" w:rsidRPr="00465D59" w:rsidRDefault="008D27E5" w:rsidP="008D27E5">
      <w:pPr>
        <w:autoSpaceDE w:val="0"/>
        <w:autoSpaceDN w:val="0"/>
        <w:adjustRightInd w:val="0"/>
        <w:spacing w:after="0" w:line="240" w:lineRule="auto"/>
        <w:ind w:left="4320"/>
        <w:jc w:val="both"/>
        <w:rPr>
          <w:b/>
          <w:bCs/>
          <w:i/>
          <w:iCs/>
          <w:szCs w:val="24"/>
        </w:rPr>
      </w:pPr>
      <w:r w:rsidRPr="533B33EC">
        <w:rPr>
          <w:b/>
          <w:bCs/>
          <w:szCs w:val="24"/>
        </w:rPr>
        <w:t xml:space="preserve">IN WITNESS WHEREOF, </w:t>
      </w:r>
      <w:r w:rsidRPr="533B33EC">
        <w:rPr>
          <w:szCs w:val="24"/>
        </w:rPr>
        <w:t xml:space="preserve">I have set my hand officially and caused </w:t>
      </w:r>
      <w:proofErr w:type="gramStart"/>
      <w:r w:rsidRPr="533B33EC">
        <w:rPr>
          <w:szCs w:val="24"/>
        </w:rPr>
        <w:t>to be affixed the Great Seal of Louisiana</w:t>
      </w:r>
      <w:proofErr w:type="gramEnd"/>
      <w:r w:rsidRPr="533B33EC">
        <w:rPr>
          <w:szCs w:val="24"/>
        </w:rPr>
        <w:t xml:space="preserve"> in the City of Baton Rouge, on this </w:t>
      </w:r>
      <w:r>
        <w:rPr>
          <w:szCs w:val="24"/>
        </w:rPr>
        <w:t>4</w:t>
      </w:r>
      <w:r w:rsidRPr="00A60961">
        <w:rPr>
          <w:szCs w:val="24"/>
          <w:vertAlign w:val="superscript"/>
        </w:rPr>
        <w:t>th</w:t>
      </w:r>
      <w:r>
        <w:rPr>
          <w:szCs w:val="24"/>
        </w:rPr>
        <w:t xml:space="preserve"> </w:t>
      </w:r>
      <w:r w:rsidRPr="533B33EC">
        <w:rPr>
          <w:szCs w:val="24"/>
        </w:rPr>
        <w:t xml:space="preserve">  day of </w:t>
      </w:r>
      <w:proofErr w:type="gramStart"/>
      <w:r>
        <w:rPr>
          <w:szCs w:val="24"/>
        </w:rPr>
        <w:t>September,</w:t>
      </w:r>
      <w:proofErr w:type="gramEnd"/>
      <w:r>
        <w:rPr>
          <w:szCs w:val="24"/>
        </w:rPr>
        <w:t xml:space="preserve"> </w:t>
      </w:r>
      <w:r w:rsidRPr="533B33EC">
        <w:rPr>
          <w:szCs w:val="24"/>
        </w:rPr>
        <w:t>2026.</w:t>
      </w:r>
    </w:p>
    <w:p w14:paraId="176E3C7B" w14:textId="77777777" w:rsidR="008D27E5" w:rsidRDefault="008D27E5" w:rsidP="008D27E5">
      <w:pPr>
        <w:autoSpaceDE w:val="0"/>
        <w:autoSpaceDN w:val="0"/>
        <w:adjustRightInd w:val="0"/>
        <w:spacing w:after="0" w:line="240" w:lineRule="auto"/>
        <w:ind w:left="4320"/>
        <w:rPr>
          <w:b/>
          <w:bCs/>
          <w:szCs w:val="24"/>
        </w:rPr>
      </w:pPr>
    </w:p>
    <w:p w14:paraId="7B12FB0B" w14:textId="77777777" w:rsidR="008D27E5" w:rsidRDefault="008D27E5" w:rsidP="008D27E5">
      <w:pPr>
        <w:autoSpaceDE w:val="0"/>
        <w:autoSpaceDN w:val="0"/>
        <w:adjustRightInd w:val="0"/>
        <w:spacing w:after="0" w:line="240" w:lineRule="auto"/>
        <w:rPr>
          <w:b/>
          <w:bCs/>
          <w:szCs w:val="24"/>
        </w:rPr>
      </w:pPr>
    </w:p>
    <w:p w14:paraId="2235D653" w14:textId="77777777" w:rsidR="008D27E5" w:rsidRDefault="008D27E5" w:rsidP="008D27E5">
      <w:pPr>
        <w:autoSpaceDE w:val="0"/>
        <w:autoSpaceDN w:val="0"/>
        <w:adjustRightInd w:val="0"/>
        <w:spacing w:after="0" w:line="240" w:lineRule="auto"/>
      </w:pPr>
    </w:p>
    <w:p w14:paraId="066BF56A" w14:textId="77777777" w:rsidR="008D27E5" w:rsidRPr="00427B4C" w:rsidRDefault="008D27E5" w:rsidP="008D27E5">
      <w:pPr>
        <w:autoSpaceDE w:val="0"/>
        <w:autoSpaceDN w:val="0"/>
        <w:adjustRightInd w:val="0"/>
        <w:spacing w:after="0" w:line="240" w:lineRule="auto"/>
        <w:ind w:left="4320"/>
        <w:rPr>
          <w:b/>
          <w:bCs/>
          <w:szCs w:val="24"/>
        </w:rPr>
      </w:pPr>
      <w:r w:rsidRPr="5F0485CE">
        <w:rPr>
          <w:b/>
          <w:bCs/>
          <w:szCs w:val="24"/>
        </w:rPr>
        <w:t>_________________________________________</w:t>
      </w:r>
    </w:p>
    <w:p w14:paraId="76B28D04" w14:textId="7DD3390C" w:rsidR="008D27E5" w:rsidRDefault="008D27E5" w:rsidP="008D27E5">
      <w:pPr>
        <w:autoSpaceDE w:val="0"/>
        <w:autoSpaceDN w:val="0"/>
        <w:adjustRightInd w:val="0"/>
        <w:spacing w:after="0" w:line="240" w:lineRule="auto"/>
        <w:ind w:left="4320"/>
        <w:rPr>
          <w:b/>
          <w:bCs/>
          <w:szCs w:val="24"/>
        </w:rPr>
      </w:pPr>
      <w:r>
        <w:rPr>
          <w:b/>
          <w:bCs/>
          <w:szCs w:val="24"/>
        </w:rPr>
        <w:t>Jeff Landry</w:t>
      </w:r>
    </w:p>
    <w:p w14:paraId="3AD8C46B" w14:textId="77777777" w:rsidR="008D27E5" w:rsidRDefault="008D27E5" w:rsidP="008D27E5">
      <w:pPr>
        <w:autoSpaceDE w:val="0"/>
        <w:autoSpaceDN w:val="0"/>
        <w:adjustRightInd w:val="0"/>
        <w:spacing w:after="0" w:line="240" w:lineRule="auto"/>
        <w:rPr>
          <w:b/>
          <w:bCs/>
          <w:szCs w:val="24"/>
        </w:rPr>
      </w:pPr>
      <w:r>
        <w:rPr>
          <w:b/>
          <w:bCs/>
          <w:szCs w:val="24"/>
        </w:rPr>
        <w:tab/>
      </w:r>
      <w:r>
        <w:rPr>
          <w:b/>
          <w:bCs/>
          <w:szCs w:val="24"/>
        </w:rPr>
        <w:tab/>
      </w:r>
      <w:r>
        <w:rPr>
          <w:b/>
          <w:bCs/>
          <w:szCs w:val="24"/>
        </w:rPr>
        <w:tab/>
      </w:r>
      <w:r>
        <w:rPr>
          <w:b/>
          <w:bCs/>
          <w:szCs w:val="24"/>
        </w:rPr>
        <w:tab/>
      </w:r>
      <w:r>
        <w:rPr>
          <w:b/>
          <w:bCs/>
          <w:szCs w:val="24"/>
        </w:rPr>
        <w:tab/>
      </w:r>
      <w:r>
        <w:rPr>
          <w:b/>
          <w:bCs/>
          <w:szCs w:val="24"/>
        </w:rPr>
        <w:tab/>
      </w:r>
      <w:r w:rsidRPr="00427B4C">
        <w:rPr>
          <w:b/>
          <w:bCs/>
          <w:szCs w:val="24"/>
        </w:rPr>
        <w:t>GOVERNOR OF LOUISIANA</w:t>
      </w:r>
    </w:p>
    <w:p w14:paraId="28F4215A" w14:textId="77777777" w:rsidR="008D27E5" w:rsidRDefault="008D27E5" w:rsidP="008D27E5">
      <w:pPr>
        <w:autoSpaceDE w:val="0"/>
        <w:autoSpaceDN w:val="0"/>
        <w:adjustRightInd w:val="0"/>
        <w:spacing w:after="0" w:line="240" w:lineRule="auto"/>
        <w:rPr>
          <w:b/>
          <w:bCs/>
          <w:szCs w:val="24"/>
        </w:rPr>
      </w:pPr>
    </w:p>
    <w:p w14:paraId="08C7FB7C" w14:textId="77777777" w:rsidR="00693F45" w:rsidRDefault="00693F45" w:rsidP="008D27E5">
      <w:pPr>
        <w:spacing w:after="0" w:line="240" w:lineRule="auto"/>
        <w:jc w:val="both"/>
        <w:rPr>
          <w:rFonts w:cs="Times New Roman"/>
          <w:b/>
          <w:bCs/>
          <w:szCs w:val="24"/>
        </w:rPr>
      </w:pPr>
    </w:p>
    <w:p w14:paraId="38B0436D" w14:textId="2CE92F4A" w:rsidR="008D27E5" w:rsidRPr="00C26DB0" w:rsidRDefault="008D27E5" w:rsidP="008D27E5">
      <w:pPr>
        <w:spacing w:after="0" w:line="240" w:lineRule="auto"/>
        <w:jc w:val="both"/>
        <w:rPr>
          <w:rFonts w:cs="Times New Roman"/>
          <w:b/>
          <w:bCs/>
          <w:szCs w:val="24"/>
        </w:rPr>
      </w:pPr>
      <w:r w:rsidRPr="00C26DB0">
        <w:rPr>
          <w:rFonts w:cs="Times New Roman"/>
          <w:b/>
          <w:bCs/>
          <w:szCs w:val="24"/>
        </w:rPr>
        <w:t>ATTEST BY THE</w:t>
      </w:r>
    </w:p>
    <w:p w14:paraId="5D177C3F" w14:textId="77777777" w:rsidR="008D27E5" w:rsidRPr="00C26DB0" w:rsidRDefault="008D27E5" w:rsidP="008D27E5">
      <w:pPr>
        <w:spacing w:after="0" w:line="240" w:lineRule="auto"/>
        <w:jc w:val="both"/>
        <w:rPr>
          <w:rFonts w:cs="Times New Roman"/>
          <w:szCs w:val="24"/>
        </w:rPr>
      </w:pPr>
      <w:r w:rsidRPr="00C26DB0">
        <w:rPr>
          <w:rFonts w:cs="Times New Roman"/>
          <w:b/>
          <w:bCs/>
          <w:szCs w:val="24"/>
        </w:rPr>
        <w:t>SECRETARY OF STATE</w:t>
      </w:r>
    </w:p>
    <w:p w14:paraId="690659F2" w14:textId="77777777" w:rsidR="008D27E5" w:rsidRPr="00C26DB0" w:rsidRDefault="008D27E5" w:rsidP="008D27E5">
      <w:pPr>
        <w:spacing w:after="0" w:line="240" w:lineRule="auto"/>
        <w:jc w:val="both"/>
        <w:rPr>
          <w:rFonts w:cs="Times New Roman"/>
          <w:szCs w:val="24"/>
        </w:rPr>
      </w:pPr>
    </w:p>
    <w:p w14:paraId="33B589AF" w14:textId="77777777" w:rsidR="008D27E5" w:rsidRPr="00C26DB0" w:rsidRDefault="008D27E5" w:rsidP="008D27E5">
      <w:pPr>
        <w:spacing w:after="0" w:line="240" w:lineRule="auto"/>
        <w:jc w:val="both"/>
        <w:rPr>
          <w:rFonts w:cs="Times New Roman"/>
          <w:szCs w:val="24"/>
        </w:rPr>
      </w:pPr>
    </w:p>
    <w:p w14:paraId="566FC036" w14:textId="77777777" w:rsidR="008D27E5" w:rsidRPr="00C26DB0" w:rsidRDefault="008D27E5" w:rsidP="008D27E5">
      <w:pPr>
        <w:spacing w:after="0" w:line="240" w:lineRule="auto"/>
        <w:jc w:val="both"/>
        <w:rPr>
          <w:rFonts w:cs="Times New Roman"/>
          <w:szCs w:val="24"/>
        </w:rPr>
      </w:pPr>
    </w:p>
    <w:p w14:paraId="182DB5F4" w14:textId="77777777" w:rsidR="008D27E5" w:rsidRPr="00C26DB0" w:rsidRDefault="008D27E5" w:rsidP="008D27E5">
      <w:pPr>
        <w:spacing w:after="0" w:line="240" w:lineRule="auto"/>
        <w:rPr>
          <w:rFonts w:cs="Times New Roman"/>
          <w:szCs w:val="24"/>
        </w:rPr>
      </w:pPr>
      <w:r w:rsidRPr="00C26DB0">
        <w:rPr>
          <w:rFonts w:cs="Times New Roman"/>
          <w:szCs w:val="24"/>
        </w:rPr>
        <w:t>__________________________________</w:t>
      </w:r>
    </w:p>
    <w:p w14:paraId="2CAA1F6B" w14:textId="77777777" w:rsidR="008D27E5" w:rsidRPr="00C26DB0" w:rsidRDefault="008D27E5" w:rsidP="008D27E5">
      <w:pPr>
        <w:spacing w:after="0" w:line="240" w:lineRule="auto"/>
        <w:jc w:val="both"/>
        <w:rPr>
          <w:rFonts w:cs="Times New Roman"/>
          <w:b/>
          <w:bCs/>
          <w:szCs w:val="24"/>
        </w:rPr>
      </w:pPr>
      <w:r w:rsidRPr="00C26DB0">
        <w:rPr>
          <w:rFonts w:cs="Times New Roman"/>
          <w:b/>
          <w:bCs/>
          <w:szCs w:val="24"/>
        </w:rPr>
        <w:t xml:space="preserve">Nancy Landry </w:t>
      </w:r>
    </w:p>
    <w:p w14:paraId="3DA07671" w14:textId="04596257" w:rsidR="00166559" w:rsidRDefault="008D27E5" w:rsidP="00A17728">
      <w:r w:rsidRPr="00C26DB0">
        <w:rPr>
          <w:rFonts w:cs="Times New Roman"/>
          <w:b/>
          <w:bCs/>
          <w:szCs w:val="24"/>
        </w:rPr>
        <w:t>SECRETARY OF STATE</w:t>
      </w:r>
    </w:p>
    <w:sectPr w:rsidR="00166559" w:rsidSect="00034616">
      <w:headerReference w:type="even" r:id="rId11"/>
      <w:headerReference w:type="default" r:id="rId12"/>
      <w:footerReference w:type="even" r:id="rId13"/>
      <w:footerReference w:type="default" r:id="rId14"/>
      <w:headerReference w:type="first" r:id="rId15"/>
      <w:footerReference w:type="first" r:id="rId16"/>
      <w:pgSz w:w="12240" w:h="2016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445EF" w14:textId="77777777" w:rsidR="00DF0BCD" w:rsidRDefault="00DF0BCD">
      <w:pPr>
        <w:spacing w:after="0" w:line="240" w:lineRule="auto"/>
      </w:pPr>
      <w:r>
        <w:separator/>
      </w:r>
    </w:p>
  </w:endnote>
  <w:endnote w:type="continuationSeparator" w:id="0">
    <w:p w14:paraId="0994A14B" w14:textId="77777777" w:rsidR="00DF0BCD" w:rsidRDefault="00DF0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D0772" w14:textId="77777777" w:rsidR="003C5450" w:rsidRDefault="003C54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33CE" w14:textId="5FF7C1C9" w:rsidR="00166559" w:rsidRDefault="00EA7A7A">
    <w:pPr>
      <w:pStyle w:val="Footer"/>
      <w:jc w:val="center"/>
    </w:pPr>
    <w:r>
      <w:fldChar w:fldCharType="begin"/>
    </w:r>
    <w:r>
      <w:instrText>PAGE</w:instrText>
    </w:r>
    <w:r>
      <w:fldChar w:fldCharType="separate"/>
    </w:r>
    <w:r w:rsidR="008A5260">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F58B3" w14:textId="77777777" w:rsidR="003C5450" w:rsidRDefault="003C54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42D5D" w14:textId="77777777" w:rsidR="00DF0BCD" w:rsidRDefault="00DF0BCD">
      <w:pPr>
        <w:spacing w:after="0" w:line="240" w:lineRule="auto"/>
      </w:pPr>
      <w:r>
        <w:separator/>
      </w:r>
    </w:p>
  </w:footnote>
  <w:footnote w:type="continuationSeparator" w:id="0">
    <w:p w14:paraId="6C26DC6A" w14:textId="77777777" w:rsidR="00DF0BCD" w:rsidRDefault="00DF0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45263" w14:textId="77777777" w:rsidR="003C5450" w:rsidRDefault="003C54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04D1" w14:textId="77777777" w:rsidR="003C5450" w:rsidRDefault="003C54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C4F48" w14:textId="3E1D0B9A" w:rsidR="008A5260" w:rsidRDefault="008A5260">
    <w:pPr>
      <w:pStyle w:val="Header"/>
    </w:pPr>
    <w:r>
      <w:rPr>
        <w:b/>
        <w:bCs/>
        <w:noProof/>
        <w:szCs w:val="24"/>
      </w:rPr>
      <w:drawing>
        <wp:anchor distT="0" distB="0" distL="114300" distR="114300" simplePos="0" relativeHeight="251659264" behindDoc="1" locked="0" layoutInCell="1" allowOverlap="1" wp14:anchorId="7B52D973" wp14:editId="40A2CD1D">
          <wp:simplePos x="0" y="0"/>
          <wp:positionH relativeFrom="column">
            <wp:posOffset>0</wp:posOffset>
          </wp:positionH>
          <wp:positionV relativeFrom="paragraph">
            <wp:posOffset>457200</wp:posOffset>
          </wp:positionV>
          <wp:extent cx="6821424" cy="1106424"/>
          <wp:effectExtent l="0" t="0" r="0" b="0"/>
          <wp:wrapTight wrapText="bothSides">
            <wp:wrapPolygon edited="0">
              <wp:start x="0" y="0"/>
              <wp:lineTo x="0" y="21203"/>
              <wp:lineTo x="19424" y="21203"/>
              <wp:lineTo x="19424" y="0"/>
              <wp:lineTo x="0" y="0"/>
            </wp:wrapPolygon>
          </wp:wrapTight>
          <wp:docPr id="3" name="Picture 3" descr="State of Louisiana Header font with Louisiana State Seal i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tate of Louisiana Header font with Louisiana State Seal in cen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1424" cy="1106424"/>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3587527">
    <w:abstractNumId w:val="8"/>
  </w:num>
  <w:num w:numId="2" w16cid:durableId="908615374">
    <w:abstractNumId w:val="6"/>
  </w:num>
  <w:num w:numId="3" w16cid:durableId="874075621">
    <w:abstractNumId w:val="5"/>
  </w:num>
  <w:num w:numId="4" w16cid:durableId="1760980256">
    <w:abstractNumId w:val="4"/>
  </w:num>
  <w:num w:numId="5" w16cid:durableId="1436947895">
    <w:abstractNumId w:val="7"/>
  </w:num>
  <w:num w:numId="6" w16cid:durableId="278337371">
    <w:abstractNumId w:val="3"/>
  </w:num>
  <w:num w:numId="7" w16cid:durableId="1028217678">
    <w:abstractNumId w:val="2"/>
  </w:num>
  <w:num w:numId="8" w16cid:durableId="151994975">
    <w:abstractNumId w:val="1"/>
  </w:num>
  <w:num w:numId="9" w16cid:durableId="385686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7802"/>
    <w:rsid w:val="0015074B"/>
    <w:rsid w:val="00166559"/>
    <w:rsid w:val="0029639D"/>
    <w:rsid w:val="002E69F5"/>
    <w:rsid w:val="00326F90"/>
    <w:rsid w:val="003C5450"/>
    <w:rsid w:val="00693F45"/>
    <w:rsid w:val="00825753"/>
    <w:rsid w:val="008A5260"/>
    <w:rsid w:val="008C66E0"/>
    <w:rsid w:val="008D27E5"/>
    <w:rsid w:val="00925A8F"/>
    <w:rsid w:val="00A17728"/>
    <w:rsid w:val="00A66782"/>
    <w:rsid w:val="00AA1D8D"/>
    <w:rsid w:val="00B47730"/>
    <w:rsid w:val="00C063C9"/>
    <w:rsid w:val="00CB0664"/>
    <w:rsid w:val="00DF0BCD"/>
    <w:rsid w:val="00EA7A7A"/>
    <w:rsid w:val="00EB5829"/>
    <w:rsid w:val="00ED0641"/>
    <w:rsid w:val="00F325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8477E0"/>
  <w14:defaultImageDpi w14:val="300"/>
  <w15:docId w15:val="{C3FC71DB-E532-4B7F-A8E8-37C9C58A5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5" ma:contentTypeDescription="Create a new document." ma:contentTypeScope="" ma:versionID="101934f31df105210d135f4b97a7fe74">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28bf9bab47452ee5c7ea246aaaf942e0"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502e4f-8bfd-4bb3-bfee-ea0782731250" xsi:nil="true"/>
    <lcf76f155ced4ddcb4097134ff3c332f xmlns="956e6592-bef4-4123-b756-b2b9fe17e0c1">
      <Terms xmlns="http://schemas.microsoft.com/office/infopath/2007/PartnerControls"/>
    </lcf76f155ced4ddcb4097134ff3c332f>
    <_ip_UnifiedCompliancePolicyProperties xmlns="http://schemas.microsoft.com/sharepoint/v3" xsi:nil="true"/>
    <NumericValue xmlns="956e6592-bef4-4123-b756-b2b9fe17e0c1" xsi:nil="true"/>
  </documentManagement>
</p:properties>
</file>

<file path=customXml/itemProps1.xml><?xml version="1.0" encoding="utf-8"?>
<ds:datastoreItem xmlns:ds="http://schemas.openxmlformats.org/officeDocument/2006/customXml" ds:itemID="{4049A907-614A-4651-92F5-F7AE4DC7C57A}">
  <ds:schemaRefs>
    <ds:schemaRef ds:uri="http://schemas.microsoft.com/sharepoint/v3/contenttype/forms"/>
  </ds:schemaRefs>
</ds:datastoreItem>
</file>

<file path=customXml/itemProps2.xml><?xml version="1.0" encoding="utf-8"?>
<ds:datastoreItem xmlns:ds="http://schemas.openxmlformats.org/officeDocument/2006/customXml" ds:itemID="{5CF5748E-4DB9-4A83-B06A-ACAB01822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3EF49720-4EC3-4DF0-9D38-51462B5222DC}">
  <ds:schemaRefs>
    <ds:schemaRef ds:uri="http://schemas.microsoft.com/office/2006/metadata/properties"/>
    <ds:schemaRef ds:uri="http://schemas.microsoft.com/office/infopath/2007/PartnerControls"/>
    <ds:schemaRef ds:uri="http://schemas.microsoft.com/sharepoint/v3"/>
    <ds:schemaRef ds:uri="f3502e4f-8bfd-4bb3-bfee-ea0782731250"/>
    <ds:schemaRef ds:uri="956e6592-bef4-4123-b756-b2b9fe17e0c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Trantham</cp:lastModifiedBy>
  <cp:revision>3</cp:revision>
  <dcterms:created xsi:type="dcterms:W3CDTF">2026-09-11T13:40:00Z</dcterms:created>
  <dcterms:modified xsi:type="dcterms:W3CDTF">2026-09-11T13:41:00Z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MediaServiceImageTags">
    <vt:lpwstr/>
  </property>
</Properties>
</file>