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54E5B" w14:textId="6D90D538" w:rsidR="00784220" w:rsidRDefault="00FE5BE6" w:rsidP="006326A6">
      <w:pPr>
        <w:keepNext/>
        <w:spacing w:before="120" w:line="240" w:lineRule="auto"/>
        <w:jc w:val="center"/>
      </w:pPr>
      <w:r>
        <w:rPr>
          <w:b/>
          <w:smallCaps/>
          <w:sz w:val="28"/>
        </w:rPr>
        <w:t>Executive Department</w:t>
      </w:r>
    </w:p>
    <w:p w14:paraId="68654E5C" w14:textId="77777777" w:rsidR="00784220" w:rsidRDefault="00FE5BE6">
      <w:pPr>
        <w:keepNext/>
        <w:spacing w:line="240" w:lineRule="auto"/>
        <w:jc w:val="center"/>
      </w:pPr>
      <w:r>
        <w:rPr>
          <w:b/>
          <w:smallCaps/>
          <w:sz w:val="28"/>
        </w:rPr>
        <w:t>Office of the Governor</w:t>
      </w:r>
    </w:p>
    <w:p w14:paraId="68654E5D" w14:textId="108E13DC" w:rsidR="00784220" w:rsidRDefault="00FE5BE6" w:rsidP="009B0A56">
      <w:pPr>
        <w:keepNext/>
        <w:spacing w:line="240" w:lineRule="auto"/>
        <w:jc w:val="center"/>
      </w:pPr>
      <w:r>
        <w:rPr>
          <w:b/>
          <w:smallCaps/>
          <w:sz w:val="28"/>
        </w:rPr>
        <w:t>Executive Order Number JML 26-</w:t>
      </w:r>
      <w:r w:rsidR="0045581B">
        <w:rPr>
          <w:b/>
          <w:smallCaps/>
          <w:sz w:val="28"/>
        </w:rPr>
        <w:t>097</w:t>
      </w:r>
    </w:p>
    <w:p w14:paraId="68654E5E" w14:textId="77777777" w:rsidR="00784220" w:rsidRDefault="00FE5BE6" w:rsidP="009B0A56">
      <w:pPr>
        <w:keepNext/>
        <w:spacing w:line="240" w:lineRule="auto"/>
        <w:jc w:val="center"/>
      </w:pPr>
      <w:r>
        <w:rPr>
          <w:b/>
        </w:rPr>
        <w:t>______________________________________________________________________________</w:t>
      </w:r>
    </w:p>
    <w:p w14:paraId="68654E5F" w14:textId="77777777" w:rsidR="00784220" w:rsidRDefault="00FE5BE6" w:rsidP="009B0A56">
      <w:pPr>
        <w:keepNext/>
        <w:spacing w:before="120" w:line="240" w:lineRule="auto"/>
        <w:jc w:val="center"/>
      </w:pPr>
      <w:r>
        <w:rPr>
          <w:b/>
          <w:i/>
          <w:sz w:val="32"/>
        </w:rPr>
        <w:t>EMERGENCY OPERATIONS PLAN</w:t>
      </w:r>
    </w:p>
    <w:p w14:paraId="68654E60" w14:textId="77777777" w:rsidR="00784220" w:rsidRDefault="00FE5BE6" w:rsidP="009B0A56">
      <w:pPr>
        <w:keepNext/>
        <w:spacing w:line="240" w:lineRule="auto"/>
        <w:jc w:val="center"/>
      </w:pPr>
      <w:r>
        <w:rPr>
          <w:b/>
        </w:rPr>
        <w:t>______________________________________________________________________________</w:t>
      </w:r>
    </w:p>
    <w:p w14:paraId="1125BAB2" w14:textId="77777777" w:rsidR="00B225F4" w:rsidRDefault="00B225F4" w:rsidP="00B225F4">
      <w:pPr>
        <w:spacing w:line="240" w:lineRule="auto"/>
        <w:ind w:firstLine="720"/>
        <w:jc w:val="both"/>
        <w:rPr>
          <w:b/>
        </w:rPr>
      </w:pPr>
    </w:p>
    <w:p w14:paraId="68654E61" w14:textId="69A2445E" w:rsidR="00784220" w:rsidRDefault="00FE5BE6">
      <w:pPr>
        <w:spacing w:after="120" w:line="480" w:lineRule="auto"/>
        <w:ind w:firstLine="720"/>
        <w:jc w:val="both"/>
      </w:pPr>
      <w:proofErr w:type="gramStart"/>
      <w:r>
        <w:rPr>
          <w:b/>
        </w:rPr>
        <w:t>WHEREAS,</w:t>
      </w:r>
      <w:proofErr w:type="gramEnd"/>
      <w:r>
        <w:t xml:space="preserve"> the State of Louisiana must be prepared to respond and recover in a coordinated, effective, and efficient manner to all the emergencies and disasters to which it is subjected;</w:t>
      </w:r>
    </w:p>
    <w:p w14:paraId="68654E62" w14:textId="77777777" w:rsidR="00784220" w:rsidRDefault="00FE5BE6">
      <w:pPr>
        <w:spacing w:after="120" w:line="480" w:lineRule="auto"/>
        <w:ind w:firstLine="720"/>
        <w:jc w:val="both"/>
      </w:pPr>
      <w:proofErr w:type="gramStart"/>
      <w:r>
        <w:rPr>
          <w:b/>
        </w:rPr>
        <w:t>WHEREAS,</w:t>
      </w:r>
      <w:proofErr w:type="gramEnd"/>
      <w:r>
        <w:t xml:space="preserve"> the State of Louisiana must be organized in such a way as to effectively bring available state, federal, and private resources together to support the response and recovery efforts of our local communities;</w:t>
      </w:r>
    </w:p>
    <w:p w14:paraId="68654E63" w14:textId="77777777" w:rsidR="00784220" w:rsidRDefault="00FE5BE6">
      <w:pPr>
        <w:spacing w:after="120" w:line="480" w:lineRule="auto"/>
        <w:ind w:firstLine="720"/>
        <w:jc w:val="both"/>
      </w:pPr>
      <w:proofErr w:type="gramStart"/>
      <w:r>
        <w:rPr>
          <w:b/>
        </w:rPr>
        <w:t>WHEREAS,</w:t>
      </w:r>
      <w:proofErr w:type="gramEnd"/>
      <w:r>
        <w:t xml:space="preserve"> the Louisiana Homeland Security and Emergency Assistance and Disaster Act in R.S. 29:722(A)(7) has declared it necessary to authorize and provide for cooperation in emergency or disaster prevention, mitigation, preparedness, response, and recovery;</w:t>
      </w:r>
    </w:p>
    <w:p w14:paraId="68654E64" w14:textId="77777777" w:rsidR="00784220" w:rsidRDefault="00FE5BE6">
      <w:pPr>
        <w:spacing w:after="120" w:line="480" w:lineRule="auto"/>
        <w:ind w:firstLine="720"/>
        <w:jc w:val="both"/>
      </w:pPr>
      <w:r>
        <w:rPr>
          <w:b/>
        </w:rPr>
        <w:t>WHEREAS,</w:t>
      </w:r>
      <w:r>
        <w:t xml:space="preserve"> it is the policy of the State of Louisiana for all homeland security and emergency preparedness functions to follow the principles outlined in the National Incident Management System, or its successor, as set forth in R.S. 29:722(C); and</w:t>
      </w:r>
    </w:p>
    <w:p w14:paraId="70CE1030" w14:textId="5E2F65A1" w:rsidR="00B225F4" w:rsidRDefault="00FE5BE6">
      <w:pPr>
        <w:spacing w:after="120" w:line="480" w:lineRule="auto"/>
        <w:ind w:firstLine="720"/>
        <w:jc w:val="both"/>
        <w:rPr>
          <w:b/>
        </w:rPr>
      </w:pPr>
      <w:r>
        <w:rPr>
          <w:b/>
        </w:rPr>
        <w:t>WHEREAS,</w:t>
      </w:r>
      <w:r>
        <w:t xml:space="preserve"> the State of Louisiana will best achieve effective coordinated emergency planning by updating the state’s current emergency operations order through the replacement of Executive Order Number JML 25-137, issued on November 25, 2025, and by the Governor’s Office of Homeland Security and Emergency Preparedness updating its emergency operations plan.</w:t>
      </w:r>
    </w:p>
    <w:p w14:paraId="68654E66" w14:textId="31F496D9" w:rsidR="009B0A56" w:rsidRDefault="00FE5BE6">
      <w:pPr>
        <w:spacing w:after="120" w:line="480" w:lineRule="auto"/>
        <w:ind w:firstLine="720"/>
        <w:jc w:val="both"/>
      </w:pPr>
      <w:r>
        <w:rPr>
          <w:b/>
        </w:rPr>
        <w:t>NOW THEREFORE I, JEFF LANDRY,</w:t>
      </w:r>
      <w:r>
        <w:t xml:space="preserve"> Governor of the State of Louisiana, by virtue of the authority vested by the Constitution and laws of the State of Louisiana, do hereby order and direct as follows:</w:t>
      </w:r>
    </w:p>
    <w:p w14:paraId="0F4BD69B" w14:textId="77777777" w:rsidR="009B0A56" w:rsidRDefault="009B0A56">
      <w:pPr>
        <w:spacing w:line="240" w:lineRule="auto"/>
      </w:pPr>
      <w:r>
        <w:br w:type="page"/>
      </w:r>
    </w:p>
    <w:p w14:paraId="68654E67" w14:textId="77777777" w:rsidR="00784220" w:rsidRDefault="00FE5BE6" w:rsidP="00DC0907">
      <w:pPr>
        <w:spacing w:after="120" w:line="480" w:lineRule="auto"/>
        <w:ind w:firstLine="360"/>
        <w:jc w:val="both"/>
      </w:pPr>
      <w:r>
        <w:rPr>
          <w:u w:val="single"/>
        </w:rPr>
        <w:lastRenderedPageBreak/>
        <w:t>Section 1:</w:t>
      </w:r>
    </w:p>
    <w:p w14:paraId="68654E68" w14:textId="4724113A" w:rsidR="00784220" w:rsidRDefault="00FE5BE6" w:rsidP="005F6FFB">
      <w:pPr>
        <w:pStyle w:val="ListParagraph"/>
        <w:numPr>
          <w:ilvl w:val="0"/>
          <w:numId w:val="8"/>
        </w:numPr>
        <w:tabs>
          <w:tab w:val="left" w:pos="2160"/>
        </w:tabs>
        <w:spacing w:after="120" w:line="480" w:lineRule="auto"/>
        <w:jc w:val="both"/>
      </w:pPr>
      <w:r>
        <w:t>The Director of the Governor’s Office of Homeland Security and Emergency Preparedness, State of Louisiana, (hereafter “Director”), shall direct the State of Louisiana’s emergency and/or disaster operations.</w:t>
      </w:r>
    </w:p>
    <w:p w14:paraId="68654E69" w14:textId="0938A5A7" w:rsidR="00784220" w:rsidRDefault="00FE5BE6" w:rsidP="005F6FFB">
      <w:pPr>
        <w:pStyle w:val="ListParagraph"/>
        <w:numPr>
          <w:ilvl w:val="0"/>
          <w:numId w:val="8"/>
        </w:numPr>
        <w:tabs>
          <w:tab w:val="left" w:pos="2160"/>
        </w:tabs>
        <w:spacing w:after="120" w:line="480" w:lineRule="auto"/>
        <w:jc w:val="both"/>
      </w:pPr>
      <w:r>
        <w:t>The Director, or the Director’s designee, shall also coordinate the activities of all non-state agencies, departments, and/or organizations involved in emergency management within the State of Louisiana.</w:t>
      </w:r>
    </w:p>
    <w:p w14:paraId="68654E6A" w14:textId="2B27EE04" w:rsidR="00784220" w:rsidRDefault="00FE5BE6" w:rsidP="00DC0907">
      <w:pPr>
        <w:spacing w:after="120" w:line="480" w:lineRule="auto"/>
        <w:ind w:firstLine="360"/>
        <w:jc w:val="both"/>
      </w:pPr>
      <w:r>
        <w:rPr>
          <w:u w:val="single"/>
        </w:rPr>
        <w:t>Section 2:</w:t>
      </w:r>
    </w:p>
    <w:p w14:paraId="68654E6B" w14:textId="3675EC38" w:rsidR="00784220" w:rsidRDefault="00FE5BE6" w:rsidP="005F6FFB">
      <w:pPr>
        <w:pStyle w:val="ListParagraph"/>
        <w:numPr>
          <w:ilvl w:val="0"/>
          <w:numId w:val="9"/>
        </w:numPr>
        <w:tabs>
          <w:tab w:val="left" w:pos="2160"/>
        </w:tabs>
        <w:spacing w:after="120" w:line="480" w:lineRule="auto"/>
        <w:jc w:val="both"/>
      </w:pPr>
      <w:r>
        <w:t>This Executive Order shall constitute the State of Louisiana Emergency Operations Plan (“Plan”), which shall be binding on all departments, commissions, boards, agencies, organizations, and employees of the State of Louisiana, and on all local governments or political subdivisions of the state authorized or directed to conduct homeland security and emergency management operations.</w:t>
      </w:r>
    </w:p>
    <w:p w14:paraId="68654E6C" w14:textId="20916590" w:rsidR="00784220" w:rsidRDefault="00FE5BE6" w:rsidP="005F6FFB">
      <w:pPr>
        <w:pStyle w:val="ListParagraph"/>
        <w:numPr>
          <w:ilvl w:val="0"/>
          <w:numId w:val="9"/>
        </w:numPr>
        <w:tabs>
          <w:tab w:val="left" w:pos="2160"/>
        </w:tabs>
        <w:spacing w:after="120" w:line="480" w:lineRule="auto"/>
        <w:jc w:val="both"/>
      </w:pPr>
      <w:r>
        <w:t>The Director shall supplement the provisions of the Plan by prescribing rules, regulations, and procedures. Once adopted, the supplement shall also be binding on all departments, commissions, boards, agencies, organizations, and employees of the State of Louisiana, and on all local governments or political subdivisions of the state authorized or directed to conduct homeland security and emergency management operations.</w:t>
      </w:r>
    </w:p>
    <w:p w14:paraId="68654E6D" w14:textId="7CE79A69" w:rsidR="00784220" w:rsidRDefault="00FE5BE6" w:rsidP="005F6FFB">
      <w:pPr>
        <w:pStyle w:val="ListParagraph"/>
        <w:numPr>
          <w:ilvl w:val="0"/>
          <w:numId w:val="9"/>
        </w:numPr>
        <w:tabs>
          <w:tab w:val="left" w:pos="2160"/>
        </w:tabs>
        <w:spacing w:after="120" w:line="480" w:lineRule="auto"/>
        <w:jc w:val="both"/>
      </w:pPr>
      <w:r>
        <w:t>Any supplement or subsequent changes to the plan shall continue to follow the principles outlined in the National Incident Management System, or its successor, and also provide for the emergency operations that may be implemented should an emergency and/or disaster strike the State of Louisiana or an area within the State of Louisiana.</w:t>
      </w:r>
    </w:p>
    <w:p w14:paraId="68654E6E" w14:textId="77777777" w:rsidR="00784220" w:rsidRDefault="00FE5BE6" w:rsidP="00DC0907">
      <w:pPr>
        <w:spacing w:after="120" w:line="480" w:lineRule="auto"/>
        <w:ind w:firstLine="360"/>
        <w:jc w:val="both"/>
      </w:pPr>
      <w:r>
        <w:rPr>
          <w:u w:val="single"/>
        </w:rPr>
        <w:t>Section 3:</w:t>
      </w:r>
    </w:p>
    <w:p w14:paraId="68654E6F" w14:textId="1680D388" w:rsidR="00784220" w:rsidRDefault="00FE5BE6" w:rsidP="00DC0907">
      <w:pPr>
        <w:pStyle w:val="ListParagraph"/>
        <w:numPr>
          <w:ilvl w:val="0"/>
          <w:numId w:val="10"/>
        </w:numPr>
        <w:tabs>
          <w:tab w:val="left" w:pos="2160"/>
        </w:tabs>
        <w:spacing w:after="120" w:line="480" w:lineRule="auto"/>
        <w:jc w:val="both"/>
      </w:pPr>
      <w:r>
        <w:t>The Director shall control the activation and/or implementation of the Plan and the conclusion and/or deactivation of the Plan.</w:t>
      </w:r>
    </w:p>
    <w:p w14:paraId="68654E70" w14:textId="44EF3B90" w:rsidR="00784220" w:rsidRDefault="00FE5BE6" w:rsidP="00DC0907">
      <w:pPr>
        <w:pStyle w:val="ListParagraph"/>
        <w:numPr>
          <w:ilvl w:val="0"/>
          <w:numId w:val="10"/>
        </w:numPr>
        <w:tabs>
          <w:tab w:val="left" w:pos="2160"/>
        </w:tabs>
        <w:spacing w:after="120" w:line="480" w:lineRule="auto"/>
        <w:jc w:val="both"/>
      </w:pPr>
      <w:r>
        <w:t>The Director shall also control the activation and deactivation of the state Emergency Operations Center (hereafter “Center”).</w:t>
      </w:r>
    </w:p>
    <w:p w14:paraId="68654E71" w14:textId="1E70DF9E" w:rsidR="00784220" w:rsidRDefault="00FE5BE6" w:rsidP="00DC0907">
      <w:pPr>
        <w:pStyle w:val="ListParagraph"/>
        <w:numPr>
          <w:ilvl w:val="0"/>
          <w:numId w:val="10"/>
        </w:numPr>
        <w:tabs>
          <w:tab w:val="left" w:pos="2160"/>
        </w:tabs>
        <w:spacing w:after="120" w:line="480" w:lineRule="auto"/>
        <w:jc w:val="both"/>
      </w:pPr>
      <w:r>
        <w:t>The activation of the Center shall constitute the implementation of the Plan.</w:t>
      </w:r>
    </w:p>
    <w:p w14:paraId="68654E72" w14:textId="6DE4B133" w:rsidR="00784220" w:rsidRDefault="00FE5BE6" w:rsidP="00DC0907">
      <w:pPr>
        <w:keepNext/>
        <w:spacing w:after="120" w:line="480" w:lineRule="auto"/>
        <w:ind w:firstLine="360"/>
        <w:jc w:val="both"/>
      </w:pPr>
      <w:r>
        <w:rPr>
          <w:u w:val="single"/>
        </w:rPr>
        <w:lastRenderedPageBreak/>
        <w:t>Section 4:</w:t>
      </w:r>
      <w:r w:rsidR="00DC0907">
        <w:tab/>
      </w:r>
      <w:r>
        <w:t>The departments, offices, agencies, and organizations of the State of Louisiana government have primary and support responsibilities for the following Emergency Support Functions (ESF) and Recovery Support Functions (RSF):</w:t>
      </w:r>
    </w:p>
    <w:tbl>
      <w:tblPr>
        <w:tblStyle w:val="TableGrid"/>
        <w:tblW w:w="9360" w:type="dxa"/>
        <w:jc w:val="center"/>
        <w:tblLayout w:type="fixed"/>
        <w:tblCellMar>
          <w:top w:w="15" w:type="dxa"/>
          <w:left w:w="120" w:type="dxa"/>
          <w:bottom w:w="15" w:type="dxa"/>
          <w:right w:w="120" w:type="dxa"/>
        </w:tblCellMar>
        <w:tblLook w:val="0620" w:firstRow="1" w:lastRow="0" w:firstColumn="0" w:lastColumn="0" w:noHBand="1" w:noVBand="1"/>
      </w:tblPr>
      <w:tblGrid>
        <w:gridCol w:w="1080"/>
        <w:gridCol w:w="2088"/>
        <w:gridCol w:w="4752"/>
        <w:gridCol w:w="1440"/>
      </w:tblGrid>
      <w:tr w:rsidR="00784220" w14:paraId="68654E77" w14:textId="77777777" w:rsidTr="001000A2">
        <w:trPr>
          <w:cantSplit/>
          <w:tblHeader/>
          <w:jc w:val="center"/>
        </w:trPr>
        <w:tc>
          <w:tcPr>
            <w:tcW w:w="1080" w:type="dxa"/>
            <w:vAlign w:val="center"/>
          </w:tcPr>
          <w:p w14:paraId="68654E73" w14:textId="77777777" w:rsidR="00784220" w:rsidRDefault="00FE5BE6">
            <w:pPr>
              <w:spacing w:line="240" w:lineRule="auto"/>
              <w:jc w:val="center"/>
            </w:pPr>
            <w:r>
              <w:rPr>
                <w:b/>
                <w:sz w:val="21"/>
              </w:rPr>
              <w:t>ESF</w:t>
            </w:r>
          </w:p>
        </w:tc>
        <w:tc>
          <w:tcPr>
            <w:tcW w:w="2088" w:type="dxa"/>
            <w:vAlign w:val="center"/>
          </w:tcPr>
          <w:p w14:paraId="68654E74" w14:textId="77777777" w:rsidR="00784220" w:rsidRDefault="00FE5BE6">
            <w:pPr>
              <w:spacing w:line="240" w:lineRule="auto"/>
              <w:jc w:val="center"/>
            </w:pPr>
            <w:r>
              <w:rPr>
                <w:b/>
                <w:sz w:val="21"/>
              </w:rPr>
              <w:t>ANNEX</w:t>
            </w:r>
          </w:p>
        </w:tc>
        <w:tc>
          <w:tcPr>
            <w:tcW w:w="4752" w:type="dxa"/>
            <w:vAlign w:val="center"/>
          </w:tcPr>
          <w:p w14:paraId="68654E75" w14:textId="77777777" w:rsidR="00784220" w:rsidRDefault="00FE5BE6">
            <w:pPr>
              <w:spacing w:line="240" w:lineRule="auto"/>
              <w:jc w:val="center"/>
            </w:pPr>
            <w:r>
              <w:rPr>
                <w:b/>
                <w:sz w:val="21"/>
              </w:rPr>
              <w:t>DEPARTMENT/AGENCY</w:t>
            </w:r>
          </w:p>
        </w:tc>
        <w:tc>
          <w:tcPr>
            <w:tcW w:w="1440" w:type="dxa"/>
            <w:vAlign w:val="center"/>
          </w:tcPr>
          <w:p w14:paraId="68654E76" w14:textId="77777777" w:rsidR="00784220" w:rsidRDefault="00FE5BE6">
            <w:pPr>
              <w:spacing w:line="240" w:lineRule="auto"/>
              <w:jc w:val="center"/>
            </w:pPr>
            <w:r>
              <w:rPr>
                <w:b/>
                <w:sz w:val="21"/>
              </w:rPr>
              <w:t>PRIMARY /SUPPORT</w:t>
            </w:r>
          </w:p>
        </w:tc>
      </w:tr>
      <w:tr w:rsidR="00784220" w14:paraId="68654E7C" w14:textId="77777777" w:rsidTr="001000A2">
        <w:trPr>
          <w:cantSplit/>
          <w:jc w:val="center"/>
        </w:trPr>
        <w:tc>
          <w:tcPr>
            <w:tcW w:w="1080" w:type="dxa"/>
            <w:vAlign w:val="center"/>
          </w:tcPr>
          <w:p w14:paraId="68654E78" w14:textId="77777777" w:rsidR="00784220" w:rsidRDefault="00FE5BE6">
            <w:pPr>
              <w:spacing w:line="240" w:lineRule="auto"/>
            </w:pPr>
            <w:r>
              <w:rPr>
                <w:b/>
                <w:sz w:val="21"/>
              </w:rPr>
              <w:t>ESF 1</w:t>
            </w:r>
          </w:p>
        </w:tc>
        <w:tc>
          <w:tcPr>
            <w:tcW w:w="2088" w:type="dxa"/>
            <w:vAlign w:val="center"/>
          </w:tcPr>
          <w:p w14:paraId="68654E79" w14:textId="77777777" w:rsidR="00784220" w:rsidRDefault="00FE5BE6">
            <w:pPr>
              <w:spacing w:line="240" w:lineRule="auto"/>
            </w:pPr>
            <w:r>
              <w:rPr>
                <w:sz w:val="21"/>
              </w:rPr>
              <w:t>Transportation</w:t>
            </w:r>
          </w:p>
        </w:tc>
        <w:tc>
          <w:tcPr>
            <w:tcW w:w="4752" w:type="dxa"/>
            <w:vAlign w:val="center"/>
          </w:tcPr>
          <w:p w14:paraId="68654E7A" w14:textId="77777777" w:rsidR="00784220" w:rsidRDefault="00FE5BE6">
            <w:pPr>
              <w:spacing w:line="240" w:lineRule="auto"/>
            </w:pPr>
            <w:r>
              <w:rPr>
                <w:sz w:val="21"/>
              </w:rPr>
              <w:t>Department of Transportation and Development</w:t>
            </w:r>
          </w:p>
        </w:tc>
        <w:tc>
          <w:tcPr>
            <w:tcW w:w="1440" w:type="dxa"/>
            <w:vAlign w:val="center"/>
          </w:tcPr>
          <w:p w14:paraId="68654E7B" w14:textId="77777777" w:rsidR="00784220" w:rsidRDefault="00FE5BE6">
            <w:pPr>
              <w:spacing w:line="240" w:lineRule="auto"/>
              <w:jc w:val="center"/>
            </w:pPr>
            <w:r>
              <w:rPr>
                <w:sz w:val="21"/>
              </w:rPr>
              <w:t>P</w:t>
            </w:r>
          </w:p>
        </w:tc>
      </w:tr>
      <w:tr w:rsidR="00784220" w14:paraId="68654E81" w14:textId="77777777" w:rsidTr="001000A2">
        <w:trPr>
          <w:cantSplit/>
          <w:jc w:val="center"/>
        </w:trPr>
        <w:tc>
          <w:tcPr>
            <w:tcW w:w="1080" w:type="dxa"/>
            <w:vAlign w:val="center"/>
          </w:tcPr>
          <w:p w14:paraId="68654E7D" w14:textId="77777777" w:rsidR="00784220" w:rsidRDefault="00784220">
            <w:pPr>
              <w:spacing w:line="240" w:lineRule="auto"/>
            </w:pPr>
          </w:p>
        </w:tc>
        <w:tc>
          <w:tcPr>
            <w:tcW w:w="2088" w:type="dxa"/>
            <w:vAlign w:val="center"/>
          </w:tcPr>
          <w:p w14:paraId="68654E7E" w14:textId="77777777" w:rsidR="00784220" w:rsidRDefault="00784220">
            <w:pPr>
              <w:spacing w:line="240" w:lineRule="auto"/>
            </w:pPr>
          </w:p>
        </w:tc>
        <w:tc>
          <w:tcPr>
            <w:tcW w:w="4752" w:type="dxa"/>
            <w:vAlign w:val="center"/>
          </w:tcPr>
          <w:p w14:paraId="68654E7F" w14:textId="77777777" w:rsidR="00784220" w:rsidRDefault="00FE5BE6">
            <w:pPr>
              <w:spacing w:line="240" w:lineRule="auto"/>
            </w:pPr>
            <w:r>
              <w:rPr>
                <w:sz w:val="21"/>
              </w:rPr>
              <w:t>Louisiana National Guard</w:t>
            </w:r>
          </w:p>
        </w:tc>
        <w:tc>
          <w:tcPr>
            <w:tcW w:w="1440" w:type="dxa"/>
            <w:vAlign w:val="center"/>
          </w:tcPr>
          <w:p w14:paraId="68654E80" w14:textId="77777777" w:rsidR="00784220" w:rsidRDefault="00FE5BE6">
            <w:pPr>
              <w:spacing w:line="240" w:lineRule="auto"/>
              <w:jc w:val="center"/>
            </w:pPr>
            <w:r>
              <w:rPr>
                <w:sz w:val="21"/>
              </w:rPr>
              <w:t>S</w:t>
            </w:r>
          </w:p>
        </w:tc>
      </w:tr>
      <w:tr w:rsidR="00784220" w14:paraId="68654E86" w14:textId="77777777" w:rsidTr="001000A2">
        <w:trPr>
          <w:cantSplit/>
          <w:jc w:val="center"/>
        </w:trPr>
        <w:tc>
          <w:tcPr>
            <w:tcW w:w="1080" w:type="dxa"/>
            <w:vAlign w:val="center"/>
          </w:tcPr>
          <w:p w14:paraId="68654E82" w14:textId="77777777" w:rsidR="00784220" w:rsidRDefault="00784220">
            <w:pPr>
              <w:spacing w:line="240" w:lineRule="auto"/>
            </w:pPr>
          </w:p>
        </w:tc>
        <w:tc>
          <w:tcPr>
            <w:tcW w:w="2088" w:type="dxa"/>
            <w:vAlign w:val="center"/>
          </w:tcPr>
          <w:p w14:paraId="68654E83" w14:textId="77777777" w:rsidR="00784220" w:rsidRDefault="00784220">
            <w:pPr>
              <w:spacing w:line="240" w:lineRule="auto"/>
            </w:pPr>
          </w:p>
        </w:tc>
        <w:tc>
          <w:tcPr>
            <w:tcW w:w="4752" w:type="dxa"/>
            <w:vAlign w:val="center"/>
          </w:tcPr>
          <w:p w14:paraId="68654E84" w14:textId="77777777" w:rsidR="00784220" w:rsidRDefault="00FE5BE6">
            <w:pPr>
              <w:spacing w:line="240" w:lineRule="auto"/>
            </w:pPr>
            <w:r>
              <w:rPr>
                <w:sz w:val="21"/>
              </w:rPr>
              <w:t>Department of Agriculture and Forestry</w:t>
            </w:r>
          </w:p>
        </w:tc>
        <w:tc>
          <w:tcPr>
            <w:tcW w:w="1440" w:type="dxa"/>
            <w:vAlign w:val="center"/>
          </w:tcPr>
          <w:p w14:paraId="68654E85" w14:textId="77777777" w:rsidR="00784220" w:rsidRDefault="00FE5BE6">
            <w:pPr>
              <w:spacing w:line="240" w:lineRule="auto"/>
              <w:jc w:val="center"/>
            </w:pPr>
            <w:r>
              <w:rPr>
                <w:sz w:val="21"/>
              </w:rPr>
              <w:t>S</w:t>
            </w:r>
          </w:p>
        </w:tc>
      </w:tr>
      <w:tr w:rsidR="00784220" w14:paraId="68654E8B" w14:textId="77777777" w:rsidTr="001000A2">
        <w:trPr>
          <w:cantSplit/>
          <w:jc w:val="center"/>
        </w:trPr>
        <w:tc>
          <w:tcPr>
            <w:tcW w:w="1080" w:type="dxa"/>
            <w:vAlign w:val="center"/>
          </w:tcPr>
          <w:p w14:paraId="68654E87" w14:textId="77777777" w:rsidR="00784220" w:rsidRDefault="00784220">
            <w:pPr>
              <w:spacing w:line="240" w:lineRule="auto"/>
            </w:pPr>
          </w:p>
        </w:tc>
        <w:tc>
          <w:tcPr>
            <w:tcW w:w="2088" w:type="dxa"/>
            <w:vAlign w:val="center"/>
          </w:tcPr>
          <w:p w14:paraId="68654E88" w14:textId="77777777" w:rsidR="00784220" w:rsidRDefault="00784220">
            <w:pPr>
              <w:spacing w:line="240" w:lineRule="auto"/>
            </w:pPr>
          </w:p>
        </w:tc>
        <w:tc>
          <w:tcPr>
            <w:tcW w:w="4752" w:type="dxa"/>
            <w:vAlign w:val="center"/>
          </w:tcPr>
          <w:p w14:paraId="68654E89" w14:textId="77777777" w:rsidR="00784220" w:rsidRDefault="00FE5BE6">
            <w:pPr>
              <w:spacing w:line="240" w:lineRule="auto"/>
            </w:pPr>
            <w:r>
              <w:rPr>
                <w:sz w:val="21"/>
              </w:rPr>
              <w:t>Department of Corrections</w:t>
            </w:r>
          </w:p>
        </w:tc>
        <w:tc>
          <w:tcPr>
            <w:tcW w:w="1440" w:type="dxa"/>
            <w:vAlign w:val="center"/>
          </w:tcPr>
          <w:p w14:paraId="68654E8A" w14:textId="77777777" w:rsidR="00784220" w:rsidRDefault="00FE5BE6">
            <w:pPr>
              <w:spacing w:line="240" w:lineRule="auto"/>
              <w:jc w:val="center"/>
            </w:pPr>
            <w:r>
              <w:rPr>
                <w:sz w:val="21"/>
              </w:rPr>
              <w:t>S</w:t>
            </w:r>
          </w:p>
        </w:tc>
      </w:tr>
      <w:tr w:rsidR="00784220" w14:paraId="68654E90" w14:textId="77777777" w:rsidTr="001000A2">
        <w:trPr>
          <w:cantSplit/>
          <w:jc w:val="center"/>
        </w:trPr>
        <w:tc>
          <w:tcPr>
            <w:tcW w:w="1080" w:type="dxa"/>
            <w:vAlign w:val="center"/>
          </w:tcPr>
          <w:p w14:paraId="68654E8C" w14:textId="77777777" w:rsidR="00784220" w:rsidRDefault="00784220">
            <w:pPr>
              <w:spacing w:line="240" w:lineRule="auto"/>
            </w:pPr>
          </w:p>
        </w:tc>
        <w:tc>
          <w:tcPr>
            <w:tcW w:w="2088" w:type="dxa"/>
            <w:vAlign w:val="center"/>
          </w:tcPr>
          <w:p w14:paraId="68654E8D" w14:textId="77777777" w:rsidR="00784220" w:rsidRDefault="00784220">
            <w:pPr>
              <w:spacing w:line="240" w:lineRule="auto"/>
            </w:pPr>
          </w:p>
        </w:tc>
        <w:tc>
          <w:tcPr>
            <w:tcW w:w="4752" w:type="dxa"/>
            <w:vAlign w:val="center"/>
          </w:tcPr>
          <w:p w14:paraId="68654E8E" w14:textId="77777777" w:rsidR="00784220" w:rsidRDefault="00FE5BE6">
            <w:pPr>
              <w:spacing w:line="240" w:lineRule="auto"/>
            </w:pPr>
            <w:r>
              <w:rPr>
                <w:sz w:val="21"/>
              </w:rPr>
              <w:t>Department of Education</w:t>
            </w:r>
          </w:p>
        </w:tc>
        <w:tc>
          <w:tcPr>
            <w:tcW w:w="1440" w:type="dxa"/>
            <w:vAlign w:val="center"/>
          </w:tcPr>
          <w:p w14:paraId="68654E8F" w14:textId="77777777" w:rsidR="00784220" w:rsidRDefault="00FE5BE6">
            <w:pPr>
              <w:spacing w:line="240" w:lineRule="auto"/>
              <w:jc w:val="center"/>
            </w:pPr>
            <w:r>
              <w:rPr>
                <w:sz w:val="21"/>
              </w:rPr>
              <w:t>S</w:t>
            </w:r>
          </w:p>
        </w:tc>
      </w:tr>
      <w:tr w:rsidR="00784220" w14:paraId="68654E95" w14:textId="77777777" w:rsidTr="001000A2">
        <w:trPr>
          <w:cantSplit/>
          <w:jc w:val="center"/>
        </w:trPr>
        <w:tc>
          <w:tcPr>
            <w:tcW w:w="1080" w:type="dxa"/>
            <w:vAlign w:val="center"/>
          </w:tcPr>
          <w:p w14:paraId="68654E91" w14:textId="77777777" w:rsidR="00784220" w:rsidRDefault="00784220">
            <w:pPr>
              <w:spacing w:line="240" w:lineRule="auto"/>
            </w:pPr>
          </w:p>
        </w:tc>
        <w:tc>
          <w:tcPr>
            <w:tcW w:w="2088" w:type="dxa"/>
            <w:vAlign w:val="center"/>
          </w:tcPr>
          <w:p w14:paraId="68654E92" w14:textId="77777777" w:rsidR="00784220" w:rsidRDefault="00784220">
            <w:pPr>
              <w:spacing w:line="240" w:lineRule="auto"/>
            </w:pPr>
          </w:p>
        </w:tc>
        <w:tc>
          <w:tcPr>
            <w:tcW w:w="4752" w:type="dxa"/>
            <w:vAlign w:val="center"/>
          </w:tcPr>
          <w:p w14:paraId="68654E93" w14:textId="77777777" w:rsidR="00784220" w:rsidRDefault="00FE5BE6">
            <w:pPr>
              <w:spacing w:line="240" w:lineRule="auto"/>
            </w:pPr>
            <w:r>
              <w:rPr>
                <w:sz w:val="21"/>
              </w:rPr>
              <w:t>Louisiana Department of Health</w:t>
            </w:r>
          </w:p>
        </w:tc>
        <w:tc>
          <w:tcPr>
            <w:tcW w:w="1440" w:type="dxa"/>
            <w:vAlign w:val="center"/>
          </w:tcPr>
          <w:p w14:paraId="68654E94" w14:textId="77777777" w:rsidR="00784220" w:rsidRDefault="00FE5BE6">
            <w:pPr>
              <w:spacing w:line="240" w:lineRule="auto"/>
              <w:jc w:val="center"/>
            </w:pPr>
            <w:r>
              <w:rPr>
                <w:sz w:val="21"/>
              </w:rPr>
              <w:t>S</w:t>
            </w:r>
          </w:p>
        </w:tc>
      </w:tr>
      <w:tr w:rsidR="00784220" w14:paraId="68654E9A" w14:textId="77777777" w:rsidTr="001000A2">
        <w:trPr>
          <w:cantSplit/>
          <w:jc w:val="center"/>
        </w:trPr>
        <w:tc>
          <w:tcPr>
            <w:tcW w:w="1080" w:type="dxa"/>
            <w:vAlign w:val="center"/>
          </w:tcPr>
          <w:p w14:paraId="68654E96" w14:textId="77777777" w:rsidR="00784220" w:rsidRDefault="00784220">
            <w:pPr>
              <w:spacing w:line="240" w:lineRule="auto"/>
            </w:pPr>
          </w:p>
        </w:tc>
        <w:tc>
          <w:tcPr>
            <w:tcW w:w="2088" w:type="dxa"/>
            <w:vAlign w:val="center"/>
          </w:tcPr>
          <w:p w14:paraId="68654E97" w14:textId="77777777" w:rsidR="00784220" w:rsidRDefault="00784220">
            <w:pPr>
              <w:spacing w:line="240" w:lineRule="auto"/>
            </w:pPr>
          </w:p>
        </w:tc>
        <w:tc>
          <w:tcPr>
            <w:tcW w:w="4752" w:type="dxa"/>
            <w:vAlign w:val="center"/>
          </w:tcPr>
          <w:p w14:paraId="68654E98" w14:textId="77777777" w:rsidR="00784220" w:rsidRDefault="00FE5BE6">
            <w:pPr>
              <w:spacing w:line="240" w:lineRule="auto"/>
            </w:pPr>
            <w:r>
              <w:rPr>
                <w:sz w:val="21"/>
              </w:rPr>
              <w:t>Louisiana State Police</w:t>
            </w:r>
          </w:p>
        </w:tc>
        <w:tc>
          <w:tcPr>
            <w:tcW w:w="1440" w:type="dxa"/>
            <w:vAlign w:val="center"/>
          </w:tcPr>
          <w:p w14:paraId="68654E99" w14:textId="77777777" w:rsidR="00784220" w:rsidRDefault="00FE5BE6">
            <w:pPr>
              <w:spacing w:line="240" w:lineRule="auto"/>
              <w:jc w:val="center"/>
            </w:pPr>
            <w:r>
              <w:rPr>
                <w:sz w:val="21"/>
              </w:rPr>
              <w:t>S</w:t>
            </w:r>
          </w:p>
        </w:tc>
      </w:tr>
      <w:tr w:rsidR="00784220" w14:paraId="68654E9F" w14:textId="77777777" w:rsidTr="001000A2">
        <w:trPr>
          <w:cantSplit/>
          <w:jc w:val="center"/>
        </w:trPr>
        <w:tc>
          <w:tcPr>
            <w:tcW w:w="1080" w:type="dxa"/>
            <w:vAlign w:val="center"/>
          </w:tcPr>
          <w:p w14:paraId="68654E9B" w14:textId="77777777" w:rsidR="00784220" w:rsidRDefault="00784220">
            <w:pPr>
              <w:spacing w:line="240" w:lineRule="auto"/>
            </w:pPr>
          </w:p>
        </w:tc>
        <w:tc>
          <w:tcPr>
            <w:tcW w:w="2088" w:type="dxa"/>
            <w:vAlign w:val="center"/>
          </w:tcPr>
          <w:p w14:paraId="68654E9C" w14:textId="77777777" w:rsidR="00784220" w:rsidRDefault="00784220">
            <w:pPr>
              <w:spacing w:line="240" w:lineRule="auto"/>
            </w:pPr>
          </w:p>
        </w:tc>
        <w:tc>
          <w:tcPr>
            <w:tcW w:w="4752" w:type="dxa"/>
            <w:vAlign w:val="center"/>
          </w:tcPr>
          <w:p w14:paraId="68654E9D" w14:textId="77777777" w:rsidR="00784220" w:rsidRDefault="00FE5BE6">
            <w:pPr>
              <w:spacing w:line="240" w:lineRule="auto"/>
            </w:pPr>
            <w:r>
              <w:rPr>
                <w:sz w:val="21"/>
              </w:rPr>
              <w:t>Department of Wildlife and Fisheries</w:t>
            </w:r>
          </w:p>
        </w:tc>
        <w:tc>
          <w:tcPr>
            <w:tcW w:w="1440" w:type="dxa"/>
            <w:vAlign w:val="center"/>
          </w:tcPr>
          <w:p w14:paraId="68654E9E" w14:textId="77777777" w:rsidR="00784220" w:rsidRDefault="00FE5BE6">
            <w:pPr>
              <w:spacing w:line="240" w:lineRule="auto"/>
              <w:jc w:val="center"/>
            </w:pPr>
            <w:r>
              <w:rPr>
                <w:sz w:val="21"/>
              </w:rPr>
              <w:t>S</w:t>
            </w:r>
          </w:p>
        </w:tc>
      </w:tr>
      <w:tr w:rsidR="00784220" w14:paraId="68654EA4" w14:textId="77777777" w:rsidTr="001000A2">
        <w:trPr>
          <w:cantSplit/>
          <w:jc w:val="center"/>
        </w:trPr>
        <w:tc>
          <w:tcPr>
            <w:tcW w:w="1080" w:type="dxa"/>
            <w:vAlign w:val="center"/>
          </w:tcPr>
          <w:p w14:paraId="68654EA0" w14:textId="77777777" w:rsidR="00784220" w:rsidRDefault="00784220">
            <w:pPr>
              <w:spacing w:line="240" w:lineRule="auto"/>
            </w:pPr>
          </w:p>
        </w:tc>
        <w:tc>
          <w:tcPr>
            <w:tcW w:w="2088" w:type="dxa"/>
            <w:vAlign w:val="center"/>
          </w:tcPr>
          <w:p w14:paraId="68654EA1" w14:textId="77777777" w:rsidR="00784220" w:rsidRDefault="00784220">
            <w:pPr>
              <w:spacing w:line="240" w:lineRule="auto"/>
            </w:pPr>
          </w:p>
        </w:tc>
        <w:tc>
          <w:tcPr>
            <w:tcW w:w="4752" w:type="dxa"/>
            <w:vAlign w:val="center"/>
          </w:tcPr>
          <w:p w14:paraId="68654EA2" w14:textId="77777777" w:rsidR="00784220" w:rsidRDefault="00FE5BE6">
            <w:pPr>
              <w:spacing w:line="240" w:lineRule="auto"/>
            </w:pPr>
            <w:r>
              <w:rPr>
                <w:sz w:val="21"/>
              </w:rPr>
              <w:t>Department of Children and Family Services</w:t>
            </w:r>
          </w:p>
        </w:tc>
        <w:tc>
          <w:tcPr>
            <w:tcW w:w="1440" w:type="dxa"/>
            <w:vAlign w:val="center"/>
          </w:tcPr>
          <w:p w14:paraId="68654EA3" w14:textId="77777777" w:rsidR="00784220" w:rsidRDefault="00FE5BE6">
            <w:pPr>
              <w:spacing w:line="240" w:lineRule="auto"/>
              <w:jc w:val="center"/>
            </w:pPr>
            <w:r>
              <w:rPr>
                <w:sz w:val="21"/>
              </w:rPr>
              <w:t>S</w:t>
            </w:r>
          </w:p>
        </w:tc>
      </w:tr>
      <w:tr w:rsidR="00784220" w14:paraId="68654EA9" w14:textId="77777777" w:rsidTr="001000A2">
        <w:trPr>
          <w:cantSplit/>
          <w:jc w:val="center"/>
        </w:trPr>
        <w:tc>
          <w:tcPr>
            <w:tcW w:w="1080" w:type="dxa"/>
            <w:vAlign w:val="center"/>
          </w:tcPr>
          <w:p w14:paraId="68654EA5" w14:textId="77777777" w:rsidR="00784220" w:rsidRDefault="00784220">
            <w:pPr>
              <w:spacing w:line="240" w:lineRule="auto"/>
            </w:pPr>
          </w:p>
        </w:tc>
        <w:tc>
          <w:tcPr>
            <w:tcW w:w="2088" w:type="dxa"/>
            <w:vAlign w:val="center"/>
          </w:tcPr>
          <w:p w14:paraId="68654EA6" w14:textId="77777777" w:rsidR="00784220" w:rsidRDefault="00784220">
            <w:pPr>
              <w:spacing w:line="240" w:lineRule="auto"/>
            </w:pPr>
          </w:p>
        </w:tc>
        <w:tc>
          <w:tcPr>
            <w:tcW w:w="4752" w:type="dxa"/>
            <w:vAlign w:val="center"/>
          </w:tcPr>
          <w:p w14:paraId="68654EA7" w14:textId="77777777" w:rsidR="00784220" w:rsidRDefault="00FE5BE6">
            <w:pPr>
              <w:spacing w:line="240" w:lineRule="auto"/>
            </w:pPr>
            <w:r>
              <w:rPr>
                <w:sz w:val="21"/>
              </w:rPr>
              <w:t>Non-Governmental Organizations (NGO)</w:t>
            </w:r>
          </w:p>
        </w:tc>
        <w:tc>
          <w:tcPr>
            <w:tcW w:w="1440" w:type="dxa"/>
            <w:vAlign w:val="center"/>
          </w:tcPr>
          <w:p w14:paraId="68654EA8" w14:textId="77777777" w:rsidR="00784220" w:rsidRDefault="00FE5BE6">
            <w:pPr>
              <w:spacing w:line="240" w:lineRule="auto"/>
              <w:jc w:val="center"/>
            </w:pPr>
            <w:r>
              <w:rPr>
                <w:sz w:val="21"/>
              </w:rPr>
              <w:t>S</w:t>
            </w:r>
          </w:p>
        </w:tc>
      </w:tr>
      <w:tr w:rsidR="00784220" w14:paraId="68654EAE" w14:textId="77777777" w:rsidTr="001000A2">
        <w:trPr>
          <w:cantSplit/>
          <w:jc w:val="center"/>
        </w:trPr>
        <w:tc>
          <w:tcPr>
            <w:tcW w:w="1080" w:type="dxa"/>
            <w:vAlign w:val="center"/>
          </w:tcPr>
          <w:p w14:paraId="68654EAA" w14:textId="77777777" w:rsidR="00784220" w:rsidRDefault="00784220">
            <w:pPr>
              <w:spacing w:line="240" w:lineRule="auto"/>
            </w:pPr>
          </w:p>
        </w:tc>
        <w:tc>
          <w:tcPr>
            <w:tcW w:w="2088" w:type="dxa"/>
            <w:vAlign w:val="center"/>
          </w:tcPr>
          <w:p w14:paraId="68654EAB" w14:textId="77777777" w:rsidR="00784220" w:rsidRDefault="00784220">
            <w:pPr>
              <w:spacing w:line="240" w:lineRule="auto"/>
            </w:pPr>
          </w:p>
        </w:tc>
        <w:tc>
          <w:tcPr>
            <w:tcW w:w="4752" w:type="dxa"/>
            <w:vAlign w:val="center"/>
          </w:tcPr>
          <w:p w14:paraId="68654EAC" w14:textId="77777777" w:rsidR="00784220" w:rsidRDefault="00784220">
            <w:pPr>
              <w:spacing w:line="240" w:lineRule="auto"/>
            </w:pPr>
          </w:p>
        </w:tc>
        <w:tc>
          <w:tcPr>
            <w:tcW w:w="1440" w:type="dxa"/>
            <w:vAlign w:val="center"/>
          </w:tcPr>
          <w:p w14:paraId="68654EAD" w14:textId="77777777" w:rsidR="00784220" w:rsidRDefault="00784220">
            <w:pPr>
              <w:spacing w:line="240" w:lineRule="auto"/>
              <w:jc w:val="center"/>
            </w:pPr>
          </w:p>
        </w:tc>
      </w:tr>
      <w:tr w:rsidR="00784220" w14:paraId="68654EB3" w14:textId="77777777" w:rsidTr="001000A2">
        <w:trPr>
          <w:cantSplit/>
          <w:jc w:val="center"/>
        </w:trPr>
        <w:tc>
          <w:tcPr>
            <w:tcW w:w="1080" w:type="dxa"/>
            <w:vAlign w:val="center"/>
          </w:tcPr>
          <w:p w14:paraId="68654EAF" w14:textId="77777777" w:rsidR="00784220" w:rsidRDefault="00FE5BE6">
            <w:pPr>
              <w:spacing w:line="240" w:lineRule="auto"/>
            </w:pPr>
            <w:r>
              <w:rPr>
                <w:b/>
                <w:sz w:val="21"/>
              </w:rPr>
              <w:t>ESF 2</w:t>
            </w:r>
          </w:p>
        </w:tc>
        <w:tc>
          <w:tcPr>
            <w:tcW w:w="2088" w:type="dxa"/>
            <w:vAlign w:val="center"/>
          </w:tcPr>
          <w:p w14:paraId="68654EB0" w14:textId="77777777" w:rsidR="00784220" w:rsidRDefault="00FE5BE6">
            <w:pPr>
              <w:spacing w:line="240" w:lineRule="auto"/>
            </w:pPr>
            <w:r>
              <w:rPr>
                <w:sz w:val="21"/>
              </w:rPr>
              <w:t>Cyber-Communications</w:t>
            </w:r>
          </w:p>
        </w:tc>
        <w:tc>
          <w:tcPr>
            <w:tcW w:w="4752" w:type="dxa"/>
            <w:vAlign w:val="center"/>
          </w:tcPr>
          <w:p w14:paraId="68654EB1" w14:textId="77777777" w:rsidR="00784220" w:rsidRDefault="00FE5BE6">
            <w:pPr>
              <w:spacing w:line="240" w:lineRule="auto"/>
            </w:pPr>
            <w:r>
              <w:rPr>
                <w:sz w:val="21"/>
              </w:rPr>
              <w:t>Governor’s Office of Homeland Security and Emergency Preparedness</w:t>
            </w:r>
          </w:p>
        </w:tc>
        <w:tc>
          <w:tcPr>
            <w:tcW w:w="1440" w:type="dxa"/>
            <w:vAlign w:val="center"/>
          </w:tcPr>
          <w:p w14:paraId="68654EB2" w14:textId="77777777" w:rsidR="00784220" w:rsidRDefault="00FE5BE6">
            <w:pPr>
              <w:spacing w:line="240" w:lineRule="auto"/>
              <w:jc w:val="center"/>
            </w:pPr>
            <w:r>
              <w:rPr>
                <w:sz w:val="21"/>
              </w:rPr>
              <w:t>P</w:t>
            </w:r>
          </w:p>
        </w:tc>
      </w:tr>
      <w:tr w:rsidR="00784220" w14:paraId="68654EB8" w14:textId="77777777" w:rsidTr="001000A2">
        <w:trPr>
          <w:cantSplit/>
          <w:jc w:val="center"/>
        </w:trPr>
        <w:tc>
          <w:tcPr>
            <w:tcW w:w="1080" w:type="dxa"/>
            <w:vAlign w:val="center"/>
          </w:tcPr>
          <w:p w14:paraId="68654EB4" w14:textId="77777777" w:rsidR="00784220" w:rsidRDefault="00784220">
            <w:pPr>
              <w:spacing w:line="240" w:lineRule="auto"/>
            </w:pPr>
          </w:p>
        </w:tc>
        <w:tc>
          <w:tcPr>
            <w:tcW w:w="2088" w:type="dxa"/>
            <w:vAlign w:val="center"/>
          </w:tcPr>
          <w:p w14:paraId="68654EB5" w14:textId="77777777" w:rsidR="00784220" w:rsidRDefault="00784220">
            <w:pPr>
              <w:spacing w:line="240" w:lineRule="auto"/>
            </w:pPr>
          </w:p>
        </w:tc>
        <w:tc>
          <w:tcPr>
            <w:tcW w:w="4752" w:type="dxa"/>
            <w:vAlign w:val="center"/>
          </w:tcPr>
          <w:p w14:paraId="68654EB6" w14:textId="77777777" w:rsidR="00784220" w:rsidRDefault="00FE5BE6">
            <w:pPr>
              <w:spacing w:line="240" w:lineRule="auto"/>
            </w:pPr>
            <w:r>
              <w:rPr>
                <w:sz w:val="21"/>
              </w:rPr>
              <w:t>Louisiana National Guard</w:t>
            </w:r>
          </w:p>
        </w:tc>
        <w:tc>
          <w:tcPr>
            <w:tcW w:w="1440" w:type="dxa"/>
            <w:vAlign w:val="center"/>
          </w:tcPr>
          <w:p w14:paraId="68654EB7" w14:textId="77777777" w:rsidR="00784220" w:rsidRDefault="00FE5BE6">
            <w:pPr>
              <w:spacing w:line="240" w:lineRule="auto"/>
              <w:jc w:val="center"/>
            </w:pPr>
            <w:r>
              <w:rPr>
                <w:sz w:val="21"/>
              </w:rPr>
              <w:t>P</w:t>
            </w:r>
          </w:p>
        </w:tc>
      </w:tr>
      <w:tr w:rsidR="00784220" w14:paraId="68654EBD" w14:textId="77777777" w:rsidTr="001000A2">
        <w:trPr>
          <w:cantSplit/>
          <w:jc w:val="center"/>
        </w:trPr>
        <w:tc>
          <w:tcPr>
            <w:tcW w:w="1080" w:type="dxa"/>
            <w:vAlign w:val="center"/>
          </w:tcPr>
          <w:p w14:paraId="68654EB9" w14:textId="77777777" w:rsidR="00784220" w:rsidRDefault="00784220">
            <w:pPr>
              <w:spacing w:line="240" w:lineRule="auto"/>
            </w:pPr>
          </w:p>
        </w:tc>
        <w:tc>
          <w:tcPr>
            <w:tcW w:w="2088" w:type="dxa"/>
            <w:vAlign w:val="center"/>
          </w:tcPr>
          <w:p w14:paraId="68654EBA" w14:textId="77777777" w:rsidR="00784220" w:rsidRDefault="00784220">
            <w:pPr>
              <w:spacing w:line="240" w:lineRule="auto"/>
            </w:pPr>
          </w:p>
        </w:tc>
        <w:tc>
          <w:tcPr>
            <w:tcW w:w="4752" w:type="dxa"/>
            <w:vAlign w:val="center"/>
          </w:tcPr>
          <w:p w14:paraId="68654EBB" w14:textId="77777777" w:rsidR="00784220" w:rsidRDefault="00FE5BE6">
            <w:pPr>
              <w:spacing w:line="240" w:lineRule="auto"/>
            </w:pPr>
            <w:r>
              <w:rPr>
                <w:sz w:val="21"/>
              </w:rPr>
              <w:t>Louisiana State Police</w:t>
            </w:r>
          </w:p>
        </w:tc>
        <w:tc>
          <w:tcPr>
            <w:tcW w:w="1440" w:type="dxa"/>
            <w:vAlign w:val="center"/>
          </w:tcPr>
          <w:p w14:paraId="68654EBC" w14:textId="77777777" w:rsidR="00784220" w:rsidRDefault="00FE5BE6">
            <w:pPr>
              <w:spacing w:line="240" w:lineRule="auto"/>
              <w:jc w:val="center"/>
            </w:pPr>
            <w:r>
              <w:rPr>
                <w:sz w:val="21"/>
              </w:rPr>
              <w:t>P</w:t>
            </w:r>
          </w:p>
        </w:tc>
      </w:tr>
      <w:tr w:rsidR="00784220" w14:paraId="68654EC2" w14:textId="77777777" w:rsidTr="001000A2">
        <w:trPr>
          <w:cantSplit/>
          <w:jc w:val="center"/>
        </w:trPr>
        <w:tc>
          <w:tcPr>
            <w:tcW w:w="1080" w:type="dxa"/>
            <w:vAlign w:val="center"/>
          </w:tcPr>
          <w:p w14:paraId="68654EBE" w14:textId="77777777" w:rsidR="00784220" w:rsidRDefault="00784220">
            <w:pPr>
              <w:spacing w:line="240" w:lineRule="auto"/>
            </w:pPr>
          </w:p>
        </w:tc>
        <w:tc>
          <w:tcPr>
            <w:tcW w:w="2088" w:type="dxa"/>
            <w:vAlign w:val="center"/>
          </w:tcPr>
          <w:p w14:paraId="68654EBF" w14:textId="77777777" w:rsidR="00784220" w:rsidRDefault="00784220">
            <w:pPr>
              <w:spacing w:line="240" w:lineRule="auto"/>
            </w:pPr>
          </w:p>
        </w:tc>
        <w:tc>
          <w:tcPr>
            <w:tcW w:w="4752" w:type="dxa"/>
            <w:vAlign w:val="center"/>
          </w:tcPr>
          <w:p w14:paraId="68654EC0" w14:textId="77777777" w:rsidR="00784220" w:rsidRDefault="00FE5BE6">
            <w:pPr>
              <w:spacing w:line="240" w:lineRule="auto"/>
            </w:pPr>
            <w:r>
              <w:rPr>
                <w:sz w:val="21"/>
              </w:rPr>
              <w:t>Division of Administration</w:t>
            </w:r>
          </w:p>
        </w:tc>
        <w:tc>
          <w:tcPr>
            <w:tcW w:w="1440" w:type="dxa"/>
            <w:vAlign w:val="center"/>
          </w:tcPr>
          <w:p w14:paraId="68654EC1" w14:textId="77777777" w:rsidR="00784220" w:rsidRDefault="00FE5BE6">
            <w:pPr>
              <w:spacing w:line="240" w:lineRule="auto"/>
              <w:jc w:val="center"/>
            </w:pPr>
            <w:r>
              <w:rPr>
                <w:sz w:val="21"/>
              </w:rPr>
              <w:t>P</w:t>
            </w:r>
          </w:p>
        </w:tc>
      </w:tr>
      <w:tr w:rsidR="00784220" w14:paraId="68654EC7" w14:textId="77777777" w:rsidTr="001000A2">
        <w:trPr>
          <w:cantSplit/>
          <w:jc w:val="center"/>
        </w:trPr>
        <w:tc>
          <w:tcPr>
            <w:tcW w:w="1080" w:type="dxa"/>
            <w:vAlign w:val="center"/>
          </w:tcPr>
          <w:p w14:paraId="68654EC3" w14:textId="77777777" w:rsidR="00784220" w:rsidRDefault="00784220">
            <w:pPr>
              <w:spacing w:line="240" w:lineRule="auto"/>
            </w:pPr>
          </w:p>
        </w:tc>
        <w:tc>
          <w:tcPr>
            <w:tcW w:w="2088" w:type="dxa"/>
            <w:vAlign w:val="center"/>
          </w:tcPr>
          <w:p w14:paraId="68654EC4" w14:textId="77777777" w:rsidR="00784220" w:rsidRDefault="00784220">
            <w:pPr>
              <w:spacing w:line="240" w:lineRule="auto"/>
            </w:pPr>
          </w:p>
        </w:tc>
        <w:tc>
          <w:tcPr>
            <w:tcW w:w="4752" w:type="dxa"/>
            <w:vAlign w:val="center"/>
          </w:tcPr>
          <w:p w14:paraId="68654EC5" w14:textId="77777777" w:rsidR="00784220" w:rsidRDefault="00FE5BE6">
            <w:pPr>
              <w:spacing w:line="240" w:lineRule="auto"/>
            </w:pPr>
            <w:r>
              <w:rPr>
                <w:sz w:val="21"/>
              </w:rPr>
              <w:t>Department of Agriculture and Forestry</w:t>
            </w:r>
          </w:p>
        </w:tc>
        <w:tc>
          <w:tcPr>
            <w:tcW w:w="1440" w:type="dxa"/>
            <w:vAlign w:val="center"/>
          </w:tcPr>
          <w:p w14:paraId="68654EC6" w14:textId="77777777" w:rsidR="00784220" w:rsidRDefault="00FE5BE6">
            <w:pPr>
              <w:spacing w:line="240" w:lineRule="auto"/>
              <w:jc w:val="center"/>
            </w:pPr>
            <w:r>
              <w:rPr>
                <w:sz w:val="21"/>
              </w:rPr>
              <w:t>S</w:t>
            </w:r>
          </w:p>
        </w:tc>
      </w:tr>
      <w:tr w:rsidR="00784220" w14:paraId="68654ECC" w14:textId="77777777" w:rsidTr="001000A2">
        <w:trPr>
          <w:cantSplit/>
          <w:jc w:val="center"/>
        </w:trPr>
        <w:tc>
          <w:tcPr>
            <w:tcW w:w="1080" w:type="dxa"/>
            <w:vAlign w:val="center"/>
          </w:tcPr>
          <w:p w14:paraId="68654EC8" w14:textId="77777777" w:rsidR="00784220" w:rsidRDefault="00784220">
            <w:pPr>
              <w:spacing w:line="240" w:lineRule="auto"/>
            </w:pPr>
          </w:p>
        </w:tc>
        <w:tc>
          <w:tcPr>
            <w:tcW w:w="2088" w:type="dxa"/>
            <w:vAlign w:val="center"/>
          </w:tcPr>
          <w:p w14:paraId="68654EC9" w14:textId="77777777" w:rsidR="00784220" w:rsidRDefault="00784220">
            <w:pPr>
              <w:spacing w:line="240" w:lineRule="auto"/>
            </w:pPr>
          </w:p>
        </w:tc>
        <w:tc>
          <w:tcPr>
            <w:tcW w:w="4752" w:type="dxa"/>
            <w:vAlign w:val="center"/>
          </w:tcPr>
          <w:p w14:paraId="68654ECA" w14:textId="77777777" w:rsidR="00784220" w:rsidRDefault="00FE5BE6">
            <w:pPr>
              <w:spacing w:line="240" w:lineRule="auto"/>
            </w:pPr>
            <w:r>
              <w:rPr>
                <w:sz w:val="21"/>
              </w:rPr>
              <w:t>Department of Corrections</w:t>
            </w:r>
          </w:p>
        </w:tc>
        <w:tc>
          <w:tcPr>
            <w:tcW w:w="1440" w:type="dxa"/>
            <w:vAlign w:val="center"/>
          </w:tcPr>
          <w:p w14:paraId="68654ECB" w14:textId="77777777" w:rsidR="00784220" w:rsidRDefault="00FE5BE6">
            <w:pPr>
              <w:spacing w:line="240" w:lineRule="auto"/>
              <w:jc w:val="center"/>
            </w:pPr>
            <w:r>
              <w:rPr>
                <w:sz w:val="21"/>
              </w:rPr>
              <w:t>S</w:t>
            </w:r>
          </w:p>
        </w:tc>
      </w:tr>
      <w:tr w:rsidR="00784220" w14:paraId="68654ED1" w14:textId="77777777" w:rsidTr="001000A2">
        <w:trPr>
          <w:cantSplit/>
          <w:jc w:val="center"/>
        </w:trPr>
        <w:tc>
          <w:tcPr>
            <w:tcW w:w="1080" w:type="dxa"/>
            <w:vAlign w:val="center"/>
          </w:tcPr>
          <w:p w14:paraId="68654ECD" w14:textId="77777777" w:rsidR="00784220" w:rsidRDefault="00784220">
            <w:pPr>
              <w:spacing w:line="240" w:lineRule="auto"/>
            </w:pPr>
          </w:p>
        </w:tc>
        <w:tc>
          <w:tcPr>
            <w:tcW w:w="2088" w:type="dxa"/>
            <w:vAlign w:val="center"/>
          </w:tcPr>
          <w:p w14:paraId="68654ECE" w14:textId="77777777" w:rsidR="00784220" w:rsidRDefault="00784220">
            <w:pPr>
              <w:spacing w:line="240" w:lineRule="auto"/>
            </w:pPr>
          </w:p>
        </w:tc>
        <w:tc>
          <w:tcPr>
            <w:tcW w:w="4752" w:type="dxa"/>
            <w:vAlign w:val="center"/>
          </w:tcPr>
          <w:p w14:paraId="68654ECF" w14:textId="77777777" w:rsidR="00784220" w:rsidRDefault="00FE5BE6">
            <w:pPr>
              <w:spacing w:line="240" w:lineRule="auto"/>
            </w:pPr>
            <w:r>
              <w:rPr>
                <w:sz w:val="21"/>
              </w:rPr>
              <w:t>Department of Culture, Recreation &amp; Tourism</w:t>
            </w:r>
          </w:p>
        </w:tc>
        <w:tc>
          <w:tcPr>
            <w:tcW w:w="1440" w:type="dxa"/>
            <w:vAlign w:val="center"/>
          </w:tcPr>
          <w:p w14:paraId="68654ED0" w14:textId="77777777" w:rsidR="00784220" w:rsidRDefault="00FE5BE6">
            <w:pPr>
              <w:spacing w:line="240" w:lineRule="auto"/>
              <w:jc w:val="center"/>
            </w:pPr>
            <w:r>
              <w:rPr>
                <w:sz w:val="21"/>
              </w:rPr>
              <w:t>S</w:t>
            </w:r>
          </w:p>
        </w:tc>
      </w:tr>
      <w:tr w:rsidR="00784220" w14:paraId="68654ED6" w14:textId="77777777" w:rsidTr="001000A2">
        <w:trPr>
          <w:cantSplit/>
          <w:jc w:val="center"/>
        </w:trPr>
        <w:tc>
          <w:tcPr>
            <w:tcW w:w="1080" w:type="dxa"/>
            <w:vAlign w:val="center"/>
          </w:tcPr>
          <w:p w14:paraId="68654ED2" w14:textId="77777777" w:rsidR="00784220" w:rsidRDefault="00784220">
            <w:pPr>
              <w:spacing w:line="240" w:lineRule="auto"/>
            </w:pPr>
          </w:p>
        </w:tc>
        <w:tc>
          <w:tcPr>
            <w:tcW w:w="2088" w:type="dxa"/>
            <w:vAlign w:val="center"/>
          </w:tcPr>
          <w:p w14:paraId="68654ED3" w14:textId="77777777" w:rsidR="00784220" w:rsidRDefault="00784220">
            <w:pPr>
              <w:spacing w:line="240" w:lineRule="auto"/>
            </w:pPr>
          </w:p>
        </w:tc>
        <w:tc>
          <w:tcPr>
            <w:tcW w:w="4752" w:type="dxa"/>
            <w:vAlign w:val="center"/>
          </w:tcPr>
          <w:p w14:paraId="68654ED4" w14:textId="77777777" w:rsidR="00784220" w:rsidRDefault="00FE5BE6">
            <w:pPr>
              <w:spacing w:line="240" w:lineRule="auto"/>
            </w:pPr>
            <w:r>
              <w:rPr>
                <w:sz w:val="21"/>
              </w:rPr>
              <w:t>Department of Economic Development</w:t>
            </w:r>
          </w:p>
        </w:tc>
        <w:tc>
          <w:tcPr>
            <w:tcW w:w="1440" w:type="dxa"/>
            <w:vAlign w:val="center"/>
          </w:tcPr>
          <w:p w14:paraId="68654ED5" w14:textId="77777777" w:rsidR="00784220" w:rsidRDefault="00FE5BE6">
            <w:pPr>
              <w:spacing w:line="240" w:lineRule="auto"/>
              <w:jc w:val="center"/>
            </w:pPr>
            <w:r>
              <w:rPr>
                <w:sz w:val="21"/>
              </w:rPr>
              <w:t>S</w:t>
            </w:r>
          </w:p>
        </w:tc>
      </w:tr>
      <w:tr w:rsidR="00784220" w14:paraId="68654EDB" w14:textId="77777777" w:rsidTr="001000A2">
        <w:trPr>
          <w:cantSplit/>
          <w:jc w:val="center"/>
        </w:trPr>
        <w:tc>
          <w:tcPr>
            <w:tcW w:w="1080" w:type="dxa"/>
            <w:vAlign w:val="center"/>
          </w:tcPr>
          <w:p w14:paraId="68654ED7" w14:textId="77777777" w:rsidR="00784220" w:rsidRDefault="00784220">
            <w:pPr>
              <w:spacing w:line="240" w:lineRule="auto"/>
            </w:pPr>
          </w:p>
        </w:tc>
        <w:tc>
          <w:tcPr>
            <w:tcW w:w="2088" w:type="dxa"/>
            <w:vAlign w:val="center"/>
          </w:tcPr>
          <w:p w14:paraId="68654ED8" w14:textId="77777777" w:rsidR="00784220" w:rsidRDefault="00784220">
            <w:pPr>
              <w:spacing w:line="240" w:lineRule="auto"/>
            </w:pPr>
          </w:p>
        </w:tc>
        <w:tc>
          <w:tcPr>
            <w:tcW w:w="4752" w:type="dxa"/>
            <w:vAlign w:val="center"/>
          </w:tcPr>
          <w:p w14:paraId="68654ED9" w14:textId="77777777" w:rsidR="00784220" w:rsidRDefault="00FE5BE6">
            <w:pPr>
              <w:spacing w:line="240" w:lineRule="auto"/>
            </w:pPr>
            <w:r>
              <w:rPr>
                <w:sz w:val="21"/>
              </w:rPr>
              <w:t>Department of Education</w:t>
            </w:r>
          </w:p>
        </w:tc>
        <w:tc>
          <w:tcPr>
            <w:tcW w:w="1440" w:type="dxa"/>
            <w:vAlign w:val="center"/>
          </w:tcPr>
          <w:p w14:paraId="68654EDA" w14:textId="77777777" w:rsidR="00784220" w:rsidRDefault="00FE5BE6">
            <w:pPr>
              <w:spacing w:line="240" w:lineRule="auto"/>
              <w:jc w:val="center"/>
            </w:pPr>
            <w:r>
              <w:rPr>
                <w:sz w:val="21"/>
              </w:rPr>
              <w:t>S</w:t>
            </w:r>
          </w:p>
        </w:tc>
      </w:tr>
      <w:tr w:rsidR="00784220" w14:paraId="68654EE0" w14:textId="77777777" w:rsidTr="001000A2">
        <w:trPr>
          <w:cantSplit/>
          <w:jc w:val="center"/>
        </w:trPr>
        <w:tc>
          <w:tcPr>
            <w:tcW w:w="1080" w:type="dxa"/>
            <w:vAlign w:val="center"/>
          </w:tcPr>
          <w:p w14:paraId="68654EDC" w14:textId="77777777" w:rsidR="00784220" w:rsidRDefault="00784220">
            <w:pPr>
              <w:spacing w:line="240" w:lineRule="auto"/>
            </w:pPr>
          </w:p>
        </w:tc>
        <w:tc>
          <w:tcPr>
            <w:tcW w:w="2088" w:type="dxa"/>
            <w:vAlign w:val="center"/>
          </w:tcPr>
          <w:p w14:paraId="68654EDD" w14:textId="77777777" w:rsidR="00784220" w:rsidRDefault="00784220">
            <w:pPr>
              <w:spacing w:line="240" w:lineRule="auto"/>
            </w:pPr>
          </w:p>
        </w:tc>
        <w:tc>
          <w:tcPr>
            <w:tcW w:w="4752" w:type="dxa"/>
            <w:vAlign w:val="center"/>
          </w:tcPr>
          <w:p w14:paraId="68654EDE" w14:textId="77777777" w:rsidR="00784220" w:rsidRDefault="00FE5BE6">
            <w:pPr>
              <w:spacing w:line="240" w:lineRule="auto"/>
            </w:pPr>
            <w:r>
              <w:rPr>
                <w:sz w:val="21"/>
              </w:rPr>
              <w:t>Department of Environmental Quality</w:t>
            </w:r>
          </w:p>
        </w:tc>
        <w:tc>
          <w:tcPr>
            <w:tcW w:w="1440" w:type="dxa"/>
            <w:vAlign w:val="center"/>
          </w:tcPr>
          <w:p w14:paraId="68654EDF" w14:textId="77777777" w:rsidR="00784220" w:rsidRDefault="00FE5BE6">
            <w:pPr>
              <w:spacing w:line="240" w:lineRule="auto"/>
              <w:jc w:val="center"/>
            </w:pPr>
            <w:r>
              <w:rPr>
                <w:sz w:val="21"/>
              </w:rPr>
              <w:t>S</w:t>
            </w:r>
          </w:p>
        </w:tc>
      </w:tr>
      <w:tr w:rsidR="00784220" w14:paraId="68654EE5" w14:textId="77777777" w:rsidTr="001000A2">
        <w:trPr>
          <w:cantSplit/>
          <w:jc w:val="center"/>
        </w:trPr>
        <w:tc>
          <w:tcPr>
            <w:tcW w:w="1080" w:type="dxa"/>
            <w:vAlign w:val="center"/>
          </w:tcPr>
          <w:p w14:paraId="68654EE1" w14:textId="77777777" w:rsidR="00784220" w:rsidRDefault="00784220">
            <w:pPr>
              <w:spacing w:line="240" w:lineRule="auto"/>
            </w:pPr>
          </w:p>
        </w:tc>
        <w:tc>
          <w:tcPr>
            <w:tcW w:w="2088" w:type="dxa"/>
            <w:vAlign w:val="center"/>
          </w:tcPr>
          <w:p w14:paraId="68654EE2" w14:textId="77777777" w:rsidR="00784220" w:rsidRDefault="00784220">
            <w:pPr>
              <w:spacing w:line="240" w:lineRule="auto"/>
            </w:pPr>
          </w:p>
        </w:tc>
        <w:tc>
          <w:tcPr>
            <w:tcW w:w="4752" w:type="dxa"/>
            <w:vAlign w:val="center"/>
          </w:tcPr>
          <w:p w14:paraId="68654EE3" w14:textId="77777777" w:rsidR="00784220" w:rsidRDefault="00FE5BE6">
            <w:pPr>
              <w:spacing w:line="240" w:lineRule="auto"/>
            </w:pPr>
            <w:r>
              <w:rPr>
                <w:sz w:val="21"/>
              </w:rPr>
              <w:t>Department of the Treasury</w:t>
            </w:r>
          </w:p>
        </w:tc>
        <w:tc>
          <w:tcPr>
            <w:tcW w:w="1440" w:type="dxa"/>
            <w:vAlign w:val="center"/>
          </w:tcPr>
          <w:p w14:paraId="68654EE4" w14:textId="77777777" w:rsidR="00784220" w:rsidRDefault="00FE5BE6">
            <w:pPr>
              <w:spacing w:line="240" w:lineRule="auto"/>
              <w:jc w:val="center"/>
            </w:pPr>
            <w:r>
              <w:rPr>
                <w:sz w:val="21"/>
              </w:rPr>
              <w:t>S</w:t>
            </w:r>
          </w:p>
        </w:tc>
      </w:tr>
      <w:tr w:rsidR="00784220" w14:paraId="68654EEA" w14:textId="77777777" w:rsidTr="001000A2">
        <w:trPr>
          <w:cantSplit/>
          <w:jc w:val="center"/>
        </w:trPr>
        <w:tc>
          <w:tcPr>
            <w:tcW w:w="1080" w:type="dxa"/>
            <w:vAlign w:val="center"/>
          </w:tcPr>
          <w:p w14:paraId="68654EE6" w14:textId="77777777" w:rsidR="00784220" w:rsidRDefault="00784220">
            <w:pPr>
              <w:spacing w:line="240" w:lineRule="auto"/>
            </w:pPr>
          </w:p>
        </w:tc>
        <w:tc>
          <w:tcPr>
            <w:tcW w:w="2088" w:type="dxa"/>
            <w:vAlign w:val="center"/>
          </w:tcPr>
          <w:p w14:paraId="68654EE7" w14:textId="77777777" w:rsidR="00784220" w:rsidRDefault="00784220">
            <w:pPr>
              <w:spacing w:line="240" w:lineRule="auto"/>
            </w:pPr>
          </w:p>
        </w:tc>
        <w:tc>
          <w:tcPr>
            <w:tcW w:w="4752" w:type="dxa"/>
            <w:vAlign w:val="center"/>
          </w:tcPr>
          <w:p w14:paraId="68654EE8" w14:textId="77777777" w:rsidR="00784220" w:rsidRDefault="00FE5BE6">
            <w:pPr>
              <w:spacing w:line="240" w:lineRule="auto"/>
            </w:pPr>
            <w:r>
              <w:rPr>
                <w:sz w:val="21"/>
              </w:rPr>
              <w:t>Department of Conservation and Energy</w:t>
            </w:r>
          </w:p>
        </w:tc>
        <w:tc>
          <w:tcPr>
            <w:tcW w:w="1440" w:type="dxa"/>
            <w:vAlign w:val="center"/>
          </w:tcPr>
          <w:p w14:paraId="68654EE9" w14:textId="77777777" w:rsidR="00784220" w:rsidRDefault="00FE5BE6">
            <w:pPr>
              <w:spacing w:line="240" w:lineRule="auto"/>
              <w:jc w:val="center"/>
            </w:pPr>
            <w:r>
              <w:rPr>
                <w:sz w:val="21"/>
              </w:rPr>
              <w:t>S</w:t>
            </w:r>
          </w:p>
        </w:tc>
      </w:tr>
      <w:tr w:rsidR="00784220" w14:paraId="68654EEF" w14:textId="77777777" w:rsidTr="001000A2">
        <w:trPr>
          <w:cantSplit/>
          <w:jc w:val="center"/>
        </w:trPr>
        <w:tc>
          <w:tcPr>
            <w:tcW w:w="1080" w:type="dxa"/>
            <w:vAlign w:val="center"/>
          </w:tcPr>
          <w:p w14:paraId="68654EEB" w14:textId="77777777" w:rsidR="00784220" w:rsidRDefault="00784220">
            <w:pPr>
              <w:spacing w:line="240" w:lineRule="auto"/>
            </w:pPr>
          </w:p>
        </w:tc>
        <w:tc>
          <w:tcPr>
            <w:tcW w:w="2088" w:type="dxa"/>
            <w:vAlign w:val="center"/>
          </w:tcPr>
          <w:p w14:paraId="68654EEC" w14:textId="77777777" w:rsidR="00784220" w:rsidRDefault="00784220">
            <w:pPr>
              <w:spacing w:line="240" w:lineRule="auto"/>
            </w:pPr>
          </w:p>
        </w:tc>
        <w:tc>
          <w:tcPr>
            <w:tcW w:w="4752" w:type="dxa"/>
            <w:vAlign w:val="center"/>
          </w:tcPr>
          <w:p w14:paraId="68654EED" w14:textId="77777777" w:rsidR="00784220" w:rsidRDefault="00FE5BE6">
            <w:pPr>
              <w:spacing w:line="240" w:lineRule="auto"/>
            </w:pPr>
            <w:r>
              <w:rPr>
                <w:sz w:val="21"/>
              </w:rPr>
              <w:t>Office of Elderly Affairs</w:t>
            </w:r>
          </w:p>
        </w:tc>
        <w:tc>
          <w:tcPr>
            <w:tcW w:w="1440" w:type="dxa"/>
            <w:vAlign w:val="center"/>
          </w:tcPr>
          <w:p w14:paraId="68654EEE" w14:textId="77777777" w:rsidR="00784220" w:rsidRDefault="00FE5BE6">
            <w:pPr>
              <w:spacing w:line="240" w:lineRule="auto"/>
              <w:jc w:val="center"/>
            </w:pPr>
            <w:r>
              <w:rPr>
                <w:sz w:val="21"/>
              </w:rPr>
              <w:t>S</w:t>
            </w:r>
          </w:p>
        </w:tc>
      </w:tr>
      <w:tr w:rsidR="00784220" w14:paraId="68654EF4" w14:textId="77777777" w:rsidTr="001000A2">
        <w:trPr>
          <w:cantSplit/>
          <w:jc w:val="center"/>
        </w:trPr>
        <w:tc>
          <w:tcPr>
            <w:tcW w:w="1080" w:type="dxa"/>
            <w:vAlign w:val="center"/>
          </w:tcPr>
          <w:p w14:paraId="68654EF0" w14:textId="77777777" w:rsidR="00784220" w:rsidRDefault="00784220">
            <w:pPr>
              <w:spacing w:line="240" w:lineRule="auto"/>
            </w:pPr>
          </w:p>
        </w:tc>
        <w:tc>
          <w:tcPr>
            <w:tcW w:w="2088" w:type="dxa"/>
            <w:vAlign w:val="center"/>
          </w:tcPr>
          <w:p w14:paraId="68654EF1" w14:textId="77777777" w:rsidR="00784220" w:rsidRDefault="00784220">
            <w:pPr>
              <w:spacing w:line="240" w:lineRule="auto"/>
            </w:pPr>
          </w:p>
        </w:tc>
        <w:tc>
          <w:tcPr>
            <w:tcW w:w="4752" w:type="dxa"/>
            <w:vAlign w:val="center"/>
          </w:tcPr>
          <w:p w14:paraId="68654EF2" w14:textId="77777777" w:rsidR="00784220" w:rsidRDefault="00FE5BE6">
            <w:pPr>
              <w:spacing w:line="240" w:lineRule="auto"/>
            </w:pPr>
            <w:r>
              <w:rPr>
                <w:sz w:val="21"/>
              </w:rPr>
              <w:t>Office of the Lieutenant Governor</w:t>
            </w:r>
          </w:p>
        </w:tc>
        <w:tc>
          <w:tcPr>
            <w:tcW w:w="1440" w:type="dxa"/>
            <w:vAlign w:val="center"/>
          </w:tcPr>
          <w:p w14:paraId="68654EF3" w14:textId="77777777" w:rsidR="00784220" w:rsidRDefault="00FE5BE6">
            <w:pPr>
              <w:spacing w:line="240" w:lineRule="auto"/>
              <w:jc w:val="center"/>
            </w:pPr>
            <w:r>
              <w:rPr>
                <w:sz w:val="21"/>
              </w:rPr>
              <w:t>S</w:t>
            </w:r>
          </w:p>
        </w:tc>
      </w:tr>
      <w:tr w:rsidR="00784220" w14:paraId="68654EF9" w14:textId="77777777" w:rsidTr="001000A2">
        <w:trPr>
          <w:cantSplit/>
          <w:jc w:val="center"/>
        </w:trPr>
        <w:tc>
          <w:tcPr>
            <w:tcW w:w="1080" w:type="dxa"/>
            <w:vAlign w:val="center"/>
          </w:tcPr>
          <w:p w14:paraId="68654EF5" w14:textId="77777777" w:rsidR="00784220" w:rsidRDefault="00784220">
            <w:pPr>
              <w:spacing w:line="240" w:lineRule="auto"/>
            </w:pPr>
          </w:p>
        </w:tc>
        <w:tc>
          <w:tcPr>
            <w:tcW w:w="2088" w:type="dxa"/>
            <w:vAlign w:val="center"/>
          </w:tcPr>
          <w:p w14:paraId="68654EF6" w14:textId="77777777" w:rsidR="00784220" w:rsidRDefault="00784220">
            <w:pPr>
              <w:spacing w:line="240" w:lineRule="auto"/>
            </w:pPr>
          </w:p>
        </w:tc>
        <w:tc>
          <w:tcPr>
            <w:tcW w:w="4752" w:type="dxa"/>
            <w:vAlign w:val="center"/>
          </w:tcPr>
          <w:p w14:paraId="68654EF7" w14:textId="77777777" w:rsidR="00784220" w:rsidRDefault="00FE5BE6">
            <w:pPr>
              <w:spacing w:line="240" w:lineRule="auto"/>
            </w:pPr>
            <w:r>
              <w:rPr>
                <w:sz w:val="21"/>
              </w:rPr>
              <w:t>Office of the Attorney General</w:t>
            </w:r>
          </w:p>
        </w:tc>
        <w:tc>
          <w:tcPr>
            <w:tcW w:w="1440" w:type="dxa"/>
            <w:vAlign w:val="center"/>
          </w:tcPr>
          <w:p w14:paraId="68654EF8" w14:textId="77777777" w:rsidR="00784220" w:rsidRDefault="00FE5BE6">
            <w:pPr>
              <w:spacing w:line="240" w:lineRule="auto"/>
              <w:jc w:val="center"/>
            </w:pPr>
            <w:r>
              <w:rPr>
                <w:sz w:val="21"/>
              </w:rPr>
              <w:t>S</w:t>
            </w:r>
          </w:p>
        </w:tc>
      </w:tr>
      <w:tr w:rsidR="00784220" w14:paraId="68654EFE" w14:textId="77777777" w:rsidTr="001000A2">
        <w:trPr>
          <w:cantSplit/>
          <w:jc w:val="center"/>
        </w:trPr>
        <w:tc>
          <w:tcPr>
            <w:tcW w:w="1080" w:type="dxa"/>
            <w:vAlign w:val="center"/>
          </w:tcPr>
          <w:p w14:paraId="68654EFA" w14:textId="77777777" w:rsidR="00784220" w:rsidRDefault="00784220">
            <w:pPr>
              <w:spacing w:line="240" w:lineRule="auto"/>
            </w:pPr>
          </w:p>
        </w:tc>
        <w:tc>
          <w:tcPr>
            <w:tcW w:w="2088" w:type="dxa"/>
            <w:vAlign w:val="center"/>
          </w:tcPr>
          <w:p w14:paraId="68654EFB" w14:textId="77777777" w:rsidR="00784220" w:rsidRDefault="00784220">
            <w:pPr>
              <w:spacing w:line="240" w:lineRule="auto"/>
            </w:pPr>
          </w:p>
        </w:tc>
        <w:tc>
          <w:tcPr>
            <w:tcW w:w="4752" w:type="dxa"/>
            <w:vAlign w:val="center"/>
          </w:tcPr>
          <w:p w14:paraId="68654EFC" w14:textId="77777777" w:rsidR="00784220" w:rsidRDefault="00FE5BE6">
            <w:pPr>
              <w:spacing w:line="240" w:lineRule="auto"/>
            </w:pPr>
            <w:r>
              <w:rPr>
                <w:sz w:val="21"/>
              </w:rPr>
              <w:t>Office of the Governor</w:t>
            </w:r>
          </w:p>
        </w:tc>
        <w:tc>
          <w:tcPr>
            <w:tcW w:w="1440" w:type="dxa"/>
            <w:vAlign w:val="center"/>
          </w:tcPr>
          <w:p w14:paraId="68654EFD" w14:textId="77777777" w:rsidR="00784220" w:rsidRDefault="00FE5BE6">
            <w:pPr>
              <w:spacing w:line="240" w:lineRule="auto"/>
              <w:jc w:val="center"/>
            </w:pPr>
            <w:r>
              <w:rPr>
                <w:sz w:val="21"/>
              </w:rPr>
              <w:t>S</w:t>
            </w:r>
          </w:p>
        </w:tc>
      </w:tr>
      <w:tr w:rsidR="00784220" w14:paraId="68654F03" w14:textId="77777777" w:rsidTr="001000A2">
        <w:trPr>
          <w:cantSplit/>
          <w:jc w:val="center"/>
        </w:trPr>
        <w:tc>
          <w:tcPr>
            <w:tcW w:w="1080" w:type="dxa"/>
            <w:vAlign w:val="center"/>
          </w:tcPr>
          <w:p w14:paraId="68654EFF" w14:textId="77777777" w:rsidR="00784220" w:rsidRDefault="00784220">
            <w:pPr>
              <w:spacing w:line="240" w:lineRule="auto"/>
            </w:pPr>
          </w:p>
        </w:tc>
        <w:tc>
          <w:tcPr>
            <w:tcW w:w="2088" w:type="dxa"/>
            <w:vAlign w:val="center"/>
          </w:tcPr>
          <w:p w14:paraId="68654F00" w14:textId="77777777" w:rsidR="00784220" w:rsidRDefault="00784220">
            <w:pPr>
              <w:spacing w:line="240" w:lineRule="auto"/>
            </w:pPr>
          </w:p>
        </w:tc>
        <w:tc>
          <w:tcPr>
            <w:tcW w:w="4752" w:type="dxa"/>
            <w:vAlign w:val="center"/>
          </w:tcPr>
          <w:p w14:paraId="68654F01" w14:textId="77777777" w:rsidR="00784220" w:rsidRDefault="00FE5BE6">
            <w:pPr>
              <w:spacing w:line="240" w:lineRule="auto"/>
            </w:pPr>
            <w:r>
              <w:rPr>
                <w:sz w:val="21"/>
              </w:rPr>
              <w:t>Louisiana Oil Spill Coordinators Office</w:t>
            </w:r>
          </w:p>
        </w:tc>
        <w:tc>
          <w:tcPr>
            <w:tcW w:w="1440" w:type="dxa"/>
            <w:vAlign w:val="center"/>
          </w:tcPr>
          <w:p w14:paraId="68654F02" w14:textId="77777777" w:rsidR="00784220" w:rsidRDefault="00FE5BE6">
            <w:pPr>
              <w:spacing w:line="240" w:lineRule="auto"/>
              <w:jc w:val="center"/>
            </w:pPr>
            <w:r>
              <w:rPr>
                <w:sz w:val="21"/>
              </w:rPr>
              <w:t>S</w:t>
            </w:r>
          </w:p>
        </w:tc>
      </w:tr>
      <w:tr w:rsidR="00784220" w14:paraId="68654F08" w14:textId="77777777" w:rsidTr="001000A2">
        <w:trPr>
          <w:cantSplit/>
          <w:jc w:val="center"/>
        </w:trPr>
        <w:tc>
          <w:tcPr>
            <w:tcW w:w="1080" w:type="dxa"/>
            <w:vAlign w:val="center"/>
          </w:tcPr>
          <w:p w14:paraId="68654F04" w14:textId="77777777" w:rsidR="00784220" w:rsidRDefault="00784220">
            <w:pPr>
              <w:spacing w:line="240" w:lineRule="auto"/>
            </w:pPr>
          </w:p>
        </w:tc>
        <w:tc>
          <w:tcPr>
            <w:tcW w:w="2088" w:type="dxa"/>
            <w:vAlign w:val="center"/>
          </w:tcPr>
          <w:p w14:paraId="68654F05" w14:textId="77777777" w:rsidR="00784220" w:rsidRDefault="00784220">
            <w:pPr>
              <w:spacing w:line="240" w:lineRule="auto"/>
            </w:pPr>
          </w:p>
        </w:tc>
        <w:tc>
          <w:tcPr>
            <w:tcW w:w="4752" w:type="dxa"/>
            <w:vAlign w:val="center"/>
          </w:tcPr>
          <w:p w14:paraId="68654F06" w14:textId="77777777" w:rsidR="00784220" w:rsidRDefault="00FE5BE6">
            <w:pPr>
              <w:spacing w:line="240" w:lineRule="auto"/>
            </w:pPr>
            <w:r>
              <w:rPr>
                <w:sz w:val="21"/>
              </w:rPr>
              <w:t>Louisiana State University System</w:t>
            </w:r>
          </w:p>
        </w:tc>
        <w:tc>
          <w:tcPr>
            <w:tcW w:w="1440" w:type="dxa"/>
            <w:vAlign w:val="center"/>
          </w:tcPr>
          <w:p w14:paraId="68654F07" w14:textId="77777777" w:rsidR="00784220" w:rsidRDefault="00FE5BE6">
            <w:pPr>
              <w:spacing w:line="240" w:lineRule="auto"/>
              <w:jc w:val="center"/>
            </w:pPr>
            <w:r>
              <w:rPr>
                <w:sz w:val="21"/>
              </w:rPr>
              <w:t>S</w:t>
            </w:r>
          </w:p>
        </w:tc>
      </w:tr>
      <w:tr w:rsidR="00784220" w14:paraId="68654F0D" w14:textId="77777777" w:rsidTr="001000A2">
        <w:trPr>
          <w:cantSplit/>
          <w:jc w:val="center"/>
        </w:trPr>
        <w:tc>
          <w:tcPr>
            <w:tcW w:w="1080" w:type="dxa"/>
            <w:vAlign w:val="center"/>
          </w:tcPr>
          <w:p w14:paraId="68654F09" w14:textId="77777777" w:rsidR="00784220" w:rsidRDefault="00784220">
            <w:pPr>
              <w:spacing w:line="240" w:lineRule="auto"/>
            </w:pPr>
          </w:p>
        </w:tc>
        <w:tc>
          <w:tcPr>
            <w:tcW w:w="2088" w:type="dxa"/>
            <w:vAlign w:val="center"/>
          </w:tcPr>
          <w:p w14:paraId="68654F0A" w14:textId="77777777" w:rsidR="00784220" w:rsidRDefault="00784220">
            <w:pPr>
              <w:spacing w:line="240" w:lineRule="auto"/>
            </w:pPr>
          </w:p>
        </w:tc>
        <w:tc>
          <w:tcPr>
            <w:tcW w:w="4752" w:type="dxa"/>
            <w:vAlign w:val="center"/>
          </w:tcPr>
          <w:p w14:paraId="68654F0B" w14:textId="77777777" w:rsidR="00784220" w:rsidRDefault="00FE5BE6">
            <w:pPr>
              <w:spacing w:line="240" w:lineRule="auto"/>
            </w:pPr>
            <w:r>
              <w:rPr>
                <w:sz w:val="21"/>
              </w:rPr>
              <w:t>Louisiana Department of Health</w:t>
            </w:r>
          </w:p>
        </w:tc>
        <w:tc>
          <w:tcPr>
            <w:tcW w:w="1440" w:type="dxa"/>
            <w:vAlign w:val="center"/>
          </w:tcPr>
          <w:p w14:paraId="68654F0C" w14:textId="77777777" w:rsidR="00784220" w:rsidRDefault="00FE5BE6">
            <w:pPr>
              <w:spacing w:line="240" w:lineRule="auto"/>
              <w:jc w:val="center"/>
            </w:pPr>
            <w:r>
              <w:rPr>
                <w:sz w:val="21"/>
              </w:rPr>
              <w:t>S</w:t>
            </w:r>
          </w:p>
        </w:tc>
      </w:tr>
      <w:tr w:rsidR="00784220" w14:paraId="68654F12" w14:textId="77777777" w:rsidTr="001000A2">
        <w:trPr>
          <w:cantSplit/>
          <w:jc w:val="center"/>
        </w:trPr>
        <w:tc>
          <w:tcPr>
            <w:tcW w:w="1080" w:type="dxa"/>
            <w:vAlign w:val="center"/>
          </w:tcPr>
          <w:p w14:paraId="68654F0E" w14:textId="77777777" w:rsidR="00784220" w:rsidRDefault="00784220">
            <w:pPr>
              <w:spacing w:line="240" w:lineRule="auto"/>
            </w:pPr>
          </w:p>
        </w:tc>
        <w:tc>
          <w:tcPr>
            <w:tcW w:w="2088" w:type="dxa"/>
            <w:vAlign w:val="center"/>
          </w:tcPr>
          <w:p w14:paraId="68654F0F" w14:textId="77777777" w:rsidR="00784220" w:rsidRDefault="00784220">
            <w:pPr>
              <w:spacing w:line="240" w:lineRule="auto"/>
            </w:pPr>
          </w:p>
        </w:tc>
        <w:tc>
          <w:tcPr>
            <w:tcW w:w="4752" w:type="dxa"/>
            <w:vAlign w:val="center"/>
          </w:tcPr>
          <w:p w14:paraId="68654F10" w14:textId="77777777" w:rsidR="00784220" w:rsidRDefault="00FE5BE6">
            <w:pPr>
              <w:spacing w:line="240" w:lineRule="auto"/>
            </w:pPr>
            <w:r>
              <w:rPr>
                <w:sz w:val="21"/>
              </w:rPr>
              <w:t>Department of Justice</w:t>
            </w:r>
          </w:p>
        </w:tc>
        <w:tc>
          <w:tcPr>
            <w:tcW w:w="1440" w:type="dxa"/>
            <w:vAlign w:val="center"/>
          </w:tcPr>
          <w:p w14:paraId="68654F11" w14:textId="77777777" w:rsidR="00784220" w:rsidRDefault="00FE5BE6">
            <w:pPr>
              <w:spacing w:line="240" w:lineRule="auto"/>
              <w:jc w:val="center"/>
            </w:pPr>
            <w:r>
              <w:rPr>
                <w:sz w:val="21"/>
              </w:rPr>
              <w:t>S</w:t>
            </w:r>
          </w:p>
        </w:tc>
      </w:tr>
      <w:tr w:rsidR="00784220" w14:paraId="68654F17" w14:textId="77777777" w:rsidTr="001000A2">
        <w:trPr>
          <w:cantSplit/>
          <w:jc w:val="center"/>
        </w:trPr>
        <w:tc>
          <w:tcPr>
            <w:tcW w:w="1080" w:type="dxa"/>
            <w:vAlign w:val="center"/>
          </w:tcPr>
          <w:p w14:paraId="68654F13" w14:textId="77777777" w:rsidR="00784220" w:rsidRDefault="00784220">
            <w:pPr>
              <w:spacing w:line="240" w:lineRule="auto"/>
            </w:pPr>
          </w:p>
        </w:tc>
        <w:tc>
          <w:tcPr>
            <w:tcW w:w="2088" w:type="dxa"/>
            <w:vAlign w:val="center"/>
          </w:tcPr>
          <w:p w14:paraId="68654F14" w14:textId="77777777" w:rsidR="00784220" w:rsidRDefault="00784220">
            <w:pPr>
              <w:spacing w:line="240" w:lineRule="auto"/>
            </w:pPr>
          </w:p>
        </w:tc>
        <w:tc>
          <w:tcPr>
            <w:tcW w:w="4752" w:type="dxa"/>
            <w:vAlign w:val="center"/>
          </w:tcPr>
          <w:p w14:paraId="68654F15" w14:textId="77777777" w:rsidR="00784220" w:rsidRDefault="00FE5BE6">
            <w:pPr>
              <w:spacing w:line="240" w:lineRule="auto"/>
            </w:pPr>
            <w:r>
              <w:rPr>
                <w:sz w:val="21"/>
              </w:rPr>
              <w:t>Louisiana Works</w:t>
            </w:r>
          </w:p>
        </w:tc>
        <w:tc>
          <w:tcPr>
            <w:tcW w:w="1440" w:type="dxa"/>
            <w:vAlign w:val="center"/>
          </w:tcPr>
          <w:p w14:paraId="68654F16" w14:textId="77777777" w:rsidR="00784220" w:rsidRDefault="00FE5BE6">
            <w:pPr>
              <w:spacing w:line="240" w:lineRule="auto"/>
              <w:jc w:val="center"/>
            </w:pPr>
            <w:r>
              <w:rPr>
                <w:sz w:val="21"/>
              </w:rPr>
              <w:t>S</w:t>
            </w:r>
          </w:p>
        </w:tc>
      </w:tr>
      <w:tr w:rsidR="00784220" w14:paraId="68654F1C" w14:textId="77777777" w:rsidTr="001000A2">
        <w:trPr>
          <w:cantSplit/>
          <w:jc w:val="center"/>
        </w:trPr>
        <w:tc>
          <w:tcPr>
            <w:tcW w:w="1080" w:type="dxa"/>
            <w:vAlign w:val="center"/>
          </w:tcPr>
          <w:p w14:paraId="68654F18" w14:textId="77777777" w:rsidR="00784220" w:rsidRDefault="00784220">
            <w:pPr>
              <w:spacing w:line="240" w:lineRule="auto"/>
            </w:pPr>
          </w:p>
        </w:tc>
        <w:tc>
          <w:tcPr>
            <w:tcW w:w="2088" w:type="dxa"/>
            <w:vAlign w:val="center"/>
          </w:tcPr>
          <w:p w14:paraId="68654F19" w14:textId="77777777" w:rsidR="00784220" w:rsidRDefault="00784220">
            <w:pPr>
              <w:spacing w:line="240" w:lineRule="auto"/>
            </w:pPr>
          </w:p>
        </w:tc>
        <w:tc>
          <w:tcPr>
            <w:tcW w:w="4752" w:type="dxa"/>
            <w:vAlign w:val="center"/>
          </w:tcPr>
          <w:p w14:paraId="68654F1A" w14:textId="77777777" w:rsidR="00784220" w:rsidRDefault="00FE5BE6">
            <w:pPr>
              <w:spacing w:line="240" w:lineRule="auto"/>
            </w:pPr>
            <w:r>
              <w:rPr>
                <w:sz w:val="21"/>
              </w:rPr>
              <w:t>Louisiana Public Service Commission</w:t>
            </w:r>
          </w:p>
        </w:tc>
        <w:tc>
          <w:tcPr>
            <w:tcW w:w="1440" w:type="dxa"/>
            <w:vAlign w:val="center"/>
          </w:tcPr>
          <w:p w14:paraId="68654F1B" w14:textId="77777777" w:rsidR="00784220" w:rsidRDefault="00FE5BE6">
            <w:pPr>
              <w:spacing w:line="240" w:lineRule="auto"/>
              <w:jc w:val="center"/>
            </w:pPr>
            <w:r>
              <w:rPr>
                <w:sz w:val="21"/>
              </w:rPr>
              <w:t>S</w:t>
            </w:r>
          </w:p>
        </w:tc>
      </w:tr>
      <w:tr w:rsidR="00784220" w14:paraId="68654F21" w14:textId="77777777" w:rsidTr="001000A2">
        <w:trPr>
          <w:cantSplit/>
          <w:jc w:val="center"/>
        </w:trPr>
        <w:tc>
          <w:tcPr>
            <w:tcW w:w="1080" w:type="dxa"/>
            <w:vAlign w:val="center"/>
          </w:tcPr>
          <w:p w14:paraId="68654F1D" w14:textId="77777777" w:rsidR="00784220" w:rsidRDefault="00784220">
            <w:pPr>
              <w:spacing w:line="240" w:lineRule="auto"/>
            </w:pPr>
          </w:p>
        </w:tc>
        <w:tc>
          <w:tcPr>
            <w:tcW w:w="2088" w:type="dxa"/>
            <w:vAlign w:val="center"/>
          </w:tcPr>
          <w:p w14:paraId="68654F1E" w14:textId="77777777" w:rsidR="00784220" w:rsidRDefault="00784220">
            <w:pPr>
              <w:spacing w:line="240" w:lineRule="auto"/>
            </w:pPr>
          </w:p>
        </w:tc>
        <w:tc>
          <w:tcPr>
            <w:tcW w:w="4752" w:type="dxa"/>
            <w:vAlign w:val="center"/>
          </w:tcPr>
          <w:p w14:paraId="68654F1F" w14:textId="77777777" w:rsidR="00784220" w:rsidRDefault="00FE5BE6">
            <w:pPr>
              <w:spacing w:line="240" w:lineRule="auto"/>
            </w:pPr>
            <w:r>
              <w:rPr>
                <w:sz w:val="21"/>
              </w:rPr>
              <w:t>Louisiana Board of Regents</w:t>
            </w:r>
          </w:p>
        </w:tc>
        <w:tc>
          <w:tcPr>
            <w:tcW w:w="1440" w:type="dxa"/>
            <w:vAlign w:val="center"/>
          </w:tcPr>
          <w:p w14:paraId="68654F20" w14:textId="77777777" w:rsidR="00784220" w:rsidRDefault="00FE5BE6">
            <w:pPr>
              <w:spacing w:line="240" w:lineRule="auto"/>
              <w:jc w:val="center"/>
            </w:pPr>
            <w:r>
              <w:rPr>
                <w:sz w:val="21"/>
              </w:rPr>
              <w:t>S</w:t>
            </w:r>
          </w:p>
        </w:tc>
      </w:tr>
      <w:tr w:rsidR="00784220" w14:paraId="68654F26" w14:textId="77777777" w:rsidTr="001000A2">
        <w:trPr>
          <w:cantSplit/>
          <w:jc w:val="center"/>
        </w:trPr>
        <w:tc>
          <w:tcPr>
            <w:tcW w:w="1080" w:type="dxa"/>
            <w:vAlign w:val="center"/>
          </w:tcPr>
          <w:p w14:paraId="68654F22" w14:textId="77777777" w:rsidR="00784220" w:rsidRDefault="00784220">
            <w:pPr>
              <w:spacing w:line="240" w:lineRule="auto"/>
            </w:pPr>
          </w:p>
        </w:tc>
        <w:tc>
          <w:tcPr>
            <w:tcW w:w="2088" w:type="dxa"/>
            <w:vAlign w:val="center"/>
          </w:tcPr>
          <w:p w14:paraId="68654F23" w14:textId="77777777" w:rsidR="00784220" w:rsidRDefault="00784220">
            <w:pPr>
              <w:spacing w:line="240" w:lineRule="auto"/>
            </w:pPr>
          </w:p>
        </w:tc>
        <w:tc>
          <w:tcPr>
            <w:tcW w:w="4752" w:type="dxa"/>
            <w:vAlign w:val="center"/>
          </w:tcPr>
          <w:p w14:paraId="68654F24" w14:textId="77777777" w:rsidR="00784220" w:rsidRDefault="00FE5BE6">
            <w:pPr>
              <w:spacing w:line="240" w:lineRule="auto"/>
            </w:pPr>
            <w:r>
              <w:rPr>
                <w:sz w:val="21"/>
              </w:rPr>
              <w:t>Louisiana Commissioner of Insurance</w:t>
            </w:r>
          </w:p>
        </w:tc>
        <w:tc>
          <w:tcPr>
            <w:tcW w:w="1440" w:type="dxa"/>
            <w:vAlign w:val="center"/>
          </w:tcPr>
          <w:p w14:paraId="68654F25" w14:textId="77777777" w:rsidR="00784220" w:rsidRDefault="00FE5BE6">
            <w:pPr>
              <w:spacing w:line="240" w:lineRule="auto"/>
              <w:jc w:val="center"/>
            </w:pPr>
            <w:r>
              <w:rPr>
                <w:sz w:val="21"/>
              </w:rPr>
              <w:t>S</w:t>
            </w:r>
          </w:p>
        </w:tc>
      </w:tr>
      <w:tr w:rsidR="00784220" w14:paraId="68654F2B" w14:textId="77777777" w:rsidTr="001000A2">
        <w:trPr>
          <w:cantSplit/>
          <w:jc w:val="center"/>
        </w:trPr>
        <w:tc>
          <w:tcPr>
            <w:tcW w:w="1080" w:type="dxa"/>
            <w:vAlign w:val="center"/>
          </w:tcPr>
          <w:p w14:paraId="68654F27" w14:textId="77777777" w:rsidR="00784220" w:rsidRDefault="00784220">
            <w:pPr>
              <w:spacing w:line="240" w:lineRule="auto"/>
            </w:pPr>
          </w:p>
        </w:tc>
        <w:tc>
          <w:tcPr>
            <w:tcW w:w="2088" w:type="dxa"/>
            <w:vAlign w:val="center"/>
          </w:tcPr>
          <w:p w14:paraId="68654F28" w14:textId="77777777" w:rsidR="00784220" w:rsidRDefault="00784220">
            <w:pPr>
              <w:spacing w:line="240" w:lineRule="auto"/>
            </w:pPr>
          </w:p>
        </w:tc>
        <w:tc>
          <w:tcPr>
            <w:tcW w:w="4752" w:type="dxa"/>
            <w:vAlign w:val="center"/>
          </w:tcPr>
          <w:p w14:paraId="68654F29" w14:textId="77777777" w:rsidR="00784220" w:rsidRDefault="00FE5BE6">
            <w:pPr>
              <w:spacing w:line="240" w:lineRule="auto"/>
            </w:pPr>
            <w:r>
              <w:rPr>
                <w:sz w:val="21"/>
              </w:rPr>
              <w:t>Louisiana Optical Network Initiative (LONI Network)</w:t>
            </w:r>
          </w:p>
        </w:tc>
        <w:tc>
          <w:tcPr>
            <w:tcW w:w="1440" w:type="dxa"/>
            <w:vAlign w:val="center"/>
          </w:tcPr>
          <w:p w14:paraId="68654F2A" w14:textId="77777777" w:rsidR="00784220" w:rsidRDefault="00FE5BE6">
            <w:pPr>
              <w:spacing w:line="240" w:lineRule="auto"/>
              <w:jc w:val="center"/>
            </w:pPr>
            <w:r>
              <w:rPr>
                <w:sz w:val="21"/>
              </w:rPr>
              <w:t>S</w:t>
            </w:r>
          </w:p>
        </w:tc>
      </w:tr>
      <w:tr w:rsidR="00784220" w14:paraId="68654F30" w14:textId="77777777" w:rsidTr="001000A2">
        <w:trPr>
          <w:cantSplit/>
          <w:jc w:val="center"/>
        </w:trPr>
        <w:tc>
          <w:tcPr>
            <w:tcW w:w="1080" w:type="dxa"/>
            <w:vAlign w:val="center"/>
          </w:tcPr>
          <w:p w14:paraId="68654F2C" w14:textId="77777777" w:rsidR="00784220" w:rsidRDefault="00784220">
            <w:pPr>
              <w:spacing w:line="240" w:lineRule="auto"/>
            </w:pPr>
          </w:p>
        </w:tc>
        <w:tc>
          <w:tcPr>
            <w:tcW w:w="2088" w:type="dxa"/>
            <w:vAlign w:val="center"/>
          </w:tcPr>
          <w:p w14:paraId="68654F2D" w14:textId="77777777" w:rsidR="00784220" w:rsidRDefault="00784220">
            <w:pPr>
              <w:spacing w:line="240" w:lineRule="auto"/>
            </w:pPr>
          </w:p>
        </w:tc>
        <w:tc>
          <w:tcPr>
            <w:tcW w:w="4752" w:type="dxa"/>
            <w:vAlign w:val="center"/>
          </w:tcPr>
          <w:p w14:paraId="68654F2E" w14:textId="77777777" w:rsidR="00784220" w:rsidRDefault="00FE5BE6">
            <w:pPr>
              <w:spacing w:line="240" w:lineRule="auto"/>
            </w:pPr>
            <w:r>
              <w:rPr>
                <w:sz w:val="21"/>
              </w:rPr>
              <w:t>Louisiana Cyber Innovation Center</w:t>
            </w:r>
          </w:p>
        </w:tc>
        <w:tc>
          <w:tcPr>
            <w:tcW w:w="1440" w:type="dxa"/>
            <w:vAlign w:val="center"/>
          </w:tcPr>
          <w:p w14:paraId="68654F2F" w14:textId="77777777" w:rsidR="00784220" w:rsidRDefault="00FE5BE6">
            <w:pPr>
              <w:spacing w:line="240" w:lineRule="auto"/>
              <w:jc w:val="center"/>
            </w:pPr>
            <w:r>
              <w:rPr>
                <w:sz w:val="21"/>
              </w:rPr>
              <w:t>S</w:t>
            </w:r>
          </w:p>
        </w:tc>
      </w:tr>
      <w:tr w:rsidR="00784220" w14:paraId="68654F35" w14:textId="77777777" w:rsidTr="001000A2">
        <w:trPr>
          <w:cantSplit/>
          <w:jc w:val="center"/>
        </w:trPr>
        <w:tc>
          <w:tcPr>
            <w:tcW w:w="1080" w:type="dxa"/>
            <w:vAlign w:val="center"/>
          </w:tcPr>
          <w:p w14:paraId="68654F31" w14:textId="77777777" w:rsidR="00784220" w:rsidRDefault="00784220">
            <w:pPr>
              <w:spacing w:line="240" w:lineRule="auto"/>
            </w:pPr>
          </w:p>
        </w:tc>
        <w:tc>
          <w:tcPr>
            <w:tcW w:w="2088" w:type="dxa"/>
            <w:vAlign w:val="center"/>
          </w:tcPr>
          <w:p w14:paraId="68654F32" w14:textId="77777777" w:rsidR="00784220" w:rsidRDefault="00784220">
            <w:pPr>
              <w:spacing w:line="240" w:lineRule="auto"/>
            </w:pPr>
          </w:p>
        </w:tc>
        <w:tc>
          <w:tcPr>
            <w:tcW w:w="4752" w:type="dxa"/>
            <w:vAlign w:val="center"/>
          </w:tcPr>
          <w:p w14:paraId="68654F33" w14:textId="77777777" w:rsidR="00784220" w:rsidRDefault="00FE5BE6">
            <w:pPr>
              <w:spacing w:line="240" w:lineRule="auto"/>
            </w:pPr>
            <w:r>
              <w:rPr>
                <w:sz w:val="21"/>
              </w:rPr>
              <w:t>LSU-SDMI</w:t>
            </w:r>
          </w:p>
        </w:tc>
        <w:tc>
          <w:tcPr>
            <w:tcW w:w="1440" w:type="dxa"/>
            <w:vAlign w:val="center"/>
          </w:tcPr>
          <w:p w14:paraId="68654F34" w14:textId="77777777" w:rsidR="00784220" w:rsidRDefault="00FE5BE6">
            <w:pPr>
              <w:spacing w:line="240" w:lineRule="auto"/>
              <w:jc w:val="center"/>
            </w:pPr>
            <w:r>
              <w:rPr>
                <w:sz w:val="21"/>
              </w:rPr>
              <w:t>S</w:t>
            </w:r>
          </w:p>
        </w:tc>
      </w:tr>
      <w:tr w:rsidR="00784220" w14:paraId="68654F3A" w14:textId="77777777" w:rsidTr="001000A2">
        <w:trPr>
          <w:cantSplit/>
          <w:jc w:val="center"/>
        </w:trPr>
        <w:tc>
          <w:tcPr>
            <w:tcW w:w="1080" w:type="dxa"/>
            <w:vAlign w:val="center"/>
          </w:tcPr>
          <w:p w14:paraId="68654F36" w14:textId="77777777" w:rsidR="00784220" w:rsidRDefault="00784220">
            <w:pPr>
              <w:spacing w:line="240" w:lineRule="auto"/>
            </w:pPr>
          </w:p>
        </w:tc>
        <w:tc>
          <w:tcPr>
            <w:tcW w:w="2088" w:type="dxa"/>
            <w:vAlign w:val="center"/>
          </w:tcPr>
          <w:p w14:paraId="68654F37" w14:textId="77777777" w:rsidR="00784220" w:rsidRDefault="00784220">
            <w:pPr>
              <w:spacing w:line="240" w:lineRule="auto"/>
            </w:pPr>
          </w:p>
        </w:tc>
        <w:tc>
          <w:tcPr>
            <w:tcW w:w="4752" w:type="dxa"/>
            <w:vAlign w:val="center"/>
          </w:tcPr>
          <w:p w14:paraId="68654F38" w14:textId="77777777" w:rsidR="00784220" w:rsidRDefault="00FE5BE6">
            <w:pPr>
              <w:spacing w:line="240" w:lineRule="auto"/>
            </w:pPr>
            <w:r>
              <w:rPr>
                <w:sz w:val="21"/>
              </w:rPr>
              <w:t>Department of Revenue</w:t>
            </w:r>
          </w:p>
        </w:tc>
        <w:tc>
          <w:tcPr>
            <w:tcW w:w="1440" w:type="dxa"/>
            <w:vAlign w:val="center"/>
          </w:tcPr>
          <w:p w14:paraId="68654F39" w14:textId="77777777" w:rsidR="00784220" w:rsidRDefault="00FE5BE6">
            <w:pPr>
              <w:spacing w:line="240" w:lineRule="auto"/>
              <w:jc w:val="center"/>
            </w:pPr>
            <w:r>
              <w:rPr>
                <w:sz w:val="21"/>
              </w:rPr>
              <w:t>S</w:t>
            </w:r>
          </w:p>
        </w:tc>
      </w:tr>
      <w:tr w:rsidR="00784220" w14:paraId="68654F3F" w14:textId="77777777" w:rsidTr="001000A2">
        <w:trPr>
          <w:cantSplit/>
          <w:jc w:val="center"/>
        </w:trPr>
        <w:tc>
          <w:tcPr>
            <w:tcW w:w="1080" w:type="dxa"/>
            <w:vAlign w:val="center"/>
          </w:tcPr>
          <w:p w14:paraId="68654F3B" w14:textId="77777777" w:rsidR="00784220" w:rsidRDefault="00784220">
            <w:pPr>
              <w:spacing w:line="240" w:lineRule="auto"/>
            </w:pPr>
          </w:p>
        </w:tc>
        <w:tc>
          <w:tcPr>
            <w:tcW w:w="2088" w:type="dxa"/>
            <w:vAlign w:val="center"/>
          </w:tcPr>
          <w:p w14:paraId="68654F3C" w14:textId="77777777" w:rsidR="00784220" w:rsidRDefault="00784220">
            <w:pPr>
              <w:spacing w:line="240" w:lineRule="auto"/>
            </w:pPr>
          </w:p>
        </w:tc>
        <w:tc>
          <w:tcPr>
            <w:tcW w:w="4752" w:type="dxa"/>
            <w:vAlign w:val="center"/>
          </w:tcPr>
          <w:p w14:paraId="68654F3D" w14:textId="77777777" w:rsidR="00784220" w:rsidRDefault="00FE5BE6">
            <w:pPr>
              <w:spacing w:line="240" w:lineRule="auto"/>
            </w:pPr>
            <w:r>
              <w:rPr>
                <w:sz w:val="21"/>
              </w:rPr>
              <w:t>Department of Children and Family Services</w:t>
            </w:r>
          </w:p>
        </w:tc>
        <w:tc>
          <w:tcPr>
            <w:tcW w:w="1440" w:type="dxa"/>
            <w:vAlign w:val="center"/>
          </w:tcPr>
          <w:p w14:paraId="68654F3E" w14:textId="77777777" w:rsidR="00784220" w:rsidRDefault="00FE5BE6">
            <w:pPr>
              <w:spacing w:line="240" w:lineRule="auto"/>
              <w:jc w:val="center"/>
            </w:pPr>
            <w:r>
              <w:rPr>
                <w:sz w:val="21"/>
              </w:rPr>
              <w:t>S</w:t>
            </w:r>
          </w:p>
        </w:tc>
      </w:tr>
      <w:tr w:rsidR="00784220" w14:paraId="68654F44" w14:textId="77777777" w:rsidTr="001000A2">
        <w:trPr>
          <w:cantSplit/>
          <w:jc w:val="center"/>
        </w:trPr>
        <w:tc>
          <w:tcPr>
            <w:tcW w:w="1080" w:type="dxa"/>
            <w:vAlign w:val="center"/>
          </w:tcPr>
          <w:p w14:paraId="68654F40" w14:textId="77777777" w:rsidR="00784220" w:rsidRDefault="00784220">
            <w:pPr>
              <w:spacing w:line="240" w:lineRule="auto"/>
            </w:pPr>
          </w:p>
        </w:tc>
        <w:tc>
          <w:tcPr>
            <w:tcW w:w="2088" w:type="dxa"/>
            <w:vAlign w:val="center"/>
          </w:tcPr>
          <w:p w14:paraId="68654F41" w14:textId="77777777" w:rsidR="00784220" w:rsidRDefault="00784220">
            <w:pPr>
              <w:spacing w:line="240" w:lineRule="auto"/>
            </w:pPr>
          </w:p>
        </w:tc>
        <w:tc>
          <w:tcPr>
            <w:tcW w:w="4752" w:type="dxa"/>
            <w:vAlign w:val="center"/>
          </w:tcPr>
          <w:p w14:paraId="68654F42" w14:textId="77777777" w:rsidR="00784220" w:rsidRDefault="00FE5BE6">
            <w:pPr>
              <w:spacing w:line="240" w:lineRule="auto"/>
            </w:pPr>
            <w:r>
              <w:rPr>
                <w:sz w:val="21"/>
              </w:rPr>
              <w:t>Department of Transportation &amp; Development</w:t>
            </w:r>
          </w:p>
        </w:tc>
        <w:tc>
          <w:tcPr>
            <w:tcW w:w="1440" w:type="dxa"/>
            <w:vAlign w:val="center"/>
          </w:tcPr>
          <w:p w14:paraId="68654F43" w14:textId="77777777" w:rsidR="00784220" w:rsidRDefault="00FE5BE6">
            <w:pPr>
              <w:spacing w:line="240" w:lineRule="auto"/>
              <w:jc w:val="center"/>
            </w:pPr>
            <w:r>
              <w:rPr>
                <w:sz w:val="21"/>
              </w:rPr>
              <w:t>S</w:t>
            </w:r>
          </w:p>
        </w:tc>
      </w:tr>
      <w:tr w:rsidR="00784220" w14:paraId="68654F49" w14:textId="77777777" w:rsidTr="001000A2">
        <w:trPr>
          <w:cantSplit/>
          <w:jc w:val="center"/>
        </w:trPr>
        <w:tc>
          <w:tcPr>
            <w:tcW w:w="1080" w:type="dxa"/>
            <w:vAlign w:val="center"/>
          </w:tcPr>
          <w:p w14:paraId="68654F45" w14:textId="77777777" w:rsidR="00784220" w:rsidRDefault="00784220">
            <w:pPr>
              <w:spacing w:line="240" w:lineRule="auto"/>
            </w:pPr>
          </w:p>
        </w:tc>
        <w:tc>
          <w:tcPr>
            <w:tcW w:w="2088" w:type="dxa"/>
            <w:vAlign w:val="center"/>
          </w:tcPr>
          <w:p w14:paraId="68654F46" w14:textId="77777777" w:rsidR="00784220" w:rsidRDefault="00784220">
            <w:pPr>
              <w:spacing w:line="240" w:lineRule="auto"/>
            </w:pPr>
          </w:p>
        </w:tc>
        <w:tc>
          <w:tcPr>
            <w:tcW w:w="4752" w:type="dxa"/>
            <w:vAlign w:val="center"/>
          </w:tcPr>
          <w:p w14:paraId="68654F47" w14:textId="77777777" w:rsidR="00784220" w:rsidRDefault="00FE5BE6">
            <w:pPr>
              <w:spacing w:line="240" w:lineRule="auto"/>
            </w:pPr>
            <w:r>
              <w:rPr>
                <w:sz w:val="21"/>
              </w:rPr>
              <w:t>Department of Wildlife and Fisheries</w:t>
            </w:r>
          </w:p>
        </w:tc>
        <w:tc>
          <w:tcPr>
            <w:tcW w:w="1440" w:type="dxa"/>
            <w:vAlign w:val="center"/>
          </w:tcPr>
          <w:p w14:paraId="68654F48" w14:textId="77777777" w:rsidR="00784220" w:rsidRDefault="00FE5BE6">
            <w:pPr>
              <w:spacing w:line="240" w:lineRule="auto"/>
              <w:jc w:val="center"/>
            </w:pPr>
            <w:r>
              <w:rPr>
                <w:sz w:val="21"/>
              </w:rPr>
              <w:t>S</w:t>
            </w:r>
          </w:p>
        </w:tc>
      </w:tr>
      <w:tr w:rsidR="00784220" w14:paraId="68654F4E" w14:textId="77777777" w:rsidTr="001000A2">
        <w:trPr>
          <w:cantSplit/>
          <w:jc w:val="center"/>
        </w:trPr>
        <w:tc>
          <w:tcPr>
            <w:tcW w:w="1080" w:type="dxa"/>
            <w:vAlign w:val="center"/>
          </w:tcPr>
          <w:p w14:paraId="68654F4A" w14:textId="77777777" w:rsidR="00784220" w:rsidRDefault="00784220">
            <w:pPr>
              <w:spacing w:line="240" w:lineRule="auto"/>
            </w:pPr>
          </w:p>
        </w:tc>
        <w:tc>
          <w:tcPr>
            <w:tcW w:w="2088" w:type="dxa"/>
            <w:vAlign w:val="center"/>
          </w:tcPr>
          <w:p w14:paraId="68654F4B" w14:textId="77777777" w:rsidR="00784220" w:rsidRDefault="00784220">
            <w:pPr>
              <w:spacing w:line="240" w:lineRule="auto"/>
            </w:pPr>
          </w:p>
        </w:tc>
        <w:tc>
          <w:tcPr>
            <w:tcW w:w="4752" w:type="dxa"/>
            <w:vAlign w:val="center"/>
          </w:tcPr>
          <w:p w14:paraId="68654F4C" w14:textId="77777777" w:rsidR="00784220" w:rsidRDefault="00FE5BE6">
            <w:pPr>
              <w:spacing w:line="240" w:lineRule="auto"/>
            </w:pPr>
            <w:r>
              <w:rPr>
                <w:sz w:val="21"/>
              </w:rPr>
              <w:t>Non-Governmental Organizations (NGO)</w:t>
            </w:r>
          </w:p>
        </w:tc>
        <w:tc>
          <w:tcPr>
            <w:tcW w:w="1440" w:type="dxa"/>
            <w:vAlign w:val="center"/>
          </w:tcPr>
          <w:p w14:paraId="68654F4D" w14:textId="77777777" w:rsidR="00784220" w:rsidRDefault="00FE5BE6">
            <w:pPr>
              <w:spacing w:line="240" w:lineRule="auto"/>
              <w:jc w:val="center"/>
            </w:pPr>
            <w:r>
              <w:rPr>
                <w:sz w:val="21"/>
              </w:rPr>
              <w:t>S</w:t>
            </w:r>
          </w:p>
        </w:tc>
      </w:tr>
      <w:tr w:rsidR="00784220" w14:paraId="68654F53" w14:textId="77777777" w:rsidTr="001000A2">
        <w:trPr>
          <w:cantSplit/>
          <w:jc w:val="center"/>
        </w:trPr>
        <w:tc>
          <w:tcPr>
            <w:tcW w:w="1080" w:type="dxa"/>
            <w:vAlign w:val="center"/>
          </w:tcPr>
          <w:p w14:paraId="68654F4F" w14:textId="77777777" w:rsidR="00784220" w:rsidRDefault="00784220">
            <w:pPr>
              <w:spacing w:line="240" w:lineRule="auto"/>
            </w:pPr>
          </w:p>
        </w:tc>
        <w:tc>
          <w:tcPr>
            <w:tcW w:w="2088" w:type="dxa"/>
            <w:vAlign w:val="center"/>
          </w:tcPr>
          <w:p w14:paraId="68654F50" w14:textId="77777777" w:rsidR="00784220" w:rsidRDefault="00784220">
            <w:pPr>
              <w:spacing w:line="240" w:lineRule="auto"/>
            </w:pPr>
          </w:p>
        </w:tc>
        <w:tc>
          <w:tcPr>
            <w:tcW w:w="4752" w:type="dxa"/>
            <w:vAlign w:val="center"/>
          </w:tcPr>
          <w:p w14:paraId="68654F51" w14:textId="77777777" w:rsidR="00784220" w:rsidRDefault="00FE5BE6">
            <w:pPr>
              <w:spacing w:line="240" w:lineRule="auto"/>
            </w:pPr>
            <w:r>
              <w:rPr>
                <w:sz w:val="21"/>
              </w:rPr>
              <w:t>Secretary of State</w:t>
            </w:r>
          </w:p>
        </w:tc>
        <w:tc>
          <w:tcPr>
            <w:tcW w:w="1440" w:type="dxa"/>
            <w:vAlign w:val="center"/>
          </w:tcPr>
          <w:p w14:paraId="68654F52" w14:textId="77777777" w:rsidR="00784220" w:rsidRDefault="00FE5BE6">
            <w:pPr>
              <w:spacing w:line="240" w:lineRule="auto"/>
              <w:jc w:val="center"/>
            </w:pPr>
            <w:r>
              <w:rPr>
                <w:sz w:val="21"/>
              </w:rPr>
              <w:t>S</w:t>
            </w:r>
          </w:p>
        </w:tc>
      </w:tr>
      <w:tr w:rsidR="00784220" w14:paraId="68654F58" w14:textId="77777777" w:rsidTr="001000A2">
        <w:trPr>
          <w:cantSplit/>
          <w:jc w:val="center"/>
        </w:trPr>
        <w:tc>
          <w:tcPr>
            <w:tcW w:w="1080" w:type="dxa"/>
            <w:vAlign w:val="center"/>
          </w:tcPr>
          <w:p w14:paraId="68654F54" w14:textId="77777777" w:rsidR="00784220" w:rsidRDefault="00784220">
            <w:pPr>
              <w:spacing w:line="240" w:lineRule="auto"/>
            </w:pPr>
          </w:p>
        </w:tc>
        <w:tc>
          <w:tcPr>
            <w:tcW w:w="2088" w:type="dxa"/>
            <w:vAlign w:val="center"/>
          </w:tcPr>
          <w:p w14:paraId="68654F55" w14:textId="77777777" w:rsidR="00784220" w:rsidRDefault="00784220">
            <w:pPr>
              <w:spacing w:line="240" w:lineRule="auto"/>
            </w:pPr>
          </w:p>
        </w:tc>
        <w:tc>
          <w:tcPr>
            <w:tcW w:w="4752" w:type="dxa"/>
            <w:vAlign w:val="center"/>
          </w:tcPr>
          <w:p w14:paraId="68654F56" w14:textId="77777777" w:rsidR="00784220" w:rsidRDefault="00784220">
            <w:pPr>
              <w:spacing w:line="240" w:lineRule="auto"/>
            </w:pPr>
          </w:p>
        </w:tc>
        <w:tc>
          <w:tcPr>
            <w:tcW w:w="1440" w:type="dxa"/>
            <w:vAlign w:val="center"/>
          </w:tcPr>
          <w:p w14:paraId="68654F57" w14:textId="77777777" w:rsidR="00784220" w:rsidRDefault="00784220">
            <w:pPr>
              <w:spacing w:line="240" w:lineRule="auto"/>
              <w:jc w:val="center"/>
            </w:pPr>
          </w:p>
        </w:tc>
      </w:tr>
      <w:tr w:rsidR="00784220" w14:paraId="68654F5D" w14:textId="77777777" w:rsidTr="001000A2">
        <w:trPr>
          <w:cantSplit/>
          <w:jc w:val="center"/>
        </w:trPr>
        <w:tc>
          <w:tcPr>
            <w:tcW w:w="1080" w:type="dxa"/>
            <w:vAlign w:val="center"/>
          </w:tcPr>
          <w:p w14:paraId="68654F59" w14:textId="77777777" w:rsidR="00784220" w:rsidRDefault="00FE5BE6">
            <w:pPr>
              <w:spacing w:line="240" w:lineRule="auto"/>
            </w:pPr>
            <w:r>
              <w:rPr>
                <w:b/>
                <w:sz w:val="21"/>
              </w:rPr>
              <w:lastRenderedPageBreak/>
              <w:t>ESF 3</w:t>
            </w:r>
          </w:p>
        </w:tc>
        <w:tc>
          <w:tcPr>
            <w:tcW w:w="2088" w:type="dxa"/>
            <w:vAlign w:val="center"/>
          </w:tcPr>
          <w:p w14:paraId="68654F5A" w14:textId="77777777" w:rsidR="00784220" w:rsidRDefault="00FE5BE6">
            <w:pPr>
              <w:spacing w:line="240" w:lineRule="auto"/>
            </w:pPr>
            <w:r>
              <w:rPr>
                <w:sz w:val="21"/>
              </w:rPr>
              <w:t>Public Works &amp; Engineering</w:t>
            </w:r>
          </w:p>
        </w:tc>
        <w:tc>
          <w:tcPr>
            <w:tcW w:w="4752" w:type="dxa"/>
            <w:vAlign w:val="center"/>
          </w:tcPr>
          <w:p w14:paraId="68654F5B" w14:textId="77777777" w:rsidR="00784220" w:rsidRDefault="00FE5BE6">
            <w:pPr>
              <w:spacing w:line="240" w:lineRule="auto"/>
            </w:pPr>
            <w:r>
              <w:rPr>
                <w:sz w:val="21"/>
              </w:rPr>
              <w:t>Department of Transportation &amp; Development</w:t>
            </w:r>
          </w:p>
        </w:tc>
        <w:tc>
          <w:tcPr>
            <w:tcW w:w="1440" w:type="dxa"/>
            <w:vAlign w:val="center"/>
          </w:tcPr>
          <w:p w14:paraId="68654F5C" w14:textId="77777777" w:rsidR="00784220" w:rsidRDefault="00FE5BE6">
            <w:pPr>
              <w:spacing w:line="240" w:lineRule="auto"/>
              <w:jc w:val="center"/>
            </w:pPr>
            <w:r>
              <w:rPr>
                <w:sz w:val="21"/>
              </w:rPr>
              <w:t>P</w:t>
            </w:r>
          </w:p>
        </w:tc>
      </w:tr>
      <w:tr w:rsidR="00784220" w14:paraId="68654F62" w14:textId="77777777" w:rsidTr="001000A2">
        <w:trPr>
          <w:cantSplit/>
          <w:jc w:val="center"/>
        </w:trPr>
        <w:tc>
          <w:tcPr>
            <w:tcW w:w="1080" w:type="dxa"/>
            <w:vAlign w:val="center"/>
          </w:tcPr>
          <w:p w14:paraId="68654F5E" w14:textId="77777777" w:rsidR="00784220" w:rsidRDefault="00784220">
            <w:pPr>
              <w:spacing w:line="240" w:lineRule="auto"/>
            </w:pPr>
          </w:p>
        </w:tc>
        <w:tc>
          <w:tcPr>
            <w:tcW w:w="2088" w:type="dxa"/>
            <w:vAlign w:val="center"/>
          </w:tcPr>
          <w:p w14:paraId="68654F5F" w14:textId="77777777" w:rsidR="00784220" w:rsidRDefault="00784220">
            <w:pPr>
              <w:spacing w:line="240" w:lineRule="auto"/>
            </w:pPr>
          </w:p>
        </w:tc>
        <w:tc>
          <w:tcPr>
            <w:tcW w:w="4752" w:type="dxa"/>
            <w:vAlign w:val="center"/>
          </w:tcPr>
          <w:p w14:paraId="68654F60" w14:textId="77777777" w:rsidR="00784220" w:rsidRDefault="00FE5BE6">
            <w:pPr>
              <w:spacing w:line="240" w:lineRule="auto"/>
            </w:pPr>
            <w:r>
              <w:rPr>
                <w:sz w:val="21"/>
              </w:rPr>
              <w:t>Louisiana Coastal Protection and Restoration Authority</w:t>
            </w:r>
          </w:p>
        </w:tc>
        <w:tc>
          <w:tcPr>
            <w:tcW w:w="1440" w:type="dxa"/>
            <w:vAlign w:val="center"/>
          </w:tcPr>
          <w:p w14:paraId="68654F61" w14:textId="77777777" w:rsidR="00784220" w:rsidRDefault="00FE5BE6">
            <w:pPr>
              <w:spacing w:line="240" w:lineRule="auto"/>
              <w:jc w:val="center"/>
            </w:pPr>
            <w:r>
              <w:rPr>
                <w:sz w:val="21"/>
              </w:rPr>
              <w:t>P</w:t>
            </w:r>
          </w:p>
        </w:tc>
      </w:tr>
      <w:tr w:rsidR="00784220" w14:paraId="68654F67" w14:textId="77777777" w:rsidTr="001000A2">
        <w:trPr>
          <w:cantSplit/>
          <w:jc w:val="center"/>
        </w:trPr>
        <w:tc>
          <w:tcPr>
            <w:tcW w:w="1080" w:type="dxa"/>
            <w:vAlign w:val="center"/>
          </w:tcPr>
          <w:p w14:paraId="68654F63" w14:textId="77777777" w:rsidR="00784220" w:rsidRDefault="00784220">
            <w:pPr>
              <w:spacing w:line="240" w:lineRule="auto"/>
            </w:pPr>
          </w:p>
        </w:tc>
        <w:tc>
          <w:tcPr>
            <w:tcW w:w="2088" w:type="dxa"/>
            <w:vAlign w:val="center"/>
          </w:tcPr>
          <w:p w14:paraId="68654F64" w14:textId="77777777" w:rsidR="00784220" w:rsidRDefault="00784220">
            <w:pPr>
              <w:spacing w:line="240" w:lineRule="auto"/>
            </w:pPr>
          </w:p>
        </w:tc>
        <w:tc>
          <w:tcPr>
            <w:tcW w:w="4752" w:type="dxa"/>
            <w:vAlign w:val="center"/>
          </w:tcPr>
          <w:p w14:paraId="68654F65" w14:textId="77777777" w:rsidR="00784220" w:rsidRDefault="00FE5BE6">
            <w:pPr>
              <w:spacing w:line="240" w:lineRule="auto"/>
            </w:pPr>
            <w:r>
              <w:rPr>
                <w:sz w:val="21"/>
              </w:rPr>
              <w:t>Governor – Division of Administration</w:t>
            </w:r>
          </w:p>
        </w:tc>
        <w:tc>
          <w:tcPr>
            <w:tcW w:w="1440" w:type="dxa"/>
            <w:vAlign w:val="center"/>
          </w:tcPr>
          <w:p w14:paraId="68654F66" w14:textId="77777777" w:rsidR="00784220" w:rsidRDefault="00FE5BE6">
            <w:pPr>
              <w:spacing w:line="240" w:lineRule="auto"/>
              <w:jc w:val="center"/>
            </w:pPr>
            <w:r>
              <w:rPr>
                <w:sz w:val="21"/>
              </w:rPr>
              <w:t>S</w:t>
            </w:r>
          </w:p>
        </w:tc>
      </w:tr>
      <w:tr w:rsidR="00784220" w14:paraId="68654F6C" w14:textId="77777777" w:rsidTr="001000A2">
        <w:trPr>
          <w:cantSplit/>
          <w:jc w:val="center"/>
        </w:trPr>
        <w:tc>
          <w:tcPr>
            <w:tcW w:w="1080" w:type="dxa"/>
            <w:vAlign w:val="center"/>
          </w:tcPr>
          <w:p w14:paraId="68654F68" w14:textId="77777777" w:rsidR="00784220" w:rsidRDefault="00784220">
            <w:pPr>
              <w:spacing w:line="240" w:lineRule="auto"/>
            </w:pPr>
          </w:p>
        </w:tc>
        <w:tc>
          <w:tcPr>
            <w:tcW w:w="2088" w:type="dxa"/>
            <w:vAlign w:val="center"/>
          </w:tcPr>
          <w:p w14:paraId="68654F69" w14:textId="77777777" w:rsidR="00784220" w:rsidRDefault="00784220">
            <w:pPr>
              <w:spacing w:line="240" w:lineRule="auto"/>
            </w:pPr>
          </w:p>
        </w:tc>
        <w:tc>
          <w:tcPr>
            <w:tcW w:w="4752" w:type="dxa"/>
            <w:vAlign w:val="center"/>
          </w:tcPr>
          <w:p w14:paraId="68654F6A" w14:textId="77777777" w:rsidR="00784220" w:rsidRDefault="00FE5BE6">
            <w:pPr>
              <w:spacing w:line="240" w:lineRule="auto"/>
            </w:pPr>
            <w:r>
              <w:rPr>
                <w:sz w:val="21"/>
              </w:rPr>
              <w:t>Louisiana Department of Health</w:t>
            </w:r>
          </w:p>
        </w:tc>
        <w:tc>
          <w:tcPr>
            <w:tcW w:w="1440" w:type="dxa"/>
            <w:vAlign w:val="center"/>
          </w:tcPr>
          <w:p w14:paraId="68654F6B" w14:textId="77777777" w:rsidR="00784220" w:rsidRDefault="00FE5BE6">
            <w:pPr>
              <w:spacing w:line="240" w:lineRule="auto"/>
              <w:jc w:val="center"/>
            </w:pPr>
            <w:r>
              <w:rPr>
                <w:sz w:val="21"/>
              </w:rPr>
              <w:t>S</w:t>
            </w:r>
          </w:p>
        </w:tc>
      </w:tr>
      <w:tr w:rsidR="00784220" w14:paraId="68654F71" w14:textId="77777777" w:rsidTr="001000A2">
        <w:trPr>
          <w:cantSplit/>
          <w:jc w:val="center"/>
        </w:trPr>
        <w:tc>
          <w:tcPr>
            <w:tcW w:w="1080" w:type="dxa"/>
            <w:vAlign w:val="center"/>
          </w:tcPr>
          <w:p w14:paraId="68654F6D" w14:textId="77777777" w:rsidR="00784220" w:rsidRDefault="00784220">
            <w:pPr>
              <w:spacing w:line="240" w:lineRule="auto"/>
            </w:pPr>
          </w:p>
        </w:tc>
        <w:tc>
          <w:tcPr>
            <w:tcW w:w="2088" w:type="dxa"/>
            <w:vAlign w:val="center"/>
          </w:tcPr>
          <w:p w14:paraId="68654F6E" w14:textId="77777777" w:rsidR="00784220" w:rsidRDefault="00784220">
            <w:pPr>
              <w:spacing w:line="240" w:lineRule="auto"/>
            </w:pPr>
          </w:p>
        </w:tc>
        <w:tc>
          <w:tcPr>
            <w:tcW w:w="4752" w:type="dxa"/>
            <w:vAlign w:val="center"/>
          </w:tcPr>
          <w:p w14:paraId="68654F6F" w14:textId="77777777" w:rsidR="00784220" w:rsidRDefault="00FE5BE6">
            <w:pPr>
              <w:spacing w:line="240" w:lineRule="auto"/>
            </w:pPr>
            <w:r>
              <w:rPr>
                <w:sz w:val="21"/>
              </w:rPr>
              <w:t>Department of Conservation and Energy</w:t>
            </w:r>
          </w:p>
        </w:tc>
        <w:tc>
          <w:tcPr>
            <w:tcW w:w="1440" w:type="dxa"/>
            <w:vAlign w:val="center"/>
          </w:tcPr>
          <w:p w14:paraId="68654F70" w14:textId="77777777" w:rsidR="00784220" w:rsidRDefault="00FE5BE6">
            <w:pPr>
              <w:spacing w:line="240" w:lineRule="auto"/>
              <w:jc w:val="center"/>
            </w:pPr>
            <w:r>
              <w:rPr>
                <w:sz w:val="21"/>
              </w:rPr>
              <w:t>S</w:t>
            </w:r>
          </w:p>
        </w:tc>
      </w:tr>
      <w:tr w:rsidR="00784220" w14:paraId="68654F76" w14:textId="77777777" w:rsidTr="001000A2">
        <w:trPr>
          <w:cantSplit/>
          <w:jc w:val="center"/>
        </w:trPr>
        <w:tc>
          <w:tcPr>
            <w:tcW w:w="1080" w:type="dxa"/>
            <w:vAlign w:val="center"/>
          </w:tcPr>
          <w:p w14:paraId="68654F72" w14:textId="77777777" w:rsidR="00784220" w:rsidRDefault="00784220">
            <w:pPr>
              <w:spacing w:line="240" w:lineRule="auto"/>
            </w:pPr>
          </w:p>
        </w:tc>
        <w:tc>
          <w:tcPr>
            <w:tcW w:w="2088" w:type="dxa"/>
            <w:vAlign w:val="center"/>
          </w:tcPr>
          <w:p w14:paraId="68654F73" w14:textId="77777777" w:rsidR="00784220" w:rsidRDefault="00784220">
            <w:pPr>
              <w:spacing w:line="240" w:lineRule="auto"/>
            </w:pPr>
          </w:p>
        </w:tc>
        <w:tc>
          <w:tcPr>
            <w:tcW w:w="4752" w:type="dxa"/>
            <w:vAlign w:val="center"/>
          </w:tcPr>
          <w:p w14:paraId="68654F74" w14:textId="77777777" w:rsidR="00784220" w:rsidRDefault="00FE5BE6">
            <w:pPr>
              <w:spacing w:line="240" w:lineRule="auto"/>
            </w:pPr>
            <w:r>
              <w:rPr>
                <w:sz w:val="21"/>
              </w:rPr>
              <w:t>Department of Environmental Quality</w:t>
            </w:r>
          </w:p>
        </w:tc>
        <w:tc>
          <w:tcPr>
            <w:tcW w:w="1440" w:type="dxa"/>
            <w:vAlign w:val="center"/>
          </w:tcPr>
          <w:p w14:paraId="68654F75" w14:textId="77777777" w:rsidR="00784220" w:rsidRDefault="00FE5BE6">
            <w:pPr>
              <w:spacing w:line="240" w:lineRule="auto"/>
              <w:jc w:val="center"/>
            </w:pPr>
            <w:r>
              <w:rPr>
                <w:sz w:val="21"/>
              </w:rPr>
              <w:t>S</w:t>
            </w:r>
          </w:p>
        </w:tc>
      </w:tr>
      <w:tr w:rsidR="00784220" w14:paraId="68654F7B" w14:textId="77777777" w:rsidTr="001000A2">
        <w:trPr>
          <w:cantSplit/>
          <w:jc w:val="center"/>
        </w:trPr>
        <w:tc>
          <w:tcPr>
            <w:tcW w:w="1080" w:type="dxa"/>
            <w:vAlign w:val="center"/>
          </w:tcPr>
          <w:p w14:paraId="68654F77" w14:textId="77777777" w:rsidR="00784220" w:rsidRDefault="00784220">
            <w:pPr>
              <w:spacing w:line="240" w:lineRule="auto"/>
            </w:pPr>
          </w:p>
        </w:tc>
        <w:tc>
          <w:tcPr>
            <w:tcW w:w="2088" w:type="dxa"/>
            <w:vAlign w:val="center"/>
          </w:tcPr>
          <w:p w14:paraId="68654F78" w14:textId="77777777" w:rsidR="00784220" w:rsidRDefault="00784220">
            <w:pPr>
              <w:spacing w:line="240" w:lineRule="auto"/>
            </w:pPr>
          </w:p>
        </w:tc>
        <w:tc>
          <w:tcPr>
            <w:tcW w:w="4752" w:type="dxa"/>
            <w:vAlign w:val="center"/>
          </w:tcPr>
          <w:p w14:paraId="68654F79" w14:textId="77777777" w:rsidR="00784220" w:rsidRDefault="00FE5BE6">
            <w:pPr>
              <w:spacing w:line="240" w:lineRule="auto"/>
            </w:pPr>
            <w:r>
              <w:rPr>
                <w:sz w:val="21"/>
              </w:rPr>
              <w:t>Louisiana National Guard</w:t>
            </w:r>
          </w:p>
        </w:tc>
        <w:tc>
          <w:tcPr>
            <w:tcW w:w="1440" w:type="dxa"/>
            <w:vAlign w:val="center"/>
          </w:tcPr>
          <w:p w14:paraId="68654F7A" w14:textId="77777777" w:rsidR="00784220" w:rsidRDefault="00FE5BE6">
            <w:pPr>
              <w:spacing w:line="240" w:lineRule="auto"/>
              <w:jc w:val="center"/>
            </w:pPr>
            <w:r>
              <w:rPr>
                <w:sz w:val="21"/>
              </w:rPr>
              <w:t>S</w:t>
            </w:r>
          </w:p>
        </w:tc>
      </w:tr>
      <w:tr w:rsidR="00784220" w14:paraId="68654F80" w14:textId="77777777" w:rsidTr="001000A2">
        <w:trPr>
          <w:cantSplit/>
          <w:jc w:val="center"/>
        </w:trPr>
        <w:tc>
          <w:tcPr>
            <w:tcW w:w="1080" w:type="dxa"/>
            <w:vAlign w:val="center"/>
          </w:tcPr>
          <w:p w14:paraId="68654F7C" w14:textId="77777777" w:rsidR="00784220" w:rsidRDefault="00784220">
            <w:pPr>
              <w:spacing w:line="240" w:lineRule="auto"/>
            </w:pPr>
          </w:p>
        </w:tc>
        <w:tc>
          <w:tcPr>
            <w:tcW w:w="2088" w:type="dxa"/>
            <w:vAlign w:val="center"/>
          </w:tcPr>
          <w:p w14:paraId="68654F7D" w14:textId="77777777" w:rsidR="00784220" w:rsidRDefault="00784220">
            <w:pPr>
              <w:spacing w:line="240" w:lineRule="auto"/>
            </w:pPr>
          </w:p>
        </w:tc>
        <w:tc>
          <w:tcPr>
            <w:tcW w:w="4752" w:type="dxa"/>
            <w:vAlign w:val="center"/>
          </w:tcPr>
          <w:p w14:paraId="68654F7E" w14:textId="77777777" w:rsidR="00784220" w:rsidRDefault="00FE5BE6">
            <w:pPr>
              <w:spacing w:line="240" w:lineRule="auto"/>
            </w:pPr>
            <w:r>
              <w:rPr>
                <w:sz w:val="21"/>
              </w:rPr>
              <w:t>Non-Governmental Organizations (NGO)</w:t>
            </w:r>
          </w:p>
        </w:tc>
        <w:tc>
          <w:tcPr>
            <w:tcW w:w="1440" w:type="dxa"/>
            <w:vAlign w:val="center"/>
          </w:tcPr>
          <w:p w14:paraId="68654F7F" w14:textId="77777777" w:rsidR="00784220" w:rsidRDefault="00FE5BE6">
            <w:pPr>
              <w:spacing w:line="240" w:lineRule="auto"/>
              <w:jc w:val="center"/>
            </w:pPr>
            <w:r>
              <w:rPr>
                <w:sz w:val="21"/>
              </w:rPr>
              <w:t>S</w:t>
            </w:r>
          </w:p>
        </w:tc>
      </w:tr>
      <w:tr w:rsidR="00784220" w14:paraId="68654F85" w14:textId="77777777" w:rsidTr="001000A2">
        <w:trPr>
          <w:cantSplit/>
          <w:jc w:val="center"/>
        </w:trPr>
        <w:tc>
          <w:tcPr>
            <w:tcW w:w="1080" w:type="dxa"/>
            <w:vAlign w:val="center"/>
          </w:tcPr>
          <w:p w14:paraId="68654F81" w14:textId="77777777" w:rsidR="00784220" w:rsidRDefault="00784220">
            <w:pPr>
              <w:spacing w:line="240" w:lineRule="auto"/>
            </w:pPr>
          </w:p>
        </w:tc>
        <w:tc>
          <w:tcPr>
            <w:tcW w:w="2088" w:type="dxa"/>
            <w:vAlign w:val="center"/>
          </w:tcPr>
          <w:p w14:paraId="68654F82" w14:textId="77777777" w:rsidR="00784220" w:rsidRDefault="00784220">
            <w:pPr>
              <w:spacing w:line="240" w:lineRule="auto"/>
            </w:pPr>
          </w:p>
        </w:tc>
        <w:tc>
          <w:tcPr>
            <w:tcW w:w="4752" w:type="dxa"/>
            <w:vAlign w:val="center"/>
          </w:tcPr>
          <w:p w14:paraId="37EBD42B" w14:textId="77777777" w:rsidR="00784220" w:rsidRDefault="00784220">
            <w:pPr>
              <w:spacing w:line="240" w:lineRule="auto"/>
            </w:pPr>
          </w:p>
          <w:p w14:paraId="68654F83" w14:textId="77777777" w:rsidR="00DC0907" w:rsidRDefault="00DC0907">
            <w:pPr>
              <w:spacing w:line="240" w:lineRule="auto"/>
            </w:pPr>
          </w:p>
        </w:tc>
        <w:tc>
          <w:tcPr>
            <w:tcW w:w="1440" w:type="dxa"/>
            <w:vAlign w:val="center"/>
          </w:tcPr>
          <w:p w14:paraId="68654F84" w14:textId="77777777" w:rsidR="00784220" w:rsidRDefault="00784220">
            <w:pPr>
              <w:spacing w:line="240" w:lineRule="auto"/>
              <w:jc w:val="center"/>
            </w:pPr>
          </w:p>
        </w:tc>
      </w:tr>
      <w:tr w:rsidR="00784220" w14:paraId="68654F8A" w14:textId="77777777" w:rsidTr="001000A2">
        <w:trPr>
          <w:cantSplit/>
          <w:jc w:val="center"/>
        </w:trPr>
        <w:tc>
          <w:tcPr>
            <w:tcW w:w="1080" w:type="dxa"/>
            <w:vAlign w:val="center"/>
          </w:tcPr>
          <w:p w14:paraId="68654F86" w14:textId="77777777" w:rsidR="00784220" w:rsidRDefault="00FE5BE6">
            <w:pPr>
              <w:spacing w:line="240" w:lineRule="auto"/>
            </w:pPr>
            <w:r>
              <w:rPr>
                <w:b/>
                <w:sz w:val="21"/>
              </w:rPr>
              <w:t>ESF 4</w:t>
            </w:r>
          </w:p>
        </w:tc>
        <w:tc>
          <w:tcPr>
            <w:tcW w:w="2088" w:type="dxa"/>
            <w:vAlign w:val="center"/>
          </w:tcPr>
          <w:p w14:paraId="68654F87" w14:textId="77777777" w:rsidR="00784220" w:rsidRDefault="00FE5BE6">
            <w:pPr>
              <w:spacing w:line="240" w:lineRule="auto"/>
            </w:pPr>
            <w:r>
              <w:rPr>
                <w:sz w:val="21"/>
              </w:rPr>
              <w:t>Firefighting</w:t>
            </w:r>
          </w:p>
        </w:tc>
        <w:tc>
          <w:tcPr>
            <w:tcW w:w="4752" w:type="dxa"/>
            <w:vAlign w:val="center"/>
          </w:tcPr>
          <w:p w14:paraId="68654F88" w14:textId="77777777" w:rsidR="00784220" w:rsidRDefault="00FE5BE6">
            <w:pPr>
              <w:spacing w:line="240" w:lineRule="auto"/>
            </w:pPr>
            <w:r>
              <w:rPr>
                <w:sz w:val="21"/>
              </w:rPr>
              <w:t>Department of Agriculture and Forestry</w:t>
            </w:r>
          </w:p>
        </w:tc>
        <w:tc>
          <w:tcPr>
            <w:tcW w:w="1440" w:type="dxa"/>
            <w:vAlign w:val="center"/>
          </w:tcPr>
          <w:p w14:paraId="68654F89" w14:textId="77777777" w:rsidR="00784220" w:rsidRDefault="00FE5BE6">
            <w:pPr>
              <w:spacing w:line="240" w:lineRule="auto"/>
              <w:jc w:val="center"/>
            </w:pPr>
            <w:r>
              <w:rPr>
                <w:sz w:val="21"/>
              </w:rPr>
              <w:t>P</w:t>
            </w:r>
          </w:p>
        </w:tc>
      </w:tr>
      <w:tr w:rsidR="00784220" w14:paraId="68654F8F" w14:textId="77777777" w:rsidTr="001000A2">
        <w:trPr>
          <w:cantSplit/>
          <w:jc w:val="center"/>
        </w:trPr>
        <w:tc>
          <w:tcPr>
            <w:tcW w:w="1080" w:type="dxa"/>
            <w:vAlign w:val="center"/>
          </w:tcPr>
          <w:p w14:paraId="68654F8B" w14:textId="77777777" w:rsidR="00784220" w:rsidRDefault="00784220">
            <w:pPr>
              <w:spacing w:line="240" w:lineRule="auto"/>
            </w:pPr>
          </w:p>
        </w:tc>
        <w:tc>
          <w:tcPr>
            <w:tcW w:w="2088" w:type="dxa"/>
            <w:vAlign w:val="center"/>
          </w:tcPr>
          <w:p w14:paraId="68654F8C" w14:textId="77777777" w:rsidR="00784220" w:rsidRDefault="00784220">
            <w:pPr>
              <w:spacing w:line="240" w:lineRule="auto"/>
            </w:pPr>
          </w:p>
        </w:tc>
        <w:tc>
          <w:tcPr>
            <w:tcW w:w="4752" w:type="dxa"/>
            <w:vAlign w:val="center"/>
          </w:tcPr>
          <w:p w14:paraId="68654F8D" w14:textId="77777777" w:rsidR="00784220" w:rsidRDefault="00FE5BE6">
            <w:pPr>
              <w:spacing w:line="240" w:lineRule="auto"/>
            </w:pPr>
            <w:r>
              <w:rPr>
                <w:sz w:val="21"/>
              </w:rPr>
              <w:t>State Fire Marshal</w:t>
            </w:r>
          </w:p>
        </w:tc>
        <w:tc>
          <w:tcPr>
            <w:tcW w:w="1440" w:type="dxa"/>
            <w:vAlign w:val="center"/>
          </w:tcPr>
          <w:p w14:paraId="68654F8E" w14:textId="77777777" w:rsidR="00784220" w:rsidRDefault="00FE5BE6">
            <w:pPr>
              <w:spacing w:line="240" w:lineRule="auto"/>
              <w:jc w:val="center"/>
            </w:pPr>
            <w:r>
              <w:rPr>
                <w:sz w:val="21"/>
              </w:rPr>
              <w:t>P</w:t>
            </w:r>
          </w:p>
        </w:tc>
      </w:tr>
      <w:tr w:rsidR="00784220" w14:paraId="68654F94" w14:textId="77777777" w:rsidTr="001000A2">
        <w:trPr>
          <w:cantSplit/>
          <w:jc w:val="center"/>
        </w:trPr>
        <w:tc>
          <w:tcPr>
            <w:tcW w:w="1080" w:type="dxa"/>
            <w:vAlign w:val="center"/>
          </w:tcPr>
          <w:p w14:paraId="68654F90" w14:textId="77777777" w:rsidR="00784220" w:rsidRDefault="00784220">
            <w:pPr>
              <w:spacing w:line="240" w:lineRule="auto"/>
            </w:pPr>
          </w:p>
        </w:tc>
        <w:tc>
          <w:tcPr>
            <w:tcW w:w="2088" w:type="dxa"/>
            <w:vAlign w:val="center"/>
          </w:tcPr>
          <w:p w14:paraId="68654F91" w14:textId="77777777" w:rsidR="00784220" w:rsidRDefault="00784220">
            <w:pPr>
              <w:spacing w:line="240" w:lineRule="auto"/>
            </w:pPr>
          </w:p>
        </w:tc>
        <w:tc>
          <w:tcPr>
            <w:tcW w:w="4752" w:type="dxa"/>
            <w:vAlign w:val="center"/>
          </w:tcPr>
          <w:p w14:paraId="68654F92" w14:textId="77777777" w:rsidR="00784220" w:rsidRDefault="00FE5BE6">
            <w:pPr>
              <w:spacing w:line="240" w:lineRule="auto"/>
            </w:pPr>
            <w:r>
              <w:rPr>
                <w:sz w:val="21"/>
              </w:rPr>
              <w:t>Louisiana National Guard</w:t>
            </w:r>
          </w:p>
        </w:tc>
        <w:tc>
          <w:tcPr>
            <w:tcW w:w="1440" w:type="dxa"/>
            <w:vAlign w:val="center"/>
          </w:tcPr>
          <w:p w14:paraId="68654F93" w14:textId="77777777" w:rsidR="00784220" w:rsidRDefault="00FE5BE6">
            <w:pPr>
              <w:spacing w:line="240" w:lineRule="auto"/>
              <w:jc w:val="center"/>
            </w:pPr>
            <w:r>
              <w:rPr>
                <w:sz w:val="21"/>
              </w:rPr>
              <w:t>S</w:t>
            </w:r>
          </w:p>
        </w:tc>
      </w:tr>
      <w:tr w:rsidR="00784220" w14:paraId="68654F99" w14:textId="77777777" w:rsidTr="001000A2">
        <w:trPr>
          <w:cantSplit/>
          <w:jc w:val="center"/>
        </w:trPr>
        <w:tc>
          <w:tcPr>
            <w:tcW w:w="1080" w:type="dxa"/>
            <w:vAlign w:val="center"/>
          </w:tcPr>
          <w:p w14:paraId="68654F95" w14:textId="77777777" w:rsidR="00784220" w:rsidRDefault="00784220">
            <w:pPr>
              <w:spacing w:line="240" w:lineRule="auto"/>
            </w:pPr>
          </w:p>
        </w:tc>
        <w:tc>
          <w:tcPr>
            <w:tcW w:w="2088" w:type="dxa"/>
            <w:vAlign w:val="center"/>
          </w:tcPr>
          <w:p w14:paraId="68654F96" w14:textId="77777777" w:rsidR="00784220" w:rsidRDefault="00784220">
            <w:pPr>
              <w:spacing w:line="240" w:lineRule="auto"/>
            </w:pPr>
          </w:p>
        </w:tc>
        <w:tc>
          <w:tcPr>
            <w:tcW w:w="4752" w:type="dxa"/>
            <w:vAlign w:val="center"/>
          </w:tcPr>
          <w:p w14:paraId="68654F97" w14:textId="77777777" w:rsidR="00784220" w:rsidRDefault="00FE5BE6">
            <w:pPr>
              <w:spacing w:line="240" w:lineRule="auto"/>
            </w:pPr>
            <w:r>
              <w:rPr>
                <w:sz w:val="21"/>
              </w:rPr>
              <w:t>Department of Environmental Quality</w:t>
            </w:r>
          </w:p>
        </w:tc>
        <w:tc>
          <w:tcPr>
            <w:tcW w:w="1440" w:type="dxa"/>
            <w:vAlign w:val="center"/>
          </w:tcPr>
          <w:p w14:paraId="68654F98" w14:textId="77777777" w:rsidR="00784220" w:rsidRDefault="00FE5BE6">
            <w:pPr>
              <w:spacing w:line="240" w:lineRule="auto"/>
              <w:jc w:val="center"/>
            </w:pPr>
            <w:r>
              <w:rPr>
                <w:sz w:val="21"/>
              </w:rPr>
              <w:t>S</w:t>
            </w:r>
          </w:p>
        </w:tc>
      </w:tr>
      <w:tr w:rsidR="00784220" w14:paraId="68654F9E" w14:textId="77777777" w:rsidTr="001000A2">
        <w:trPr>
          <w:cantSplit/>
          <w:jc w:val="center"/>
        </w:trPr>
        <w:tc>
          <w:tcPr>
            <w:tcW w:w="1080" w:type="dxa"/>
            <w:vAlign w:val="center"/>
          </w:tcPr>
          <w:p w14:paraId="68654F9A" w14:textId="77777777" w:rsidR="00784220" w:rsidRDefault="00784220">
            <w:pPr>
              <w:spacing w:line="240" w:lineRule="auto"/>
            </w:pPr>
          </w:p>
        </w:tc>
        <w:tc>
          <w:tcPr>
            <w:tcW w:w="2088" w:type="dxa"/>
            <w:vAlign w:val="center"/>
          </w:tcPr>
          <w:p w14:paraId="68654F9B" w14:textId="77777777" w:rsidR="00784220" w:rsidRDefault="00784220">
            <w:pPr>
              <w:spacing w:line="240" w:lineRule="auto"/>
            </w:pPr>
          </w:p>
        </w:tc>
        <w:tc>
          <w:tcPr>
            <w:tcW w:w="4752" w:type="dxa"/>
            <w:vAlign w:val="center"/>
          </w:tcPr>
          <w:p w14:paraId="68654F9C" w14:textId="77777777" w:rsidR="00784220" w:rsidRDefault="00FE5BE6">
            <w:pPr>
              <w:spacing w:line="240" w:lineRule="auto"/>
            </w:pPr>
            <w:r>
              <w:rPr>
                <w:sz w:val="21"/>
              </w:rPr>
              <w:t>Department of Transportation and Development</w:t>
            </w:r>
          </w:p>
        </w:tc>
        <w:tc>
          <w:tcPr>
            <w:tcW w:w="1440" w:type="dxa"/>
            <w:vAlign w:val="center"/>
          </w:tcPr>
          <w:p w14:paraId="68654F9D" w14:textId="77777777" w:rsidR="00784220" w:rsidRDefault="00FE5BE6">
            <w:pPr>
              <w:spacing w:line="240" w:lineRule="auto"/>
              <w:jc w:val="center"/>
            </w:pPr>
            <w:r>
              <w:rPr>
                <w:sz w:val="21"/>
              </w:rPr>
              <w:t>S</w:t>
            </w:r>
          </w:p>
        </w:tc>
      </w:tr>
      <w:tr w:rsidR="00784220" w14:paraId="68654FA3" w14:textId="77777777" w:rsidTr="001000A2">
        <w:trPr>
          <w:cantSplit/>
          <w:jc w:val="center"/>
        </w:trPr>
        <w:tc>
          <w:tcPr>
            <w:tcW w:w="1080" w:type="dxa"/>
            <w:vAlign w:val="center"/>
          </w:tcPr>
          <w:p w14:paraId="68654F9F" w14:textId="77777777" w:rsidR="00784220" w:rsidRDefault="00784220">
            <w:pPr>
              <w:spacing w:line="240" w:lineRule="auto"/>
            </w:pPr>
          </w:p>
        </w:tc>
        <w:tc>
          <w:tcPr>
            <w:tcW w:w="2088" w:type="dxa"/>
            <w:vAlign w:val="center"/>
          </w:tcPr>
          <w:p w14:paraId="68654FA0" w14:textId="77777777" w:rsidR="00784220" w:rsidRDefault="00784220">
            <w:pPr>
              <w:spacing w:line="240" w:lineRule="auto"/>
            </w:pPr>
          </w:p>
        </w:tc>
        <w:tc>
          <w:tcPr>
            <w:tcW w:w="4752" w:type="dxa"/>
            <w:vAlign w:val="center"/>
          </w:tcPr>
          <w:p w14:paraId="68654FA1" w14:textId="77777777" w:rsidR="00784220" w:rsidRDefault="00FE5BE6">
            <w:pPr>
              <w:spacing w:line="240" w:lineRule="auto"/>
            </w:pPr>
            <w:r>
              <w:rPr>
                <w:sz w:val="21"/>
              </w:rPr>
              <w:t>Department of Wildlife and Fisheries</w:t>
            </w:r>
          </w:p>
        </w:tc>
        <w:tc>
          <w:tcPr>
            <w:tcW w:w="1440" w:type="dxa"/>
            <w:vAlign w:val="center"/>
          </w:tcPr>
          <w:p w14:paraId="68654FA2" w14:textId="77777777" w:rsidR="00784220" w:rsidRDefault="00FE5BE6">
            <w:pPr>
              <w:spacing w:line="240" w:lineRule="auto"/>
              <w:jc w:val="center"/>
            </w:pPr>
            <w:r>
              <w:rPr>
                <w:sz w:val="21"/>
              </w:rPr>
              <w:t>S</w:t>
            </w:r>
          </w:p>
        </w:tc>
      </w:tr>
      <w:tr w:rsidR="00784220" w14:paraId="68654FA8" w14:textId="77777777" w:rsidTr="001000A2">
        <w:trPr>
          <w:cantSplit/>
          <w:jc w:val="center"/>
        </w:trPr>
        <w:tc>
          <w:tcPr>
            <w:tcW w:w="1080" w:type="dxa"/>
            <w:vAlign w:val="center"/>
          </w:tcPr>
          <w:p w14:paraId="68654FA4" w14:textId="77777777" w:rsidR="00784220" w:rsidRDefault="00784220">
            <w:pPr>
              <w:spacing w:line="240" w:lineRule="auto"/>
            </w:pPr>
          </w:p>
        </w:tc>
        <w:tc>
          <w:tcPr>
            <w:tcW w:w="2088" w:type="dxa"/>
            <w:vAlign w:val="center"/>
          </w:tcPr>
          <w:p w14:paraId="68654FA5" w14:textId="77777777" w:rsidR="00784220" w:rsidRDefault="00784220">
            <w:pPr>
              <w:spacing w:line="240" w:lineRule="auto"/>
            </w:pPr>
          </w:p>
        </w:tc>
        <w:tc>
          <w:tcPr>
            <w:tcW w:w="4752" w:type="dxa"/>
            <w:vAlign w:val="center"/>
          </w:tcPr>
          <w:p w14:paraId="68654FA6" w14:textId="77777777" w:rsidR="00784220" w:rsidRDefault="00FE5BE6">
            <w:pPr>
              <w:spacing w:line="240" w:lineRule="auto"/>
            </w:pPr>
            <w:r>
              <w:rPr>
                <w:sz w:val="21"/>
              </w:rPr>
              <w:t>Non-Governmental Organizations (NGO)</w:t>
            </w:r>
          </w:p>
        </w:tc>
        <w:tc>
          <w:tcPr>
            <w:tcW w:w="1440" w:type="dxa"/>
            <w:vAlign w:val="center"/>
          </w:tcPr>
          <w:p w14:paraId="68654FA7" w14:textId="77777777" w:rsidR="00784220" w:rsidRDefault="00FE5BE6">
            <w:pPr>
              <w:spacing w:line="240" w:lineRule="auto"/>
              <w:jc w:val="center"/>
            </w:pPr>
            <w:r>
              <w:rPr>
                <w:sz w:val="21"/>
              </w:rPr>
              <w:t>S</w:t>
            </w:r>
          </w:p>
        </w:tc>
      </w:tr>
      <w:tr w:rsidR="00784220" w14:paraId="68654FAD" w14:textId="77777777" w:rsidTr="001000A2">
        <w:trPr>
          <w:cantSplit/>
          <w:jc w:val="center"/>
        </w:trPr>
        <w:tc>
          <w:tcPr>
            <w:tcW w:w="1080" w:type="dxa"/>
            <w:vAlign w:val="center"/>
          </w:tcPr>
          <w:p w14:paraId="68654FA9" w14:textId="77777777" w:rsidR="00784220" w:rsidRDefault="00784220">
            <w:pPr>
              <w:spacing w:line="240" w:lineRule="auto"/>
            </w:pPr>
          </w:p>
        </w:tc>
        <w:tc>
          <w:tcPr>
            <w:tcW w:w="2088" w:type="dxa"/>
            <w:vAlign w:val="center"/>
          </w:tcPr>
          <w:p w14:paraId="68654FAA" w14:textId="77777777" w:rsidR="00784220" w:rsidRDefault="00784220">
            <w:pPr>
              <w:spacing w:line="240" w:lineRule="auto"/>
            </w:pPr>
          </w:p>
        </w:tc>
        <w:tc>
          <w:tcPr>
            <w:tcW w:w="4752" w:type="dxa"/>
            <w:vAlign w:val="center"/>
          </w:tcPr>
          <w:p w14:paraId="68654FAB" w14:textId="77777777" w:rsidR="00784220" w:rsidRDefault="00784220">
            <w:pPr>
              <w:spacing w:line="240" w:lineRule="auto"/>
            </w:pPr>
          </w:p>
        </w:tc>
        <w:tc>
          <w:tcPr>
            <w:tcW w:w="1440" w:type="dxa"/>
            <w:vAlign w:val="center"/>
          </w:tcPr>
          <w:p w14:paraId="68654FAC" w14:textId="77777777" w:rsidR="00784220" w:rsidRDefault="00784220">
            <w:pPr>
              <w:spacing w:line="240" w:lineRule="auto"/>
              <w:jc w:val="center"/>
            </w:pPr>
          </w:p>
        </w:tc>
      </w:tr>
      <w:tr w:rsidR="00784220" w14:paraId="68654FB2" w14:textId="77777777" w:rsidTr="001000A2">
        <w:trPr>
          <w:cantSplit/>
          <w:jc w:val="center"/>
        </w:trPr>
        <w:tc>
          <w:tcPr>
            <w:tcW w:w="1080" w:type="dxa"/>
            <w:vAlign w:val="center"/>
          </w:tcPr>
          <w:p w14:paraId="68654FAE" w14:textId="77777777" w:rsidR="00784220" w:rsidRDefault="00FE5BE6">
            <w:pPr>
              <w:spacing w:line="240" w:lineRule="auto"/>
            </w:pPr>
            <w:r>
              <w:rPr>
                <w:b/>
                <w:sz w:val="21"/>
              </w:rPr>
              <w:t>ESF 5</w:t>
            </w:r>
          </w:p>
        </w:tc>
        <w:tc>
          <w:tcPr>
            <w:tcW w:w="2088" w:type="dxa"/>
            <w:vAlign w:val="center"/>
          </w:tcPr>
          <w:p w14:paraId="68654FAF" w14:textId="77777777" w:rsidR="00784220" w:rsidRDefault="00FE5BE6">
            <w:pPr>
              <w:spacing w:line="240" w:lineRule="auto"/>
            </w:pPr>
            <w:r>
              <w:rPr>
                <w:sz w:val="21"/>
              </w:rPr>
              <w:t>Emergency Management</w:t>
            </w:r>
          </w:p>
        </w:tc>
        <w:tc>
          <w:tcPr>
            <w:tcW w:w="4752" w:type="dxa"/>
            <w:vAlign w:val="center"/>
          </w:tcPr>
          <w:p w14:paraId="68654FB0" w14:textId="77777777" w:rsidR="00784220" w:rsidRDefault="00FE5BE6">
            <w:pPr>
              <w:spacing w:line="240" w:lineRule="auto"/>
            </w:pPr>
            <w:r>
              <w:rPr>
                <w:sz w:val="21"/>
              </w:rPr>
              <w:t>Governor’s Office of Homeland Security and Emergency Preparedness</w:t>
            </w:r>
          </w:p>
        </w:tc>
        <w:tc>
          <w:tcPr>
            <w:tcW w:w="1440" w:type="dxa"/>
            <w:vAlign w:val="center"/>
          </w:tcPr>
          <w:p w14:paraId="68654FB1" w14:textId="77777777" w:rsidR="00784220" w:rsidRDefault="00FE5BE6">
            <w:pPr>
              <w:spacing w:line="240" w:lineRule="auto"/>
              <w:jc w:val="center"/>
            </w:pPr>
            <w:r>
              <w:rPr>
                <w:sz w:val="21"/>
              </w:rPr>
              <w:t>P</w:t>
            </w:r>
          </w:p>
        </w:tc>
      </w:tr>
      <w:tr w:rsidR="00784220" w14:paraId="68654FB7" w14:textId="77777777" w:rsidTr="001000A2">
        <w:trPr>
          <w:cantSplit/>
          <w:jc w:val="center"/>
        </w:trPr>
        <w:tc>
          <w:tcPr>
            <w:tcW w:w="1080" w:type="dxa"/>
            <w:vAlign w:val="center"/>
          </w:tcPr>
          <w:p w14:paraId="68654FB3" w14:textId="77777777" w:rsidR="00784220" w:rsidRDefault="00784220">
            <w:pPr>
              <w:spacing w:line="240" w:lineRule="auto"/>
            </w:pPr>
          </w:p>
        </w:tc>
        <w:tc>
          <w:tcPr>
            <w:tcW w:w="2088" w:type="dxa"/>
            <w:vAlign w:val="center"/>
          </w:tcPr>
          <w:p w14:paraId="68654FB4" w14:textId="77777777" w:rsidR="00784220" w:rsidRDefault="00784220">
            <w:pPr>
              <w:spacing w:line="240" w:lineRule="auto"/>
            </w:pPr>
          </w:p>
        </w:tc>
        <w:tc>
          <w:tcPr>
            <w:tcW w:w="4752" w:type="dxa"/>
            <w:vAlign w:val="center"/>
          </w:tcPr>
          <w:p w14:paraId="68654FB5" w14:textId="77777777" w:rsidR="00784220" w:rsidRDefault="00FE5BE6">
            <w:pPr>
              <w:spacing w:line="240" w:lineRule="auto"/>
            </w:pPr>
            <w:r>
              <w:rPr>
                <w:sz w:val="21"/>
              </w:rPr>
              <w:t>Louisiana National Guard</w:t>
            </w:r>
          </w:p>
        </w:tc>
        <w:tc>
          <w:tcPr>
            <w:tcW w:w="1440" w:type="dxa"/>
            <w:vAlign w:val="center"/>
          </w:tcPr>
          <w:p w14:paraId="68654FB6" w14:textId="77777777" w:rsidR="00784220" w:rsidRDefault="00FE5BE6">
            <w:pPr>
              <w:spacing w:line="240" w:lineRule="auto"/>
              <w:jc w:val="center"/>
            </w:pPr>
            <w:r>
              <w:rPr>
                <w:sz w:val="21"/>
              </w:rPr>
              <w:t>S</w:t>
            </w:r>
          </w:p>
        </w:tc>
      </w:tr>
      <w:tr w:rsidR="00784220" w14:paraId="68654FBC" w14:textId="77777777" w:rsidTr="001000A2">
        <w:trPr>
          <w:cantSplit/>
          <w:jc w:val="center"/>
        </w:trPr>
        <w:tc>
          <w:tcPr>
            <w:tcW w:w="1080" w:type="dxa"/>
            <w:vAlign w:val="center"/>
          </w:tcPr>
          <w:p w14:paraId="68654FB8" w14:textId="77777777" w:rsidR="00784220" w:rsidRDefault="00784220">
            <w:pPr>
              <w:spacing w:line="240" w:lineRule="auto"/>
            </w:pPr>
          </w:p>
        </w:tc>
        <w:tc>
          <w:tcPr>
            <w:tcW w:w="2088" w:type="dxa"/>
            <w:vAlign w:val="center"/>
          </w:tcPr>
          <w:p w14:paraId="68654FB9" w14:textId="77777777" w:rsidR="00784220" w:rsidRDefault="00784220">
            <w:pPr>
              <w:spacing w:line="240" w:lineRule="auto"/>
            </w:pPr>
          </w:p>
        </w:tc>
        <w:tc>
          <w:tcPr>
            <w:tcW w:w="4752" w:type="dxa"/>
            <w:vAlign w:val="center"/>
          </w:tcPr>
          <w:p w14:paraId="68654FBA" w14:textId="77777777" w:rsidR="00784220" w:rsidRDefault="00FE5BE6">
            <w:pPr>
              <w:spacing w:line="240" w:lineRule="auto"/>
            </w:pPr>
            <w:r>
              <w:rPr>
                <w:sz w:val="21"/>
              </w:rPr>
              <w:t>Department of Agriculture and Forestry</w:t>
            </w:r>
          </w:p>
        </w:tc>
        <w:tc>
          <w:tcPr>
            <w:tcW w:w="1440" w:type="dxa"/>
            <w:vAlign w:val="center"/>
          </w:tcPr>
          <w:p w14:paraId="68654FBB" w14:textId="77777777" w:rsidR="00784220" w:rsidRDefault="00FE5BE6">
            <w:pPr>
              <w:spacing w:line="240" w:lineRule="auto"/>
              <w:jc w:val="center"/>
            </w:pPr>
            <w:r>
              <w:rPr>
                <w:sz w:val="21"/>
              </w:rPr>
              <w:t>S</w:t>
            </w:r>
          </w:p>
        </w:tc>
      </w:tr>
      <w:tr w:rsidR="00784220" w14:paraId="68654FC1" w14:textId="77777777" w:rsidTr="001000A2">
        <w:trPr>
          <w:cantSplit/>
          <w:jc w:val="center"/>
        </w:trPr>
        <w:tc>
          <w:tcPr>
            <w:tcW w:w="1080" w:type="dxa"/>
            <w:vAlign w:val="center"/>
          </w:tcPr>
          <w:p w14:paraId="68654FBD" w14:textId="77777777" w:rsidR="00784220" w:rsidRDefault="00784220">
            <w:pPr>
              <w:spacing w:line="240" w:lineRule="auto"/>
            </w:pPr>
          </w:p>
        </w:tc>
        <w:tc>
          <w:tcPr>
            <w:tcW w:w="2088" w:type="dxa"/>
            <w:vAlign w:val="center"/>
          </w:tcPr>
          <w:p w14:paraId="68654FBE" w14:textId="77777777" w:rsidR="00784220" w:rsidRDefault="00784220">
            <w:pPr>
              <w:spacing w:line="240" w:lineRule="auto"/>
            </w:pPr>
          </w:p>
        </w:tc>
        <w:tc>
          <w:tcPr>
            <w:tcW w:w="4752" w:type="dxa"/>
            <w:vAlign w:val="center"/>
          </w:tcPr>
          <w:p w14:paraId="68654FBF" w14:textId="77777777" w:rsidR="00784220" w:rsidRDefault="00FE5BE6">
            <w:pPr>
              <w:spacing w:line="240" w:lineRule="auto"/>
            </w:pPr>
            <w:r>
              <w:rPr>
                <w:sz w:val="21"/>
              </w:rPr>
              <w:t>Department of Corrections</w:t>
            </w:r>
          </w:p>
        </w:tc>
        <w:tc>
          <w:tcPr>
            <w:tcW w:w="1440" w:type="dxa"/>
            <w:vAlign w:val="center"/>
          </w:tcPr>
          <w:p w14:paraId="68654FC0" w14:textId="77777777" w:rsidR="00784220" w:rsidRDefault="00FE5BE6">
            <w:pPr>
              <w:spacing w:line="240" w:lineRule="auto"/>
              <w:jc w:val="center"/>
            </w:pPr>
            <w:r>
              <w:rPr>
                <w:sz w:val="21"/>
              </w:rPr>
              <w:t>S</w:t>
            </w:r>
          </w:p>
        </w:tc>
      </w:tr>
      <w:tr w:rsidR="00784220" w14:paraId="68654FC6" w14:textId="77777777" w:rsidTr="001000A2">
        <w:trPr>
          <w:cantSplit/>
          <w:jc w:val="center"/>
        </w:trPr>
        <w:tc>
          <w:tcPr>
            <w:tcW w:w="1080" w:type="dxa"/>
            <w:vAlign w:val="center"/>
          </w:tcPr>
          <w:p w14:paraId="68654FC2" w14:textId="77777777" w:rsidR="00784220" w:rsidRDefault="00784220">
            <w:pPr>
              <w:spacing w:line="240" w:lineRule="auto"/>
            </w:pPr>
          </w:p>
        </w:tc>
        <w:tc>
          <w:tcPr>
            <w:tcW w:w="2088" w:type="dxa"/>
            <w:vAlign w:val="center"/>
          </w:tcPr>
          <w:p w14:paraId="68654FC3" w14:textId="77777777" w:rsidR="00784220" w:rsidRDefault="00784220">
            <w:pPr>
              <w:spacing w:line="240" w:lineRule="auto"/>
            </w:pPr>
          </w:p>
        </w:tc>
        <w:tc>
          <w:tcPr>
            <w:tcW w:w="4752" w:type="dxa"/>
            <w:vAlign w:val="center"/>
          </w:tcPr>
          <w:p w14:paraId="68654FC4" w14:textId="77777777" w:rsidR="00784220" w:rsidRDefault="00FE5BE6">
            <w:pPr>
              <w:spacing w:line="240" w:lineRule="auto"/>
            </w:pPr>
            <w:r>
              <w:rPr>
                <w:sz w:val="21"/>
              </w:rPr>
              <w:t>Department of Culture, Recreation &amp; Tourism</w:t>
            </w:r>
          </w:p>
        </w:tc>
        <w:tc>
          <w:tcPr>
            <w:tcW w:w="1440" w:type="dxa"/>
            <w:vAlign w:val="center"/>
          </w:tcPr>
          <w:p w14:paraId="68654FC5" w14:textId="77777777" w:rsidR="00784220" w:rsidRDefault="00FE5BE6">
            <w:pPr>
              <w:spacing w:line="240" w:lineRule="auto"/>
              <w:jc w:val="center"/>
            </w:pPr>
            <w:r>
              <w:rPr>
                <w:sz w:val="21"/>
              </w:rPr>
              <w:t>S</w:t>
            </w:r>
          </w:p>
        </w:tc>
      </w:tr>
      <w:tr w:rsidR="00784220" w14:paraId="68654FCB" w14:textId="77777777" w:rsidTr="001000A2">
        <w:trPr>
          <w:cantSplit/>
          <w:jc w:val="center"/>
        </w:trPr>
        <w:tc>
          <w:tcPr>
            <w:tcW w:w="1080" w:type="dxa"/>
            <w:vAlign w:val="center"/>
          </w:tcPr>
          <w:p w14:paraId="68654FC7" w14:textId="77777777" w:rsidR="00784220" w:rsidRDefault="00784220">
            <w:pPr>
              <w:spacing w:line="240" w:lineRule="auto"/>
            </w:pPr>
          </w:p>
        </w:tc>
        <w:tc>
          <w:tcPr>
            <w:tcW w:w="2088" w:type="dxa"/>
            <w:vAlign w:val="center"/>
          </w:tcPr>
          <w:p w14:paraId="68654FC8" w14:textId="77777777" w:rsidR="00784220" w:rsidRDefault="00784220">
            <w:pPr>
              <w:spacing w:line="240" w:lineRule="auto"/>
            </w:pPr>
          </w:p>
        </w:tc>
        <w:tc>
          <w:tcPr>
            <w:tcW w:w="4752" w:type="dxa"/>
            <w:vAlign w:val="center"/>
          </w:tcPr>
          <w:p w14:paraId="68654FC9" w14:textId="77777777" w:rsidR="00784220" w:rsidRDefault="00FE5BE6">
            <w:pPr>
              <w:spacing w:line="240" w:lineRule="auto"/>
            </w:pPr>
            <w:r>
              <w:rPr>
                <w:sz w:val="21"/>
              </w:rPr>
              <w:t>Department of Economic Development</w:t>
            </w:r>
          </w:p>
        </w:tc>
        <w:tc>
          <w:tcPr>
            <w:tcW w:w="1440" w:type="dxa"/>
            <w:vAlign w:val="center"/>
          </w:tcPr>
          <w:p w14:paraId="68654FCA" w14:textId="77777777" w:rsidR="00784220" w:rsidRDefault="00FE5BE6">
            <w:pPr>
              <w:spacing w:line="240" w:lineRule="auto"/>
              <w:jc w:val="center"/>
            </w:pPr>
            <w:r>
              <w:rPr>
                <w:sz w:val="21"/>
              </w:rPr>
              <w:t>S</w:t>
            </w:r>
          </w:p>
        </w:tc>
      </w:tr>
      <w:tr w:rsidR="00784220" w14:paraId="68654FD0" w14:textId="77777777" w:rsidTr="001000A2">
        <w:trPr>
          <w:cantSplit/>
          <w:jc w:val="center"/>
        </w:trPr>
        <w:tc>
          <w:tcPr>
            <w:tcW w:w="1080" w:type="dxa"/>
            <w:vAlign w:val="center"/>
          </w:tcPr>
          <w:p w14:paraId="68654FCC" w14:textId="77777777" w:rsidR="00784220" w:rsidRDefault="00784220">
            <w:pPr>
              <w:spacing w:line="240" w:lineRule="auto"/>
            </w:pPr>
          </w:p>
        </w:tc>
        <w:tc>
          <w:tcPr>
            <w:tcW w:w="2088" w:type="dxa"/>
            <w:vAlign w:val="center"/>
          </w:tcPr>
          <w:p w14:paraId="68654FCD" w14:textId="77777777" w:rsidR="00784220" w:rsidRDefault="00784220">
            <w:pPr>
              <w:spacing w:line="240" w:lineRule="auto"/>
            </w:pPr>
          </w:p>
        </w:tc>
        <w:tc>
          <w:tcPr>
            <w:tcW w:w="4752" w:type="dxa"/>
            <w:vAlign w:val="center"/>
          </w:tcPr>
          <w:p w14:paraId="68654FCE" w14:textId="77777777" w:rsidR="00784220" w:rsidRDefault="00FE5BE6">
            <w:pPr>
              <w:spacing w:line="240" w:lineRule="auto"/>
            </w:pPr>
            <w:r>
              <w:rPr>
                <w:sz w:val="21"/>
              </w:rPr>
              <w:t>Department of Education</w:t>
            </w:r>
          </w:p>
        </w:tc>
        <w:tc>
          <w:tcPr>
            <w:tcW w:w="1440" w:type="dxa"/>
            <w:vAlign w:val="center"/>
          </w:tcPr>
          <w:p w14:paraId="68654FCF" w14:textId="77777777" w:rsidR="00784220" w:rsidRDefault="00FE5BE6">
            <w:pPr>
              <w:spacing w:line="240" w:lineRule="auto"/>
              <w:jc w:val="center"/>
            </w:pPr>
            <w:r>
              <w:rPr>
                <w:sz w:val="21"/>
              </w:rPr>
              <w:t>S</w:t>
            </w:r>
          </w:p>
        </w:tc>
      </w:tr>
      <w:tr w:rsidR="00784220" w14:paraId="68654FD5" w14:textId="77777777" w:rsidTr="001000A2">
        <w:trPr>
          <w:cantSplit/>
          <w:jc w:val="center"/>
        </w:trPr>
        <w:tc>
          <w:tcPr>
            <w:tcW w:w="1080" w:type="dxa"/>
            <w:vAlign w:val="center"/>
          </w:tcPr>
          <w:p w14:paraId="68654FD1" w14:textId="77777777" w:rsidR="00784220" w:rsidRDefault="00784220">
            <w:pPr>
              <w:spacing w:line="240" w:lineRule="auto"/>
            </w:pPr>
          </w:p>
        </w:tc>
        <w:tc>
          <w:tcPr>
            <w:tcW w:w="2088" w:type="dxa"/>
            <w:vAlign w:val="center"/>
          </w:tcPr>
          <w:p w14:paraId="68654FD2" w14:textId="77777777" w:rsidR="00784220" w:rsidRDefault="00784220">
            <w:pPr>
              <w:spacing w:line="240" w:lineRule="auto"/>
            </w:pPr>
          </w:p>
        </w:tc>
        <w:tc>
          <w:tcPr>
            <w:tcW w:w="4752" w:type="dxa"/>
            <w:vAlign w:val="center"/>
          </w:tcPr>
          <w:p w14:paraId="68654FD3" w14:textId="77777777" w:rsidR="00784220" w:rsidRDefault="00FE5BE6">
            <w:pPr>
              <w:spacing w:line="240" w:lineRule="auto"/>
            </w:pPr>
            <w:r>
              <w:rPr>
                <w:sz w:val="21"/>
              </w:rPr>
              <w:t>Department of Environmental Quality</w:t>
            </w:r>
          </w:p>
        </w:tc>
        <w:tc>
          <w:tcPr>
            <w:tcW w:w="1440" w:type="dxa"/>
            <w:vAlign w:val="center"/>
          </w:tcPr>
          <w:p w14:paraId="68654FD4" w14:textId="77777777" w:rsidR="00784220" w:rsidRDefault="00FE5BE6">
            <w:pPr>
              <w:spacing w:line="240" w:lineRule="auto"/>
              <w:jc w:val="center"/>
            </w:pPr>
            <w:r>
              <w:rPr>
                <w:sz w:val="21"/>
              </w:rPr>
              <w:t>S</w:t>
            </w:r>
          </w:p>
        </w:tc>
      </w:tr>
      <w:tr w:rsidR="00784220" w14:paraId="68654FDA" w14:textId="77777777" w:rsidTr="001000A2">
        <w:trPr>
          <w:cantSplit/>
          <w:jc w:val="center"/>
        </w:trPr>
        <w:tc>
          <w:tcPr>
            <w:tcW w:w="1080" w:type="dxa"/>
            <w:vAlign w:val="center"/>
          </w:tcPr>
          <w:p w14:paraId="68654FD6" w14:textId="77777777" w:rsidR="00784220" w:rsidRDefault="00784220">
            <w:pPr>
              <w:spacing w:line="240" w:lineRule="auto"/>
            </w:pPr>
          </w:p>
        </w:tc>
        <w:tc>
          <w:tcPr>
            <w:tcW w:w="2088" w:type="dxa"/>
            <w:vAlign w:val="center"/>
          </w:tcPr>
          <w:p w14:paraId="68654FD7" w14:textId="77777777" w:rsidR="00784220" w:rsidRDefault="00784220">
            <w:pPr>
              <w:spacing w:line="240" w:lineRule="auto"/>
            </w:pPr>
          </w:p>
        </w:tc>
        <w:tc>
          <w:tcPr>
            <w:tcW w:w="4752" w:type="dxa"/>
            <w:vAlign w:val="center"/>
          </w:tcPr>
          <w:p w14:paraId="68654FD8" w14:textId="77777777" w:rsidR="00784220" w:rsidRDefault="00FE5BE6">
            <w:pPr>
              <w:spacing w:line="240" w:lineRule="auto"/>
            </w:pPr>
            <w:r>
              <w:rPr>
                <w:sz w:val="21"/>
              </w:rPr>
              <w:t>Governor – Division of Administration</w:t>
            </w:r>
          </w:p>
        </w:tc>
        <w:tc>
          <w:tcPr>
            <w:tcW w:w="1440" w:type="dxa"/>
            <w:vAlign w:val="center"/>
          </w:tcPr>
          <w:p w14:paraId="68654FD9" w14:textId="77777777" w:rsidR="00784220" w:rsidRDefault="00FE5BE6">
            <w:pPr>
              <w:spacing w:line="240" w:lineRule="auto"/>
              <w:jc w:val="center"/>
            </w:pPr>
            <w:r>
              <w:rPr>
                <w:sz w:val="21"/>
              </w:rPr>
              <w:t>S</w:t>
            </w:r>
          </w:p>
        </w:tc>
      </w:tr>
      <w:tr w:rsidR="00784220" w14:paraId="68654FDF" w14:textId="77777777" w:rsidTr="001000A2">
        <w:trPr>
          <w:cantSplit/>
          <w:jc w:val="center"/>
        </w:trPr>
        <w:tc>
          <w:tcPr>
            <w:tcW w:w="1080" w:type="dxa"/>
            <w:vAlign w:val="center"/>
          </w:tcPr>
          <w:p w14:paraId="68654FDB" w14:textId="77777777" w:rsidR="00784220" w:rsidRDefault="00784220">
            <w:pPr>
              <w:spacing w:line="240" w:lineRule="auto"/>
            </w:pPr>
          </w:p>
        </w:tc>
        <w:tc>
          <w:tcPr>
            <w:tcW w:w="2088" w:type="dxa"/>
            <w:vAlign w:val="center"/>
          </w:tcPr>
          <w:p w14:paraId="68654FDC" w14:textId="77777777" w:rsidR="00784220" w:rsidRDefault="00784220">
            <w:pPr>
              <w:spacing w:line="240" w:lineRule="auto"/>
            </w:pPr>
          </w:p>
        </w:tc>
        <w:tc>
          <w:tcPr>
            <w:tcW w:w="4752" w:type="dxa"/>
            <w:vAlign w:val="center"/>
          </w:tcPr>
          <w:p w14:paraId="68654FDD" w14:textId="77777777" w:rsidR="00784220" w:rsidRDefault="00FE5BE6">
            <w:pPr>
              <w:spacing w:line="240" w:lineRule="auto"/>
            </w:pPr>
            <w:r>
              <w:rPr>
                <w:sz w:val="21"/>
              </w:rPr>
              <w:t>Governor – Office of Disability Affairs</w:t>
            </w:r>
          </w:p>
        </w:tc>
        <w:tc>
          <w:tcPr>
            <w:tcW w:w="1440" w:type="dxa"/>
            <w:vAlign w:val="center"/>
          </w:tcPr>
          <w:p w14:paraId="68654FDE" w14:textId="77777777" w:rsidR="00784220" w:rsidRDefault="00FE5BE6">
            <w:pPr>
              <w:spacing w:line="240" w:lineRule="auto"/>
              <w:jc w:val="center"/>
            </w:pPr>
            <w:r>
              <w:rPr>
                <w:sz w:val="21"/>
              </w:rPr>
              <w:t>S</w:t>
            </w:r>
          </w:p>
        </w:tc>
      </w:tr>
      <w:tr w:rsidR="00784220" w14:paraId="68654FE4" w14:textId="77777777" w:rsidTr="001000A2">
        <w:trPr>
          <w:cantSplit/>
          <w:jc w:val="center"/>
        </w:trPr>
        <w:tc>
          <w:tcPr>
            <w:tcW w:w="1080" w:type="dxa"/>
            <w:vAlign w:val="center"/>
          </w:tcPr>
          <w:p w14:paraId="68654FE0" w14:textId="77777777" w:rsidR="00784220" w:rsidRDefault="00784220">
            <w:pPr>
              <w:spacing w:line="240" w:lineRule="auto"/>
            </w:pPr>
          </w:p>
        </w:tc>
        <w:tc>
          <w:tcPr>
            <w:tcW w:w="2088" w:type="dxa"/>
            <w:vAlign w:val="center"/>
          </w:tcPr>
          <w:p w14:paraId="68654FE1" w14:textId="77777777" w:rsidR="00784220" w:rsidRDefault="00784220">
            <w:pPr>
              <w:spacing w:line="240" w:lineRule="auto"/>
            </w:pPr>
          </w:p>
        </w:tc>
        <w:tc>
          <w:tcPr>
            <w:tcW w:w="4752" w:type="dxa"/>
            <w:vAlign w:val="center"/>
          </w:tcPr>
          <w:p w14:paraId="68654FE2" w14:textId="77777777" w:rsidR="00784220" w:rsidRDefault="00FE5BE6">
            <w:pPr>
              <w:spacing w:line="240" w:lineRule="auto"/>
            </w:pPr>
            <w:r>
              <w:rPr>
                <w:sz w:val="21"/>
              </w:rPr>
              <w:t>Governor – Office of Elderly Affairs</w:t>
            </w:r>
          </w:p>
        </w:tc>
        <w:tc>
          <w:tcPr>
            <w:tcW w:w="1440" w:type="dxa"/>
            <w:vAlign w:val="center"/>
          </w:tcPr>
          <w:p w14:paraId="68654FE3" w14:textId="77777777" w:rsidR="00784220" w:rsidRDefault="00FE5BE6">
            <w:pPr>
              <w:spacing w:line="240" w:lineRule="auto"/>
              <w:jc w:val="center"/>
            </w:pPr>
            <w:r>
              <w:rPr>
                <w:sz w:val="21"/>
              </w:rPr>
              <w:t>S</w:t>
            </w:r>
          </w:p>
        </w:tc>
      </w:tr>
      <w:tr w:rsidR="00784220" w14:paraId="68654FE9" w14:textId="77777777" w:rsidTr="001000A2">
        <w:trPr>
          <w:cantSplit/>
          <w:jc w:val="center"/>
        </w:trPr>
        <w:tc>
          <w:tcPr>
            <w:tcW w:w="1080" w:type="dxa"/>
            <w:vAlign w:val="center"/>
          </w:tcPr>
          <w:p w14:paraId="68654FE5" w14:textId="77777777" w:rsidR="00784220" w:rsidRDefault="00784220">
            <w:pPr>
              <w:spacing w:line="240" w:lineRule="auto"/>
            </w:pPr>
          </w:p>
        </w:tc>
        <w:tc>
          <w:tcPr>
            <w:tcW w:w="2088" w:type="dxa"/>
            <w:vAlign w:val="center"/>
          </w:tcPr>
          <w:p w14:paraId="68654FE6" w14:textId="77777777" w:rsidR="00784220" w:rsidRDefault="00784220">
            <w:pPr>
              <w:spacing w:line="240" w:lineRule="auto"/>
            </w:pPr>
          </w:p>
        </w:tc>
        <w:tc>
          <w:tcPr>
            <w:tcW w:w="4752" w:type="dxa"/>
            <w:vAlign w:val="center"/>
          </w:tcPr>
          <w:p w14:paraId="68654FE7" w14:textId="77777777" w:rsidR="00784220" w:rsidRDefault="00FE5BE6">
            <w:pPr>
              <w:spacing w:line="240" w:lineRule="auto"/>
            </w:pPr>
            <w:r>
              <w:rPr>
                <w:sz w:val="21"/>
              </w:rPr>
              <w:t>Governor – Office of Indian Affairs</w:t>
            </w:r>
          </w:p>
        </w:tc>
        <w:tc>
          <w:tcPr>
            <w:tcW w:w="1440" w:type="dxa"/>
            <w:vAlign w:val="center"/>
          </w:tcPr>
          <w:p w14:paraId="68654FE8" w14:textId="77777777" w:rsidR="00784220" w:rsidRDefault="00FE5BE6">
            <w:pPr>
              <w:spacing w:line="240" w:lineRule="auto"/>
              <w:jc w:val="center"/>
            </w:pPr>
            <w:r>
              <w:rPr>
                <w:sz w:val="21"/>
              </w:rPr>
              <w:t>S</w:t>
            </w:r>
          </w:p>
        </w:tc>
      </w:tr>
      <w:tr w:rsidR="00784220" w14:paraId="68654FEE" w14:textId="77777777" w:rsidTr="001000A2">
        <w:trPr>
          <w:cantSplit/>
          <w:jc w:val="center"/>
        </w:trPr>
        <w:tc>
          <w:tcPr>
            <w:tcW w:w="1080" w:type="dxa"/>
            <w:vAlign w:val="center"/>
          </w:tcPr>
          <w:p w14:paraId="68654FEA" w14:textId="77777777" w:rsidR="00784220" w:rsidRDefault="00784220">
            <w:pPr>
              <w:spacing w:line="240" w:lineRule="auto"/>
            </w:pPr>
          </w:p>
        </w:tc>
        <w:tc>
          <w:tcPr>
            <w:tcW w:w="2088" w:type="dxa"/>
            <w:vAlign w:val="center"/>
          </w:tcPr>
          <w:p w14:paraId="68654FEB" w14:textId="77777777" w:rsidR="00784220" w:rsidRDefault="00784220">
            <w:pPr>
              <w:spacing w:line="240" w:lineRule="auto"/>
            </w:pPr>
          </w:p>
        </w:tc>
        <w:tc>
          <w:tcPr>
            <w:tcW w:w="4752" w:type="dxa"/>
            <w:vAlign w:val="center"/>
          </w:tcPr>
          <w:p w14:paraId="68654FEC" w14:textId="77777777" w:rsidR="00784220" w:rsidRDefault="00FE5BE6">
            <w:pPr>
              <w:spacing w:line="240" w:lineRule="auto"/>
            </w:pPr>
            <w:r>
              <w:rPr>
                <w:sz w:val="21"/>
              </w:rPr>
              <w:t>Louisiana Oil Spill Coordinators Office</w:t>
            </w:r>
          </w:p>
        </w:tc>
        <w:tc>
          <w:tcPr>
            <w:tcW w:w="1440" w:type="dxa"/>
            <w:vAlign w:val="center"/>
          </w:tcPr>
          <w:p w14:paraId="68654FED" w14:textId="77777777" w:rsidR="00784220" w:rsidRDefault="00FE5BE6">
            <w:pPr>
              <w:spacing w:line="240" w:lineRule="auto"/>
              <w:jc w:val="center"/>
            </w:pPr>
            <w:r>
              <w:rPr>
                <w:sz w:val="21"/>
              </w:rPr>
              <w:t>S</w:t>
            </w:r>
          </w:p>
        </w:tc>
      </w:tr>
      <w:tr w:rsidR="00784220" w14:paraId="68654FF3" w14:textId="77777777" w:rsidTr="001000A2">
        <w:trPr>
          <w:cantSplit/>
          <w:jc w:val="center"/>
        </w:trPr>
        <w:tc>
          <w:tcPr>
            <w:tcW w:w="1080" w:type="dxa"/>
            <w:vAlign w:val="center"/>
          </w:tcPr>
          <w:p w14:paraId="68654FEF" w14:textId="77777777" w:rsidR="00784220" w:rsidRDefault="00784220">
            <w:pPr>
              <w:spacing w:line="240" w:lineRule="auto"/>
            </w:pPr>
          </w:p>
        </w:tc>
        <w:tc>
          <w:tcPr>
            <w:tcW w:w="2088" w:type="dxa"/>
            <w:vAlign w:val="center"/>
          </w:tcPr>
          <w:p w14:paraId="68654FF0" w14:textId="77777777" w:rsidR="00784220" w:rsidRDefault="00784220">
            <w:pPr>
              <w:spacing w:line="240" w:lineRule="auto"/>
            </w:pPr>
          </w:p>
        </w:tc>
        <w:tc>
          <w:tcPr>
            <w:tcW w:w="4752" w:type="dxa"/>
            <w:vAlign w:val="center"/>
          </w:tcPr>
          <w:p w14:paraId="68654FF1" w14:textId="77777777" w:rsidR="00784220" w:rsidRDefault="00FE5BE6">
            <w:pPr>
              <w:spacing w:line="240" w:lineRule="auto"/>
            </w:pPr>
            <w:r>
              <w:rPr>
                <w:sz w:val="21"/>
              </w:rPr>
              <w:t>Louisiana State University System</w:t>
            </w:r>
          </w:p>
        </w:tc>
        <w:tc>
          <w:tcPr>
            <w:tcW w:w="1440" w:type="dxa"/>
            <w:vAlign w:val="center"/>
          </w:tcPr>
          <w:p w14:paraId="68654FF2" w14:textId="77777777" w:rsidR="00784220" w:rsidRDefault="00FE5BE6">
            <w:pPr>
              <w:spacing w:line="240" w:lineRule="auto"/>
              <w:jc w:val="center"/>
            </w:pPr>
            <w:r>
              <w:rPr>
                <w:sz w:val="21"/>
              </w:rPr>
              <w:t>S</w:t>
            </w:r>
          </w:p>
        </w:tc>
      </w:tr>
      <w:tr w:rsidR="00784220" w14:paraId="68654FF8" w14:textId="77777777" w:rsidTr="001000A2">
        <w:trPr>
          <w:cantSplit/>
          <w:jc w:val="center"/>
        </w:trPr>
        <w:tc>
          <w:tcPr>
            <w:tcW w:w="1080" w:type="dxa"/>
            <w:vAlign w:val="center"/>
          </w:tcPr>
          <w:p w14:paraId="68654FF4" w14:textId="77777777" w:rsidR="00784220" w:rsidRDefault="00784220">
            <w:pPr>
              <w:spacing w:line="240" w:lineRule="auto"/>
            </w:pPr>
          </w:p>
        </w:tc>
        <w:tc>
          <w:tcPr>
            <w:tcW w:w="2088" w:type="dxa"/>
            <w:vAlign w:val="center"/>
          </w:tcPr>
          <w:p w14:paraId="68654FF5" w14:textId="77777777" w:rsidR="00784220" w:rsidRDefault="00784220">
            <w:pPr>
              <w:spacing w:line="240" w:lineRule="auto"/>
            </w:pPr>
          </w:p>
        </w:tc>
        <w:tc>
          <w:tcPr>
            <w:tcW w:w="4752" w:type="dxa"/>
            <w:vAlign w:val="center"/>
          </w:tcPr>
          <w:p w14:paraId="68654FF6" w14:textId="77777777" w:rsidR="00784220" w:rsidRDefault="00FE5BE6">
            <w:pPr>
              <w:spacing w:line="240" w:lineRule="auto"/>
            </w:pPr>
            <w:r>
              <w:rPr>
                <w:sz w:val="21"/>
              </w:rPr>
              <w:t>Louisiana Department of Health</w:t>
            </w:r>
          </w:p>
        </w:tc>
        <w:tc>
          <w:tcPr>
            <w:tcW w:w="1440" w:type="dxa"/>
            <w:vAlign w:val="center"/>
          </w:tcPr>
          <w:p w14:paraId="68654FF7" w14:textId="77777777" w:rsidR="00784220" w:rsidRDefault="00FE5BE6">
            <w:pPr>
              <w:spacing w:line="240" w:lineRule="auto"/>
              <w:jc w:val="center"/>
            </w:pPr>
            <w:r>
              <w:rPr>
                <w:sz w:val="21"/>
              </w:rPr>
              <w:t>S</w:t>
            </w:r>
          </w:p>
        </w:tc>
      </w:tr>
      <w:tr w:rsidR="00784220" w14:paraId="68654FFD" w14:textId="77777777" w:rsidTr="001000A2">
        <w:trPr>
          <w:cantSplit/>
          <w:jc w:val="center"/>
        </w:trPr>
        <w:tc>
          <w:tcPr>
            <w:tcW w:w="1080" w:type="dxa"/>
            <w:vAlign w:val="center"/>
          </w:tcPr>
          <w:p w14:paraId="68654FF9" w14:textId="77777777" w:rsidR="00784220" w:rsidRDefault="00784220">
            <w:pPr>
              <w:spacing w:line="240" w:lineRule="auto"/>
            </w:pPr>
          </w:p>
        </w:tc>
        <w:tc>
          <w:tcPr>
            <w:tcW w:w="2088" w:type="dxa"/>
            <w:vAlign w:val="center"/>
          </w:tcPr>
          <w:p w14:paraId="68654FFA" w14:textId="77777777" w:rsidR="00784220" w:rsidRDefault="00784220">
            <w:pPr>
              <w:spacing w:line="240" w:lineRule="auto"/>
            </w:pPr>
          </w:p>
        </w:tc>
        <w:tc>
          <w:tcPr>
            <w:tcW w:w="4752" w:type="dxa"/>
            <w:vAlign w:val="center"/>
          </w:tcPr>
          <w:p w14:paraId="68654FFB" w14:textId="77777777" w:rsidR="00784220" w:rsidRDefault="00FE5BE6">
            <w:pPr>
              <w:spacing w:line="240" w:lineRule="auto"/>
            </w:pPr>
            <w:r>
              <w:rPr>
                <w:sz w:val="21"/>
              </w:rPr>
              <w:t>Department of Justice</w:t>
            </w:r>
          </w:p>
        </w:tc>
        <w:tc>
          <w:tcPr>
            <w:tcW w:w="1440" w:type="dxa"/>
            <w:vAlign w:val="center"/>
          </w:tcPr>
          <w:p w14:paraId="68654FFC" w14:textId="77777777" w:rsidR="00784220" w:rsidRDefault="00FE5BE6">
            <w:pPr>
              <w:spacing w:line="240" w:lineRule="auto"/>
              <w:jc w:val="center"/>
            </w:pPr>
            <w:r>
              <w:rPr>
                <w:sz w:val="21"/>
              </w:rPr>
              <w:t>S</w:t>
            </w:r>
          </w:p>
        </w:tc>
      </w:tr>
      <w:tr w:rsidR="00784220" w14:paraId="68655002" w14:textId="77777777" w:rsidTr="001000A2">
        <w:trPr>
          <w:cantSplit/>
          <w:jc w:val="center"/>
        </w:trPr>
        <w:tc>
          <w:tcPr>
            <w:tcW w:w="1080" w:type="dxa"/>
            <w:vAlign w:val="center"/>
          </w:tcPr>
          <w:p w14:paraId="68654FFE" w14:textId="77777777" w:rsidR="00784220" w:rsidRDefault="00784220">
            <w:pPr>
              <w:spacing w:line="240" w:lineRule="auto"/>
            </w:pPr>
          </w:p>
        </w:tc>
        <w:tc>
          <w:tcPr>
            <w:tcW w:w="2088" w:type="dxa"/>
            <w:vAlign w:val="center"/>
          </w:tcPr>
          <w:p w14:paraId="68654FFF" w14:textId="77777777" w:rsidR="00784220" w:rsidRDefault="00784220">
            <w:pPr>
              <w:spacing w:line="240" w:lineRule="auto"/>
            </w:pPr>
          </w:p>
        </w:tc>
        <w:tc>
          <w:tcPr>
            <w:tcW w:w="4752" w:type="dxa"/>
            <w:vAlign w:val="center"/>
          </w:tcPr>
          <w:p w14:paraId="68655000" w14:textId="77777777" w:rsidR="00784220" w:rsidRDefault="00FE5BE6">
            <w:pPr>
              <w:spacing w:line="240" w:lineRule="auto"/>
            </w:pPr>
            <w:r>
              <w:rPr>
                <w:sz w:val="21"/>
              </w:rPr>
              <w:t>Louisiana Works</w:t>
            </w:r>
          </w:p>
        </w:tc>
        <w:tc>
          <w:tcPr>
            <w:tcW w:w="1440" w:type="dxa"/>
            <w:vAlign w:val="center"/>
          </w:tcPr>
          <w:p w14:paraId="68655001" w14:textId="77777777" w:rsidR="00784220" w:rsidRDefault="00FE5BE6">
            <w:pPr>
              <w:spacing w:line="240" w:lineRule="auto"/>
              <w:jc w:val="center"/>
            </w:pPr>
            <w:r>
              <w:rPr>
                <w:sz w:val="21"/>
              </w:rPr>
              <w:t>S</w:t>
            </w:r>
          </w:p>
        </w:tc>
      </w:tr>
      <w:tr w:rsidR="00784220" w14:paraId="68655007" w14:textId="77777777" w:rsidTr="001000A2">
        <w:trPr>
          <w:cantSplit/>
          <w:jc w:val="center"/>
        </w:trPr>
        <w:tc>
          <w:tcPr>
            <w:tcW w:w="1080" w:type="dxa"/>
            <w:vAlign w:val="center"/>
          </w:tcPr>
          <w:p w14:paraId="68655003" w14:textId="77777777" w:rsidR="00784220" w:rsidRDefault="00784220">
            <w:pPr>
              <w:spacing w:line="240" w:lineRule="auto"/>
            </w:pPr>
          </w:p>
        </w:tc>
        <w:tc>
          <w:tcPr>
            <w:tcW w:w="2088" w:type="dxa"/>
            <w:vAlign w:val="center"/>
          </w:tcPr>
          <w:p w14:paraId="68655004" w14:textId="77777777" w:rsidR="00784220" w:rsidRDefault="00784220">
            <w:pPr>
              <w:spacing w:line="240" w:lineRule="auto"/>
            </w:pPr>
          </w:p>
        </w:tc>
        <w:tc>
          <w:tcPr>
            <w:tcW w:w="4752" w:type="dxa"/>
            <w:vAlign w:val="center"/>
          </w:tcPr>
          <w:p w14:paraId="68655005" w14:textId="77777777" w:rsidR="00784220" w:rsidRDefault="00FE5BE6">
            <w:pPr>
              <w:spacing w:line="240" w:lineRule="auto"/>
            </w:pPr>
            <w:r>
              <w:rPr>
                <w:sz w:val="21"/>
              </w:rPr>
              <w:t>Department of Conservation and Energy</w:t>
            </w:r>
          </w:p>
        </w:tc>
        <w:tc>
          <w:tcPr>
            <w:tcW w:w="1440" w:type="dxa"/>
            <w:vAlign w:val="center"/>
          </w:tcPr>
          <w:p w14:paraId="68655006" w14:textId="77777777" w:rsidR="00784220" w:rsidRDefault="00FE5BE6">
            <w:pPr>
              <w:spacing w:line="240" w:lineRule="auto"/>
              <w:jc w:val="center"/>
            </w:pPr>
            <w:r>
              <w:rPr>
                <w:sz w:val="21"/>
              </w:rPr>
              <w:t>S</w:t>
            </w:r>
          </w:p>
        </w:tc>
      </w:tr>
      <w:tr w:rsidR="00784220" w14:paraId="6865500C" w14:textId="77777777" w:rsidTr="001000A2">
        <w:trPr>
          <w:cantSplit/>
          <w:jc w:val="center"/>
        </w:trPr>
        <w:tc>
          <w:tcPr>
            <w:tcW w:w="1080" w:type="dxa"/>
            <w:vAlign w:val="center"/>
          </w:tcPr>
          <w:p w14:paraId="68655008" w14:textId="77777777" w:rsidR="00784220" w:rsidRDefault="00784220">
            <w:pPr>
              <w:spacing w:line="240" w:lineRule="auto"/>
            </w:pPr>
          </w:p>
        </w:tc>
        <w:tc>
          <w:tcPr>
            <w:tcW w:w="2088" w:type="dxa"/>
            <w:vAlign w:val="center"/>
          </w:tcPr>
          <w:p w14:paraId="68655009" w14:textId="77777777" w:rsidR="00784220" w:rsidRDefault="00784220">
            <w:pPr>
              <w:spacing w:line="240" w:lineRule="auto"/>
            </w:pPr>
          </w:p>
        </w:tc>
        <w:tc>
          <w:tcPr>
            <w:tcW w:w="4752" w:type="dxa"/>
            <w:vAlign w:val="center"/>
          </w:tcPr>
          <w:p w14:paraId="6865500A" w14:textId="77777777" w:rsidR="00784220" w:rsidRDefault="00FE5BE6">
            <w:pPr>
              <w:spacing w:line="240" w:lineRule="auto"/>
            </w:pPr>
            <w:r>
              <w:rPr>
                <w:sz w:val="21"/>
              </w:rPr>
              <w:t>Louisiana Public Service Commission</w:t>
            </w:r>
          </w:p>
        </w:tc>
        <w:tc>
          <w:tcPr>
            <w:tcW w:w="1440" w:type="dxa"/>
            <w:vAlign w:val="center"/>
          </w:tcPr>
          <w:p w14:paraId="6865500B" w14:textId="77777777" w:rsidR="00784220" w:rsidRDefault="00FE5BE6">
            <w:pPr>
              <w:spacing w:line="240" w:lineRule="auto"/>
              <w:jc w:val="center"/>
            </w:pPr>
            <w:r>
              <w:rPr>
                <w:sz w:val="21"/>
              </w:rPr>
              <w:t>S</w:t>
            </w:r>
          </w:p>
        </w:tc>
      </w:tr>
      <w:tr w:rsidR="00784220" w14:paraId="68655011" w14:textId="77777777" w:rsidTr="001000A2">
        <w:trPr>
          <w:cantSplit/>
          <w:jc w:val="center"/>
        </w:trPr>
        <w:tc>
          <w:tcPr>
            <w:tcW w:w="1080" w:type="dxa"/>
            <w:vAlign w:val="center"/>
          </w:tcPr>
          <w:p w14:paraId="6865500D" w14:textId="77777777" w:rsidR="00784220" w:rsidRDefault="00784220">
            <w:pPr>
              <w:spacing w:line="240" w:lineRule="auto"/>
            </w:pPr>
          </w:p>
        </w:tc>
        <w:tc>
          <w:tcPr>
            <w:tcW w:w="2088" w:type="dxa"/>
            <w:vAlign w:val="center"/>
          </w:tcPr>
          <w:p w14:paraId="6865500E" w14:textId="77777777" w:rsidR="00784220" w:rsidRDefault="00784220">
            <w:pPr>
              <w:spacing w:line="240" w:lineRule="auto"/>
            </w:pPr>
          </w:p>
        </w:tc>
        <w:tc>
          <w:tcPr>
            <w:tcW w:w="4752" w:type="dxa"/>
            <w:vAlign w:val="center"/>
          </w:tcPr>
          <w:p w14:paraId="6865500F" w14:textId="77777777" w:rsidR="00784220" w:rsidRDefault="00FE5BE6">
            <w:pPr>
              <w:spacing w:line="240" w:lineRule="auto"/>
            </w:pPr>
            <w:r>
              <w:rPr>
                <w:sz w:val="21"/>
              </w:rPr>
              <w:t>Louisiana Board of Regents</w:t>
            </w:r>
          </w:p>
        </w:tc>
        <w:tc>
          <w:tcPr>
            <w:tcW w:w="1440" w:type="dxa"/>
            <w:vAlign w:val="center"/>
          </w:tcPr>
          <w:p w14:paraId="68655010" w14:textId="77777777" w:rsidR="00784220" w:rsidRDefault="00FE5BE6">
            <w:pPr>
              <w:spacing w:line="240" w:lineRule="auto"/>
              <w:jc w:val="center"/>
            </w:pPr>
            <w:r>
              <w:rPr>
                <w:sz w:val="21"/>
              </w:rPr>
              <w:t>S</w:t>
            </w:r>
          </w:p>
        </w:tc>
      </w:tr>
      <w:tr w:rsidR="00784220" w14:paraId="68655016" w14:textId="77777777" w:rsidTr="001000A2">
        <w:trPr>
          <w:cantSplit/>
          <w:jc w:val="center"/>
        </w:trPr>
        <w:tc>
          <w:tcPr>
            <w:tcW w:w="1080" w:type="dxa"/>
            <w:vAlign w:val="center"/>
          </w:tcPr>
          <w:p w14:paraId="68655012" w14:textId="77777777" w:rsidR="00784220" w:rsidRDefault="00784220">
            <w:pPr>
              <w:spacing w:line="240" w:lineRule="auto"/>
            </w:pPr>
          </w:p>
        </w:tc>
        <w:tc>
          <w:tcPr>
            <w:tcW w:w="2088" w:type="dxa"/>
            <w:vAlign w:val="center"/>
          </w:tcPr>
          <w:p w14:paraId="68655013" w14:textId="77777777" w:rsidR="00784220" w:rsidRDefault="00784220">
            <w:pPr>
              <w:spacing w:line="240" w:lineRule="auto"/>
            </w:pPr>
          </w:p>
        </w:tc>
        <w:tc>
          <w:tcPr>
            <w:tcW w:w="4752" w:type="dxa"/>
            <w:vAlign w:val="center"/>
          </w:tcPr>
          <w:p w14:paraId="68655014" w14:textId="77777777" w:rsidR="00784220" w:rsidRDefault="00FE5BE6">
            <w:pPr>
              <w:spacing w:line="240" w:lineRule="auto"/>
            </w:pPr>
            <w:r>
              <w:rPr>
                <w:sz w:val="21"/>
              </w:rPr>
              <w:t>Office of the Lieutenant Governor</w:t>
            </w:r>
          </w:p>
        </w:tc>
        <w:tc>
          <w:tcPr>
            <w:tcW w:w="1440" w:type="dxa"/>
            <w:vAlign w:val="center"/>
          </w:tcPr>
          <w:p w14:paraId="68655015" w14:textId="77777777" w:rsidR="00784220" w:rsidRDefault="00FE5BE6">
            <w:pPr>
              <w:spacing w:line="240" w:lineRule="auto"/>
              <w:jc w:val="center"/>
            </w:pPr>
            <w:r>
              <w:rPr>
                <w:sz w:val="21"/>
              </w:rPr>
              <w:t>S</w:t>
            </w:r>
          </w:p>
        </w:tc>
      </w:tr>
      <w:tr w:rsidR="00784220" w14:paraId="6865501B" w14:textId="77777777" w:rsidTr="001000A2">
        <w:trPr>
          <w:cantSplit/>
          <w:jc w:val="center"/>
        </w:trPr>
        <w:tc>
          <w:tcPr>
            <w:tcW w:w="1080" w:type="dxa"/>
            <w:vAlign w:val="center"/>
          </w:tcPr>
          <w:p w14:paraId="68655017" w14:textId="77777777" w:rsidR="00784220" w:rsidRDefault="00784220">
            <w:pPr>
              <w:spacing w:line="240" w:lineRule="auto"/>
            </w:pPr>
          </w:p>
        </w:tc>
        <w:tc>
          <w:tcPr>
            <w:tcW w:w="2088" w:type="dxa"/>
            <w:vAlign w:val="center"/>
          </w:tcPr>
          <w:p w14:paraId="68655018" w14:textId="77777777" w:rsidR="00784220" w:rsidRDefault="00784220">
            <w:pPr>
              <w:spacing w:line="240" w:lineRule="auto"/>
            </w:pPr>
          </w:p>
        </w:tc>
        <w:tc>
          <w:tcPr>
            <w:tcW w:w="4752" w:type="dxa"/>
            <w:vAlign w:val="center"/>
          </w:tcPr>
          <w:p w14:paraId="68655019" w14:textId="77777777" w:rsidR="00784220" w:rsidRDefault="00FE5BE6">
            <w:pPr>
              <w:spacing w:line="240" w:lineRule="auto"/>
            </w:pPr>
            <w:r>
              <w:rPr>
                <w:sz w:val="21"/>
              </w:rPr>
              <w:t>Office of the Lieutenant Governor- Volunteer Louisiana</w:t>
            </w:r>
          </w:p>
        </w:tc>
        <w:tc>
          <w:tcPr>
            <w:tcW w:w="1440" w:type="dxa"/>
            <w:vAlign w:val="center"/>
          </w:tcPr>
          <w:p w14:paraId="6865501A" w14:textId="77777777" w:rsidR="00784220" w:rsidRDefault="00FE5BE6">
            <w:pPr>
              <w:spacing w:line="240" w:lineRule="auto"/>
              <w:jc w:val="center"/>
            </w:pPr>
            <w:r>
              <w:rPr>
                <w:sz w:val="21"/>
              </w:rPr>
              <w:t>S</w:t>
            </w:r>
          </w:p>
        </w:tc>
      </w:tr>
      <w:tr w:rsidR="00784220" w14:paraId="68655020" w14:textId="77777777" w:rsidTr="001000A2">
        <w:trPr>
          <w:cantSplit/>
          <w:jc w:val="center"/>
        </w:trPr>
        <w:tc>
          <w:tcPr>
            <w:tcW w:w="1080" w:type="dxa"/>
            <w:vAlign w:val="center"/>
          </w:tcPr>
          <w:p w14:paraId="6865501C" w14:textId="77777777" w:rsidR="00784220" w:rsidRDefault="00784220">
            <w:pPr>
              <w:spacing w:line="240" w:lineRule="auto"/>
            </w:pPr>
          </w:p>
        </w:tc>
        <w:tc>
          <w:tcPr>
            <w:tcW w:w="2088" w:type="dxa"/>
            <w:vAlign w:val="center"/>
          </w:tcPr>
          <w:p w14:paraId="6865501D" w14:textId="77777777" w:rsidR="00784220" w:rsidRDefault="00784220">
            <w:pPr>
              <w:spacing w:line="240" w:lineRule="auto"/>
            </w:pPr>
          </w:p>
        </w:tc>
        <w:tc>
          <w:tcPr>
            <w:tcW w:w="4752" w:type="dxa"/>
            <w:vAlign w:val="center"/>
          </w:tcPr>
          <w:p w14:paraId="6865501E" w14:textId="77777777" w:rsidR="00784220" w:rsidRDefault="00FE5BE6">
            <w:pPr>
              <w:spacing w:line="240" w:lineRule="auto"/>
            </w:pPr>
            <w:r>
              <w:rPr>
                <w:sz w:val="21"/>
              </w:rPr>
              <w:t>Department of Revenue</w:t>
            </w:r>
          </w:p>
        </w:tc>
        <w:tc>
          <w:tcPr>
            <w:tcW w:w="1440" w:type="dxa"/>
            <w:vAlign w:val="center"/>
          </w:tcPr>
          <w:p w14:paraId="6865501F" w14:textId="77777777" w:rsidR="00784220" w:rsidRDefault="00FE5BE6">
            <w:pPr>
              <w:spacing w:line="240" w:lineRule="auto"/>
              <w:jc w:val="center"/>
            </w:pPr>
            <w:r>
              <w:rPr>
                <w:sz w:val="21"/>
              </w:rPr>
              <w:t>S</w:t>
            </w:r>
          </w:p>
        </w:tc>
      </w:tr>
      <w:tr w:rsidR="00784220" w14:paraId="68655025" w14:textId="77777777" w:rsidTr="001000A2">
        <w:trPr>
          <w:cantSplit/>
          <w:jc w:val="center"/>
        </w:trPr>
        <w:tc>
          <w:tcPr>
            <w:tcW w:w="1080" w:type="dxa"/>
            <w:vAlign w:val="center"/>
          </w:tcPr>
          <w:p w14:paraId="68655021" w14:textId="77777777" w:rsidR="00784220" w:rsidRDefault="00784220">
            <w:pPr>
              <w:spacing w:line="240" w:lineRule="auto"/>
            </w:pPr>
          </w:p>
        </w:tc>
        <w:tc>
          <w:tcPr>
            <w:tcW w:w="2088" w:type="dxa"/>
            <w:vAlign w:val="center"/>
          </w:tcPr>
          <w:p w14:paraId="68655022" w14:textId="77777777" w:rsidR="00784220" w:rsidRDefault="00784220">
            <w:pPr>
              <w:spacing w:line="240" w:lineRule="auto"/>
            </w:pPr>
          </w:p>
        </w:tc>
        <w:tc>
          <w:tcPr>
            <w:tcW w:w="4752" w:type="dxa"/>
            <w:vAlign w:val="center"/>
          </w:tcPr>
          <w:p w14:paraId="68655023" w14:textId="77777777" w:rsidR="00784220" w:rsidRDefault="00FE5BE6">
            <w:pPr>
              <w:spacing w:line="240" w:lineRule="auto"/>
            </w:pPr>
            <w:r>
              <w:rPr>
                <w:sz w:val="21"/>
              </w:rPr>
              <w:t>Secretary of State</w:t>
            </w:r>
          </w:p>
        </w:tc>
        <w:tc>
          <w:tcPr>
            <w:tcW w:w="1440" w:type="dxa"/>
            <w:vAlign w:val="center"/>
          </w:tcPr>
          <w:p w14:paraId="68655024" w14:textId="77777777" w:rsidR="00784220" w:rsidRDefault="00FE5BE6">
            <w:pPr>
              <w:spacing w:line="240" w:lineRule="auto"/>
              <w:jc w:val="center"/>
            </w:pPr>
            <w:r>
              <w:rPr>
                <w:sz w:val="21"/>
              </w:rPr>
              <w:t>S</w:t>
            </w:r>
          </w:p>
        </w:tc>
      </w:tr>
      <w:tr w:rsidR="00784220" w14:paraId="6865502A" w14:textId="77777777" w:rsidTr="001000A2">
        <w:trPr>
          <w:cantSplit/>
          <w:jc w:val="center"/>
        </w:trPr>
        <w:tc>
          <w:tcPr>
            <w:tcW w:w="1080" w:type="dxa"/>
            <w:vAlign w:val="center"/>
          </w:tcPr>
          <w:p w14:paraId="68655026" w14:textId="77777777" w:rsidR="00784220" w:rsidRDefault="00784220">
            <w:pPr>
              <w:spacing w:line="240" w:lineRule="auto"/>
            </w:pPr>
          </w:p>
        </w:tc>
        <w:tc>
          <w:tcPr>
            <w:tcW w:w="2088" w:type="dxa"/>
            <w:vAlign w:val="center"/>
          </w:tcPr>
          <w:p w14:paraId="68655027" w14:textId="77777777" w:rsidR="00784220" w:rsidRDefault="00784220">
            <w:pPr>
              <w:spacing w:line="240" w:lineRule="auto"/>
            </w:pPr>
          </w:p>
        </w:tc>
        <w:tc>
          <w:tcPr>
            <w:tcW w:w="4752" w:type="dxa"/>
            <w:vAlign w:val="center"/>
          </w:tcPr>
          <w:p w14:paraId="68655028" w14:textId="77777777" w:rsidR="00784220" w:rsidRDefault="00FE5BE6">
            <w:pPr>
              <w:spacing w:line="240" w:lineRule="auto"/>
            </w:pPr>
            <w:r>
              <w:rPr>
                <w:sz w:val="21"/>
              </w:rPr>
              <w:t>Department of Children and Family Services</w:t>
            </w:r>
          </w:p>
        </w:tc>
        <w:tc>
          <w:tcPr>
            <w:tcW w:w="1440" w:type="dxa"/>
            <w:vAlign w:val="center"/>
          </w:tcPr>
          <w:p w14:paraId="68655029" w14:textId="77777777" w:rsidR="00784220" w:rsidRDefault="00FE5BE6">
            <w:pPr>
              <w:spacing w:line="240" w:lineRule="auto"/>
              <w:jc w:val="center"/>
            </w:pPr>
            <w:r>
              <w:rPr>
                <w:sz w:val="21"/>
              </w:rPr>
              <w:t>S</w:t>
            </w:r>
          </w:p>
        </w:tc>
      </w:tr>
      <w:tr w:rsidR="00784220" w14:paraId="6865502F" w14:textId="77777777" w:rsidTr="001000A2">
        <w:trPr>
          <w:cantSplit/>
          <w:jc w:val="center"/>
        </w:trPr>
        <w:tc>
          <w:tcPr>
            <w:tcW w:w="1080" w:type="dxa"/>
            <w:vAlign w:val="center"/>
          </w:tcPr>
          <w:p w14:paraId="6865502B" w14:textId="77777777" w:rsidR="00784220" w:rsidRDefault="00784220">
            <w:pPr>
              <w:spacing w:line="240" w:lineRule="auto"/>
            </w:pPr>
          </w:p>
        </w:tc>
        <w:tc>
          <w:tcPr>
            <w:tcW w:w="2088" w:type="dxa"/>
            <w:vAlign w:val="center"/>
          </w:tcPr>
          <w:p w14:paraId="6865502C" w14:textId="77777777" w:rsidR="00784220" w:rsidRDefault="00784220">
            <w:pPr>
              <w:spacing w:line="240" w:lineRule="auto"/>
            </w:pPr>
          </w:p>
        </w:tc>
        <w:tc>
          <w:tcPr>
            <w:tcW w:w="4752" w:type="dxa"/>
            <w:vAlign w:val="center"/>
          </w:tcPr>
          <w:p w14:paraId="6865502D" w14:textId="77777777" w:rsidR="00784220" w:rsidRDefault="00FE5BE6">
            <w:pPr>
              <w:spacing w:line="240" w:lineRule="auto"/>
            </w:pPr>
            <w:r>
              <w:rPr>
                <w:sz w:val="21"/>
              </w:rPr>
              <w:t>Louisiana State Police</w:t>
            </w:r>
          </w:p>
        </w:tc>
        <w:tc>
          <w:tcPr>
            <w:tcW w:w="1440" w:type="dxa"/>
            <w:vAlign w:val="center"/>
          </w:tcPr>
          <w:p w14:paraId="6865502E" w14:textId="77777777" w:rsidR="00784220" w:rsidRDefault="00FE5BE6">
            <w:pPr>
              <w:spacing w:line="240" w:lineRule="auto"/>
              <w:jc w:val="center"/>
            </w:pPr>
            <w:r>
              <w:rPr>
                <w:sz w:val="21"/>
              </w:rPr>
              <w:t>S</w:t>
            </w:r>
          </w:p>
        </w:tc>
      </w:tr>
      <w:tr w:rsidR="00784220" w14:paraId="68655034" w14:textId="77777777" w:rsidTr="001000A2">
        <w:trPr>
          <w:cantSplit/>
          <w:jc w:val="center"/>
        </w:trPr>
        <w:tc>
          <w:tcPr>
            <w:tcW w:w="1080" w:type="dxa"/>
            <w:vAlign w:val="center"/>
          </w:tcPr>
          <w:p w14:paraId="68655030" w14:textId="77777777" w:rsidR="00784220" w:rsidRDefault="00784220">
            <w:pPr>
              <w:spacing w:line="240" w:lineRule="auto"/>
            </w:pPr>
          </w:p>
        </w:tc>
        <w:tc>
          <w:tcPr>
            <w:tcW w:w="2088" w:type="dxa"/>
            <w:vAlign w:val="center"/>
          </w:tcPr>
          <w:p w14:paraId="68655031" w14:textId="77777777" w:rsidR="00784220" w:rsidRDefault="00784220">
            <w:pPr>
              <w:spacing w:line="240" w:lineRule="auto"/>
            </w:pPr>
          </w:p>
        </w:tc>
        <w:tc>
          <w:tcPr>
            <w:tcW w:w="4752" w:type="dxa"/>
            <w:vAlign w:val="center"/>
          </w:tcPr>
          <w:p w14:paraId="68655032" w14:textId="77777777" w:rsidR="00784220" w:rsidRDefault="00FE5BE6">
            <w:pPr>
              <w:spacing w:line="240" w:lineRule="auto"/>
            </w:pPr>
            <w:r>
              <w:rPr>
                <w:sz w:val="21"/>
              </w:rPr>
              <w:t>Department of Transportation &amp; Development</w:t>
            </w:r>
          </w:p>
        </w:tc>
        <w:tc>
          <w:tcPr>
            <w:tcW w:w="1440" w:type="dxa"/>
            <w:vAlign w:val="center"/>
          </w:tcPr>
          <w:p w14:paraId="68655033" w14:textId="77777777" w:rsidR="00784220" w:rsidRDefault="00FE5BE6">
            <w:pPr>
              <w:spacing w:line="240" w:lineRule="auto"/>
              <w:jc w:val="center"/>
            </w:pPr>
            <w:r>
              <w:rPr>
                <w:sz w:val="21"/>
              </w:rPr>
              <w:t>S</w:t>
            </w:r>
          </w:p>
        </w:tc>
      </w:tr>
      <w:tr w:rsidR="00784220" w14:paraId="68655039" w14:textId="77777777" w:rsidTr="001000A2">
        <w:trPr>
          <w:cantSplit/>
          <w:jc w:val="center"/>
        </w:trPr>
        <w:tc>
          <w:tcPr>
            <w:tcW w:w="1080" w:type="dxa"/>
            <w:vAlign w:val="center"/>
          </w:tcPr>
          <w:p w14:paraId="68655035" w14:textId="77777777" w:rsidR="00784220" w:rsidRDefault="00784220">
            <w:pPr>
              <w:spacing w:line="240" w:lineRule="auto"/>
            </w:pPr>
          </w:p>
        </w:tc>
        <w:tc>
          <w:tcPr>
            <w:tcW w:w="2088" w:type="dxa"/>
            <w:vAlign w:val="center"/>
          </w:tcPr>
          <w:p w14:paraId="68655036" w14:textId="77777777" w:rsidR="00784220" w:rsidRDefault="00784220">
            <w:pPr>
              <w:spacing w:line="240" w:lineRule="auto"/>
            </w:pPr>
          </w:p>
        </w:tc>
        <w:tc>
          <w:tcPr>
            <w:tcW w:w="4752" w:type="dxa"/>
            <w:vAlign w:val="center"/>
          </w:tcPr>
          <w:p w14:paraId="68655037" w14:textId="77777777" w:rsidR="00784220" w:rsidRDefault="00FE5BE6">
            <w:pPr>
              <w:spacing w:line="240" w:lineRule="auto"/>
            </w:pPr>
            <w:r>
              <w:rPr>
                <w:sz w:val="21"/>
              </w:rPr>
              <w:t>Department of the Treasury</w:t>
            </w:r>
          </w:p>
        </w:tc>
        <w:tc>
          <w:tcPr>
            <w:tcW w:w="1440" w:type="dxa"/>
            <w:vAlign w:val="center"/>
          </w:tcPr>
          <w:p w14:paraId="68655038" w14:textId="77777777" w:rsidR="00784220" w:rsidRDefault="00FE5BE6">
            <w:pPr>
              <w:spacing w:line="240" w:lineRule="auto"/>
              <w:jc w:val="center"/>
            </w:pPr>
            <w:r>
              <w:rPr>
                <w:sz w:val="21"/>
              </w:rPr>
              <w:t>S</w:t>
            </w:r>
          </w:p>
        </w:tc>
      </w:tr>
      <w:tr w:rsidR="00784220" w14:paraId="6865503E" w14:textId="77777777" w:rsidTr="001000A2">
        <w:trPr>
          <w:cantSplit/>
          <w:jc w:val="center"/>
        </w:trPr>
        <w:tc>
          <w:tcPr>
            <w:tcW w:w="1080" w:type="dxa"/>
            <w:vAlign w:val="center"/>
          </w:tcPr>
          <w:p w14:paraId="6865503A" w14:textId="77777777" w:rsidR="00784220" w:rsidRDefault="00784220">
            <w:pPr>
              <w:spacing w:line="240" w:lineRule="auto"/>
            </w:pPr>
          </w:p>
        </w:tc>
        <w:tc>
          <w:tcPr>
            <w:tcW w:w="2088" w:type="dxa"/>
            <w:vAlign w:val="center"/>
          </w:tcPr>
          <w:p w14:paraId="6865503B" w14:textId="77777777" w:rsidR="00784220" w:rsidRDefault="00784220">
            <w:pPr>
              <w:spacing w:line="240" w:lineRule="auto"/>
            </w:pPr>
          </w:p>
        </w:tc>
        <w:tc>
          <w:tcPr>
            <w:tcW w:w="4752" w:type="dxa"/>
            <w:vAlign w:val="center"/>
          </w:tcPr>
          <w:p w14:paraId="6865503C" w14:textId="77777777" w:rsidR="00784220" w:rsidRDefault="00FE5BE6">
            <w:pPr>
              <w:spacing w:line="240" w:lineRule="auto"/>
            </w:pPr>
            <w:r>
              <w:rPr>
                <w:sz w:val="21"/>
              </w:rPr>
              <w:t>Department of Wildlife and Fisheries</w:t>
            </w:r>
          </w:p>
        </w:tc>
        <w:tc>
          <w:tcPr>
            <w:tcW w:w="1440" w:type="dxa"/>
            <w:vAlign w:val="center"/>
          </w:tcPr>
          <w:p w14:paraId="6865503D" w14:textId="77777777" w:rsidR="00784220" w:rsidRDefault="00FE5BE6">
            <w:pPr>
              <w:spacing w:line="240" w:lineRule="auto"/>
              <w:jc w:val="center"/>
            </w:pPr>
            <w:r>
              <w:rPr>
                <w:sz w:val="21"/>
              </w:rPr>
              <w:t>S</w:t>
            </w:r>
          </w:p>
        </w:tc>
      </w:tr>
      <w:tr w:rsidR="00784220" w14:paraId="68655043" w14:textId="77777777" w:rsidTr="001000A2">
        <w:trPr>
          <w:cantSplit/>
          <w:jc w:val="center"/>
        </w:trPr>
        <w:tc>
          <w:tcPr>
            <w:tcW w:w="1080" w:type="dxa"/>
            <w:vAlign w:val="center"/>
          </w:tcPr>
          <w:p w14:paraId="6865503F" w14:textId="77777777" w:rsidR="00784220" w:rsidRDefault="00784220">
            <w:pPr>
              <w:spacing w:line="240" w:lineRule="auto"/>
            </w:pPr>
          </w:p>
        </w:tc>
        <w:tc>
          <w:tcPr>
            <w:tcW w:w="2088" w:type="dxa"/>
            <w:vAlign w:val="center"/>
          </w:tcPr>
          <w:p w14:paraId="68655040" w14:textId="77777777" w:rsidR="00784220" w:rsidRDefault="00784220">
            <w:pPr>
              <w:spacing w:line="240" w:lineRule="auto"/>
            </w:pPr>
          </w:p>
        </w:tc>
        <w:tc>
          <w:tcPr>
            <w:tcW w:w="4752" w:type="dxa"/>
            <w:vAlign w:val="center"/>
          </w:tcPr>
          <w:p w14:paraId="68655041" w14:textId="77777777" w:rsidR="00784220" w:rsidRDefault="00FE5BE6">
            <w:pPr>
              <w:spacing w:line="240" w:lineRule="auto"/>
            </w:pPr>
            <w:r>
              <w:rPr>
                <w:sz w:val="21"/>
              </w:rPr>
              <w:t>Louisiana Coastal Protection and Restoration Authority</w:t>
            </w:r>
          </w:p>
        </w:tc>
        <w:tc>
          <w:tcPr>
            <w:tcW w:w="1440" w:type="dxa"/>
            <w:vAlign w:val="center"/>
          </w:tcPr>
          <w:p w14:paraId="68655042" w14:textId="77777777" w:rsidR="00784220" w:rsidRDefault="00FE5BE6">
            <w:pPr>
              <w:spacing w:line="240" w:lineRule="auto"/>
              <w:jc w:val="center"/>
            </w:pPr>
            <w:r>
              <w:rPr>
                <w:sz w:val="21"/>
              </w:rPr>
              <w:t>S</w:t>
            </w:r>
          </w:p>
        </w:tc>
      </w:tr>
      <w:tr w:rsidR="00784220" w14:paraId="68655048" w14:textId="77777777" w:rsidTr="001000A2">
        <w:trPr>
          <w:cantSplit/>
          <w:jc w:val="center"/>
        </w:trPr>
        <w:tc>
          <w:tcPr>
            <w:tcW w:w="1080" w:type="dxa"/>
            <w:vAlign w:val="center"/>
          </w:tcPr>
          <w:p w14:paraId="68655044" w14:textId="77777777" w:rsidR="00784220" w:rsidRDefault="00784220">
            <w:pPr>
              <w:spacing w:line="240" w:lineRule="auto"/>
            </w:pPr>
          </w:p>
        </w:tc>
        <w:tc>
          <w:tcPr>
            <w:tcW w:w="2088" w:type="dxa"/>
            <w:vAlign w:val="center"/>
          </w:tcPr>
          <w:p w14:paraId="68655045" w14:textId="77777777" w:rsidR="00784220" w:rsidRDefault="00784220">
            <w:pPr>
              <w:spacing w:line="240" w:lineRule="auto"/>
            </w:pPr>
          </w:p>
        </w:tc>
        <w:tc>
          <w:tcPr>
            <w:tcW w:w="4752" w:type="dxa"/>
            <w:vAlign w:val="center"/>
          </w:tcPr>
          <w:p w14:paraId="68655046" w14:textId="77777777" w:rsidR="00784220" w:rsidRDefault="00FE5BE6">
            <w:pPr>
              <w:spacing w:line="240" w:lineRule="auto"/>
            </w:pPr>
            <w:r>
              <w:rPr>
                <w:sz w:val="21"/>
              </w:rPr>
              <w:t>Department of Public Safety</w:t>
            </w:r>
          </w:p>
        </w:tc>
        <w:tc>
          <w:tcPr>
            <w:tcW w:w="1440" w:type="dxa"/>
            <w:vAlign w:val="center"/>
          </w:tcPr>
          <w:p w14:paraId="68655047" w14:textId="77777777" w:rsidR="00784220" w:rsidRDefault="00FE5BE6">
            <w:pPr>
              <w:spacing w:line="240" w:lineRule="auto"/>
              <w:jc w:val="center"/>
            </w:pPr>
            <w:r>
              <w:rPr>
                <w:sz w:val="21"/>
              </w:rPr>
              <w:t>S</w:t>
            </w:r>
          </w:p>
        </w:tc>
      </w:tr>
      <w:tr w:rsidR="00784220" w14:paraId="6865504D" w14:textId="77777777" w:rsidTr="001000A2">
        <w:trPr>
          <w:cantSplit/>
          <w:jc w:val="center"/>
        </w:trPr>
        <w:tc>
          <w:tcPr>
            <w:tcW w:w="1080" w:type="dxa"/>
            <w:vAlign w:val="center"/>
          </w:tcPr>
          <w:p w14:paraId="68655049" w14:textId="77777777" w:rsidR="00784220" w:rsidRDefault="00784220">
            <w:pPr>
              <w:spacing w:line="240" w:lineRule="auto"/>
            </w:pPr>
          </w:p>
        </w:tc>
        <w:tc>
          <w:tcPr>
            <w:tcW w:w="2088" w:type="dxa"/>
            <w:vAlign w:val="center"/>
          </w:tcPr>
          <w:p w14:paraId="6865504A" w14:textId="77777777" w:rsidR="00784220" w:rsidRDefault="00784220">
            <w:pPr>
              <w:spacing w:line="240" w:lineRule="auto"/>
            </w:pPr>
          </w:p>
        </w:tc>
        <w:tc>
          <w:tcPr>
            <w:tcW w:w="4752" w:type="dxa"/>
            <w:vAlign w:val="center"/>
          </w:tcPr>
          <w:p w14:paraId="6865504B" w14:textId="77777777" w:rsidR="00784220" w:rsidRDefault="00FE5BE6">
            <w:pPr>
              <w:spacing w:line="240" w:lineRule="auto"/>
            </w:pPr>
            <w:r>
              <w:rPr>
                <w:sz w:val="21"/>
              </w:rPr>
              <w:t>State Fire Marshal</w:t>
            </w:r>
          </w:p>
        </w:tc>
        <w:tc>
          <w:tcPr>
            <w:tcW w:w="1440" w:type="dxa"/>
            <w:vAlign w:val="center"/>
          </w:tcPr>
          <w:p w14:paraId="6865504C" w14:textId="77777777" w:rsidR="00784220" w:rsidRDefault="00FE5BE6">
            <w:pPr>
              <w:spacing w:line="240" w:lineRule="auto"/>
              <w:jc w:val="center"/>
            </w:pPr>
            <w:r>
              <w:rPr>
                <w:sz w:val="21"/>
              </w:rPr>
              <w:t>S</w:t>
            </w:r>
          </w:p>
        </w:tc>
      </w:tr>
      <w:tr w:rsidR="00784220" w14:paraId="68655052" w14:textId="77777777" w:rsidTr="001000A2">
        <w:trPr>
          <w:cantSplit/>
          <w:jc w:val="center"/>
        </w:trPr>
        <w:tc>
          <w:tcPr>
            <w:tcW w:w="1080" w:type="dxa"/>
            <w:vAlign w:val="center"/>
          </w:tcPr>
          <w:p w14:paraId="6865504E" w14:textId="260A4318" w:rsidR="00784220" w:rsidRDefault="00784220">
            <w:pPr>
              <w:spacing w:line="240" w:lineRule="auto"/>
            </w:pPr>
          </w:p>
        </w:tc>
        <w:tc>
          <w:tcPr>
            <w:tcW w:w="2088" w:type="dxa"/>
            <w:vAlign w:val="center"/>
          </w:tcPr>
          <w:p w14:paraId="6865504F" w14:textId="36604380" w:rsidR="00784220" w:rsidRDefault="00784220">
            <w:pPr>
              <w:spacing w:line="240" w:lineRule="auto"/>
            </w:pPr>
          </w:p>
        </w:tc>
        <w:tc>
          <w:tcPr>
            <w:tcW w:w="4752" w:type="dxa"/>
            <w:vAlign w:val="center"/>
          </w:tcPr>
          <w:p w14:paraId="68655050" w14:textId="77777777" w:rsidR="00784220" w:rsidRDefault="00FE5BE6">
            <w:pPr>
              <w:spacing w:line="240" w:lineRule="auto"/>
            </w:pPr>
            <w:r>
              <w:rPr>
                <w:sz w:val="21"/>
              </w:rPr>
              <w:t>Non-Governmental Organizations (NGO)</w:t>
            </w:r>
          </w:p>
        </w:tc>
        <w:tc>
          <w:tcPr>
            <w:tcW w:w="1440" w:type="dxa"/>
            <w:vAlign w:val="center"/>
          </w:tcPr>
          <w:p w14:paraId="68655051" w14:textId="77777777" w:rsidR="00784220" w:rsidRDefault="00FE5BE6">
            <w:pPr>
              <w:spacing w:line="240" w:lineRule="auto"/>
              <w:jc w:val="center"/>
            </w:pPr>
            <w:r>
              <w:rPr>
                <w:sz w:val="21"/>
              </w:rPr>
              <w:t>S</w:t>
            </w:r>
          </w:p>
        </w:tc>
      </w:tr>
      <w:tr w:rsidR="00784220" w14:paraId="68655057" w14:textId="77777777" w:rsidTr="001000A2">
        <w:trPr>
          <w:cantSplit/>
          <w:jc w:val="center"/>
        </w:trPr>
        <w:tc>
          <w:tcPr>
            <w:tcW w:w="1080" w:type="dxa"/>
            <w:vAlign w:val="center"/>
          </w:tcPr>
          <w:p w14:paraId="68655053" w14:textId="77777777" w:rsidR="00784220" w:rsidRDefault="00784220">
            <w:pPr>
              <w:spacing w:line="240" w:lineRule="auto"/>
            </w:pPr>
          </w:p>
        </w:tc>
        <w:tc>
          <w:tcPr>
            <w:tcW w:w="2088" w:type="dxa"/>
            <w:vAlign w:val="center"/>
          </w:tcPr>
          <w:p w14:paraId="68655054" w14:textId="77777777" w:rsidR="00784220" w:rsidRDefault="00784220">
            <w:pPr>
              <w:spacing w:line="240" w:lineRule="auto"/>
            </w:pPr>
          </w:p>
        </w:tc>
        <w:tc>
          <w:tcPr>
            <w:tcW w:w="4752" w:type="dxa"/>
            <w:vAlign w:val="center"/>
          </w:tcPr>
          <w:p w14:paraId="68655055" w14:textId="77777777" w:rsidR="00784220" w:rsidRDefault="00784220">
            <w:pPr>
              <w:spacing w:line="240" w:lineRule="auto"/>
            </w:pPr>
          </w:p>
        </w:tc>
        <w:tc>
          <w:tcPr>
            <w:tcW w:w="1440" w:type="dxa"/>
            <w:vAlign w:val="center"/>
          </w:tcPr>
          <w:p w14:paraId="68655056" w14:textId="77777777" w:rsidR="00784220" w:rsidRDefault="00784220">
            <w:pPr>
              <w:spacing w:line="240" w:lineRule="auto"/>
              <w:jc w:val="center"/>
            </w:pPr>
          </w:p>
        </w:tc>
      </w:tr>
      <w:tr w:rsidR="00784220" w14:paraId="6865505C" w14:textId="77777777" w:rsidTr="001000A2">
        <w:trPr>
          <w:cantSplit/>
          <w:jc w:val="center"/>
        </w:trPr>
        <w:tc>
          <w:tcPr>
            <w:tcW w:w="1080" w:type="dxa"/>
            <w:vAlign w:val="center"/>
          </w:tcPr>
          <w:p w14:paraId="68655058" w14:textId="77777777" w:rsidR="00784220" w:rsidRDefault="00FE5BE6">
            <w:pPr>
              <w:spacing w:line="240" w:lineRule="auto"/>
            </w:pPr>
            <w:r>
              <w:rPr>
                <w:b/>
                <w:sz w:val="21"/>
              </w:rPr>
              <w:t>ESF 6</w:t>
            </w:r>
          </w:p>
        </w:tc>
        <w:tc>
          <w:tcPr>
            <w:tcW w:w="2088" w:type="dxa"/>
            <w:vAlign w:val="center"/>
          </w:tcPr>
          <w:p w14:paraId="68655059" w14:textId="77777777" w:rsidR="00784220" w:rsidRDefault="00FE5BE6">
            <w:pPr>
              <w:spacing w:line="240" w:lineRule="auto"/>
            </w:pPr>
            <w:r>
              <w:rPr>
                <w:sz w:val="21"/>
              </w:rPr>
              <w:t>Mass Care, Housing and Human Services</w:t>
            </w:r>
          </w:p>
        </w:tc>
        <w:tc>
          <w:tcPr>
            <w:tcW w:w="4752" w:type="dxa"/>
            <w:vAlign w:val="center"/>
          </w:tcPr>
          <w:p w14:paraId="6865505A" w14:textId="77777777" w:rsidR="00784220" w:rsidRDefault="00FE5BE6">
            <w:pPr>
              <w:spacing w:line="240" w:lineRule="auto"/>
            </w:pPr>
            <w:r>
              <w:rPr>
                <w:sz w:val="21"/>
              </w:rPr>
              <w:t>Louisiana Department of Health</w:t>
            </w:r>
          </w:p>
        </w:tc>
        <w:tc>
          <w:tcPr>
            <w:tcW w:w="1440" w:type="dxa"/>
            <w:vAlign w:val="center"/>
          </w:tcPr>
          <w:p w14:paraId="6865505B" w14:textId="77777777" w:rsidR="00784220" w:rsidRDefault="00FE5BE6">
            <w:pPr>
              <w:spacing w:line="240" w:lineRule="auto"/>
              <w:jc w:val="center"/>
            </w:pPr>
            <w:r>
              <w:rPr>
                <w:sz w:val="21"/>
              </w:rPr>
              <w:t>P</w:t>
            </w:r>
          </w:p>
        </w:tc>
      </w:tr>
      <w:tr w:rsidR="00784220" w14:paraId="68655061" w14:textId="77777777" w:rsidTr="001000A2">
        <w:trPr>
          <w:cantSplit/>
          <w:jc w:val="center"/>
        </w:trPr>
        <w:tc>
          <w:tcPr>
            <w:tcW w:w="1080" w:type="dxa"/>
            <w:vAlign w:val="center"/>
          </w:tcPr>
          <w:p w14:paraId="6865505D" w14:textId="77777777" w:rsidR="00784220" w:rsidRDefault="00784220">
            <w:pPr>
              <w:spacing w:line="240" w:lineRule="auto"/>
            </w:pPr>
          </w:p>
        </w:tc>
        <w:tc>
          <w:tcPr>
            <w:tcW w:w="2088" w:type="dxa"/>
            <w:vAlign w:val="center"/>
          </w:tcPr>
          <w:p w14:paraId="6865505E" w14:textId="77777777" w:rsidR="00784220" w:rsidRDefault="00784220">
            <w:pPr>
              <w:spacing w:line="240" w:lineRule="auto"/>
            </w:pPr>
          </w:p>
        </w:tc>
        <w:tc>
          <w:tcPr>
            <w:tcW w:w="4752" w:type="dxa"/>
            <w:vAlign w:val="center"/>
          </w:tcPr>
          <w:p w14:paraId="6865505F" w14:textId="77777777" w:rsidR="00784220" w:rsidRDefault="00FE5BE6">
            <w:pPr>
              <w:spacing w:line="240" w:lineRule="auto"/>
            </w:pPr>
            <w:r>
              <w:rPr>
                <w:sz w:val="21"/>
              </w:rPr>
              <w:t>Louisiana Works</w:t>
            </w:r>
          </w:p>
        </w:tc>
        <w:tc>
          <w:tcPr>
            <w:tcW w:w="1440" w:type="dxa"/>
            <w:vAlign w:val="center"/>
          </w:tcPr>
          <w:p w14:paraId="68655060" w14:textId="77777777" w:rsidR="00784220" w:rsidRDefault="00FE5BE6">
            <w:pPr>
              <w:spacing w:line="240" w:lineRule="auto"/>
              <w:jc w:val="center"/>
            </w:pPr>
            <w:r>
              <w:rPr>
                <w:sz w:val="21"/>
              </w:rPr>
              <w:t>S</w:t>
            </w:r>
          </w:p>
        </w:tc>
      </w:tr>
      <w:tr w:rsidR="00784220" w14:paraId="68655066" w14:textId="77777777" w:rsidTr="001000A2">
        <w:trPr>
          <w:cantSplit/>
          <w:jc w:val="center"/>
        </w:trPr>
        <w:tc>
          <w:tcPr>
            <w:tcW w:w="1080" w:type="dxa"/>
            <w:vAlign w:val="center"/>
          </w:tcPr>
          <w:p w14:paraId="68655062" w14:textId="77777777" w:rsidR="00784220" w:rsidRDefault="00784220">
            <w:pPr>
              <w:spacing w:line="240" w:lineRule="auto"/>
            </w:pPr>
          </w:p>
        </w:tc>
        <w:tc>
          <w:tcPr>
            <w:tcW w:w="2088" w:type="dxa"/>
            <w:vAlign w:val="center"/>
          </w:tcPr>
          <w:p w14:paraId="68655063" w14:textId="77777777" w:rsidR="00784220" w:rsidRDefault="00784220">
            <w:pPr>
              <w:spacing w:line="240" w:lineRule="auto"/>
            </w:pPr>
          </w:p>
        </w:tc>
        <w:tc>
          <w:tcPr>
            <w:tcW w:w="4752" w:type="dxa"/>
            <w:vAlign w:val="center"/>
          </w:tcPr>
          <w:p w14:paraId="68655064" w14:textId="77777777" w:rsidR="00784220" w:rsidRDefault="00FE5BE6">
            <w:pPr>
              <w:spacing w:line="240" w:lineRule="auto"/>
            </w:pPr>
            <w:r>
              <w:rPr>
                <w:sz w:val="21"/>
              </w:rPr>
              <w:t>Department of Corrections</w:t>
            </w:r>
          </w:p>
        </w:tc>
        <w:tc>
          <w:tcPr>
            <w:tcW w:w="1440" w:type="dxa"/>
            <w:vAlign w:val="center"/>
          </w:tcPr>
          <w:p w14:paraId="68655065" w14:textId="77777777" w:rsidR="00784220" w:rsidRDefault="00FE5BE6">
            <w:pPr>
              <w:spacing w:line="240" w:lineRule="auto"/>
              <w:jc w:val="center"/>
            </w:pPr>
            <w:r>
              <w:rPr>
                <w:sz w:val="21"/>
              </w:rPr>
              <w:t>S</w:t>
            </w:r>
          </w:p>
        </w:tc>
      </w:tr>
      <w:tr w:rsidR="00784220" w14:paraId="6865506B" w14:textId="77777777" w:rsidTr="001000A2">
        <w:trPr>
          <w:cantSplit/>
          <w:jc w:val="center"/>
        </w:trPr>
        <w:tc>
          <w:tcPr>
            <w:tcW w:w="1080" w:type="dxa"/>
            <w:vAlign w:val="center"/>
          </w:tcPr>
          <w:p w14:paraId="68655067" w14:textId="77777777" w:rsidR="00784220" w:rsidRDefault="00784220">
            <w:pPr>
              <w:spacing w:line="240" w:lineRule="auto"/>
            </w:pPr>
          </w:p>
        </w:tc>
        <w:tc>
          <w:tcPr>
            <w:tcW w:w="2088" w:type="dxa"/>
            <w:vAlign w:val="center"/>
          </w:tcPr>
          <w:p w14:paraId="68655068" w14:textId="77777777" w:rsidR="00784220" w:rsidRDefault="00784220">
            <w:pPr>
              <w:spacing w:line="240" w:lineRule="auto"/>
            </w:pPr>
          </w:p>
        </w:tc>
        <w:tc>
          <w:tcPr>
            <w:tcW w:w="4752" w:type="dxa"/>
            <w:vAlign w:val="center"/>
          </w:tcPr>
          <w:p w14:paraId="68655069" w14:textId="77777777" w:rsidR="00784220" w:rsidRDefault="00FE5BE6">
            <w:pPr>
              <w:spacing w:line="240" w:lineRule="auto"/>
            </w:pPr>
            <w:r>
              <w:rPr>
                <w:sz w:val="21"/>
              </w:rPr>
              <w:t>Governor’s Office of Homeland Security and Emergency Preparedness</w:t>
            </w:r>
          </w:p>
        </w:tc>
        <w:tc>
          <w:tcPr>
            <w:tcW w:w="1440" w:type="dxa"/>
            <w:vAlign w:val="center"/>
          </w:tcPr>
          <w:p w14:paraId="6865506A" w14:textId="77777777" w:rsidR="00784220" w:rsidRDefault="00FE5BE6">
            <w:pPr>
              <w:spacing w:line="240" w:lineRule="auto"/>
              <w:jc w:val="center"/>
            </w:pPr>
            <w:r>
              <w:rPr>
                <w:sz w:val="21"/>
              </w:rPr>
              <w:t>S</w:t>
            </w:r>
          </w:p>
        </w:tc>
      </w:tr>
      <w:tr w:rsidR="00784220" w14:paraId="68655070" w14:textId="77777777" w:rsidTr="001000A2">
        <w:trPr>
          <w:cantSplit/>
          <w:jc w:val="center"/>
        </w:trPr>
        <w:tc>
          <w:tcPr>
            <w:tcW w:w="1080" w:type="dxa"/>
            <w:vAlign w:val="center"/>
          </w:tcPr>
          <w:p w14:paraId="6865506C" w14:textId="77777777" w:rsidR="00784220" w:rsidRDefault="00784220">
            <w:pPr>
              <w:spacing w:line="240" w:lineRule="auto"/>
            </w:pPr>
          </w:p>
        </w:tc>
        <w:tc>
          <w:tcPr>
            <w:tcW w:w="2088" w:type="dxa"/>
            <w:vAlign w:val="center"/>
          </w:tcPr>
          <w:p w14:paraId="6865506D" w14:textId="77777777" w:rsidR="00784220" w:rsidRDefault="00784220">
            <w:pPr>
              <w:spacing w:line="240" w:lineRule="auto"/>
            </w:pPr>
          </w:p>
        </w:tc>
        <w:tc>
          <w:tcPr>
            <w:tcW w:w="4752" w:type="dxa"/>
            <w:vAlign w:val="center"/>
          </w:tcPr>
          <w:p w14:paraId="6865506E" w14:textId="77777777" w:rsidR="00784220" w:rsidRDefault="00FE5BE6">
            <w:pPr>
              <w:spacing w:line="240" w:lineRule="auto"/>
            </w:pPr>
            <w:r>
              <w:rPr>
                <w:sz w:val="21"/>
              </w:rPr>
              <w:t>Louisiana Housing Corporation</w:t>
            </w:r>
          </w:p>
        </w:tc>
        <w:tc>
          <w:tcPr>
            <w:tcW w:w="1440" w:type="dxa"/>
            <w:vAlign w:val="center"/>
          </w:tcPr>
          <w:p w14:paraId="6865506F" w14:textId="77777777" w:rsidR="00784220" w:rsidRDefault="00FE5BE6">
            <w:pPr>
              <w:spacing w:line="240" w:lineRule="auto"/>
              <w:jc w:val="center"/>
            </w:pPr>
            <w:r>
              <w:rPr>
                <w:sz w:val="21"/>
              </w:rPr>
              <w:t>S</w:t>
            </w:r>
          </w:p>
        </w:tc>
      </w:tr>
      <w:tr w:rsidR="00784220" w14:paraId="68655075" w14:textId="77777777" w:rsidTr="001000A2">
        <w:trPr>
          <w:cantSplit/>
          <w:jc w:val="center"/>
        </w:trPr>
        <w:tc>
          <w:tcPr>
            <w:tcW w:w="1080" w:type="dxa"/>
            <w:vAlign w:val="center"/>
          </w:tcPr>
          <w:p w14:paraId="68655071" w14:textId="77777777" w:rsidR="00784220" w:rsidRDefault="00784220">
            <w:pPr>
              <w:spacing w:line="240" w:lineRule="auto"/>
            </w:pPr>
          </w:p>
        </w:tc>
        <w:tc>
          <w:tcPr>
            <w:tcW w:w="2088" w:type="dxa"/>
            <w:vAlign w:val="center"/>
          </w:tcPr>
          <w:p w14:paraId="68655072" w14:textId="77777777" w:rsidR="00784220" w:rsidRDefault="00784220">
            <w:pPr>
              <w:spacing w:line="240" w:lineRule="auto"/>
            </w:pPr>
          </w:p>
        </w:tc>
        <w:tc>
          <w:tcPr>
            <w:tcW w:w="4752" w:type="dxa"/>
            <w:vAlign w:val="center"/>
          </w:tcPr>
          <w:p w14:paraId="68655073" w14:textId="77777777" w:rsidR="00784220" w:rsidRDefault="00FE5BE6">
            <w:pPr>
              <w:spacing w:line="240" w:lineRule="auto"/>
            </w:pPr>
            <w:r>
              <w:rPr>
                <w:sz w:val="21"/>
              </w:rPr>
              <w:t>Louisiana National Guard</w:t>
            </w:r>
          </w:p>
        </w:tc>
        <w:tc>
          <w:tcPr>
            <w:tcW w:w="1440" w:type="dxa"/>
            <w:vAlign w:val="center"/>
          </w:tcPr>
          <w:p w14:paraId="68655074" w14:textId="77777777" w:rsidR="00784220" w:rsidRDefault="00FE5BE6">
            <w:pPr>
              <w:spacing w:line="240" w:lineRule="auto"/>
              <w:jc w:val="center"/>
            </w:pPr>
            <w:r>
              <w:rPr>
                <w:sz w:val="21"/>
              </w:rPr>
              <w:t>S</w:t>
            </w:r>
          </w:p>
        </w:tc>
      </w:tr>
      <w:tr w:rsidR="00784220" w14:paraId="6865507A" w14:textId="77777777" w:rsidTr="001000A2">
        <w:trPr>
          <w:cantSplit/>
          <w:jc w:val="center"/>
        </w:trPr>
        <w:tc>
          <w:tcPr>
            <w:tcW w:w="1080" w:type="dxa"/>
            <w:vAlign w:val="center"/>
          </w:tcPr>
          <w:p w14:paraId="68655076" w14:textId="77777777" w:rsidR="00784220" w:rsidRDefault="00784220">
            <w:pPr>
              <w:spacing w:line="240" w:lineRule="auto"/>
            </w:pPr>
          </w:p>
        </w:tc>
        <w:tc>
          <w:tcPr>
            <w:tcW w:w="2088" w:type="dxa"/>
            <w:vAlign w:val="center"/>
          </w:tcPr>
          <w:p w14:paraId="68655077" w14:textId="77777777" w:rsidR="00784220" w:rsidRDefault="00784220">
            <w:pPr>
              <w:spacing w:line="240" w:lineRule="auto"/>
            </w:pPr>
          </w:p>
        </w:tc>
        <w:tc>
          <w:tcPr>
            <w:tcW w:w="4752" w:type="dxa"/>
            <w:vAlign w:val="center"/>
          </w:tcPr>
          <w:p w14:paraId="68655078" w14:textId="77777777" w:rsidR="00784220" w:rsidRDefault="00FE5BE6">
            <w:pPr>
              <w:spacing w:line="240" w:lineRule="auto"/>
            </w:pPr>
            <w:r>
              <w:rPr>
                <w:sz w:val="21"/>
              </w:rPr>
              <w:t>Department of Agriculture and Forestry</w:t>
            </w:r>
          </w:p>
        </w:tc>
        <w:tc>
          <w:tcPr>
            <w:tcW w:w="1440" w:type="dxa"/>
            <w:vAlign w:val="center"/>
          </w:tcPr>
          <w:p w14:paraId="68655079" w14:textId="77777777" w:rsidR="00784220" w:rsidRDefault="00FE5BE6">
            <w:pPr>
              <w:spacing w:line="240" w:lineRule="auto"/>
              <w:jc w:val="center"/>
            </w:pPr>
            <w:r>
              <w:rPr>
                <w:sz w:val="21"/>
              </w:rPr>
              <w:t>S</w:t>
            </w:r>
          </w:p>
        </w:tc>
      </w:tr>
      <w:tr w:rsidR="00784220" w14:paraId="6865507F" w14:textId="77777777" w:rsidTr="001000A2">
        <w:trPr>
          <w:cantSplit/>
          <w:jc w:val="center"/>
        </w:trPr>
        <w:tc>
          <w:tcPr>
            <w:tcW w:w="1080" w:type="dxa"/>
            <w:vAlign w:val="center"/>
          </w:tcPr>
          <w:p w14:paraId="6865507B" w14:textId="77777777" w:rsidR="00784220" w:rsidRDefault="00784220">
            <w:pPr>
              <w:spacing w:line="240" w:lineRule="auto"/>
            </w:pPr>
          </w:p>
        </w:tc>
        <w:tc>
          <w:tcPr>
            <w:tcW w:w="2088" w:type="dxa"/>
            <w:vAlign w:val="center"/>
          </w:tcPr>
          <w:p w14:paraId="6865507C" w14:textId="77777777" w:rsidR="00784220" w:rsidRDefault="00784220">
            <w:pPr>
              <w:spacing w:line="240" w:lineRule="auto"/>
            </w:pPr>
          </w:p>
        </w:tc>
        <w:tc>
          <w:tcPr>
            <w:tcW w:w="4752" w:type="dxa"/>
            <w:vAlign w:val="center"/>
          </w:tcPr>
          <w:p w14:paraId="6865507D" w14:textId="77777777" w:rsidR="00784220" w:rsidRDefault="00FE5BE6">
            <w:pPr>
              <w:spacing w:line="240" w:lineRule="auto"/>
            </w:pPr>
            <w:r>
              <w:rPr>
                <w:sz w:val="21"/>
              </w:rPr>
              <w:t>Department of Culture, Recreation and Tourism</w:t>
            </w:r>
          </w:p>
        </w:tc>
        <w:tc>
          <w:tcPr>
            <w:tcW w:w="1440" w:type="dxa"/>
            <w:vAlign w:val="center"/>
          </w:tcPr>
          <w:p w14:paraId="6865507E" w14:textId="77777777" w:rsidR="00784220" w:rsidRDefault="00FE5BE6">
            <w:pPr>
              <w:spacing w:line="240" w:lineRule="auto"/>
              <w:jc w:val="center"/>
            </w:pPr>
            <w:r>
              <w:rPr>
                <w:sz w:val="21"/>
              </w:rPr>
              <w:t>S</w:t>
            </w:r>
          </w:p>
        </w:tc>
      </w:tr>
      <w:tr w:rsidR="00784220" w14:paraId="68655084" w14:textId="77777777" w:rsidTr="001000A2">
        <w:trPr>
          <w:cantSplit/>
          <w:jc w:val="center"/>
        </w:trPr>
        <w:tc>
          <w:tcPr>
            <w:tcW w:w="1080" w:type="dxa"/>
            <w:vAlign w:val="center"/>
          </w:tcPr>
          <w:p w14:paraId="68655080" w14:textId="77777777" w:rsidR="00784220" w:rsidRDefault="00784220">
            <w:pPr>
              <w:spacing w:line="240" w:lineRule="auto"/>
            </w:pPr>
          </w:p>
        </w:tc>
        <w:tc>
          <w:tcPr>
            <w:tcW w:w="2088" w:type="dxa"/>
            <w:vAlign w:val="center"/>
          </w:tcPr>
          <w:p w14:paraId="68655081" w14:textId="77777777" w:rsidR="00784220" w:rsidRDefault="00784220">
            <w:pPr>
              <w:spacing w:line="240" w:lineRule="auto"/>
            </w:pPr>
          </w:p>
        </w:tc>
        <w:tc>
          <w:tcPr>
            <w:tcW w:w="4752" w:type="dxa"/>
            <w:vAlign w:val="center"/>
          </w:tcPr>
          <w:p w14:paraId="68655082" w14:textId="77777777" w:rsidR="00784220" w:rsidRDefault="00FE5BE6">
            <w:pPr>
              <w:spacing w:line="240" w:lineRule="auto"/>
            </w:pPr>
            <w:r>
              <w:rPr>
                <w:sz w:val="21"/>
              </w:rPr>
              <w:t>Department of Economic Development</w:t>
            </w:r>
          </w:p>
        </w:tc>
        <w:tc>
          <w:tcPr>
            <w:tcW w:w="1440" w:type="dxa"/>
            <w:vAlign w:val="center"/>
          </w:tcPr>
          <w:p w14:paraId="68655083" w14:textId="77777777" w:rsidR="00784220" w:rsidRDefault="00FE5BE6">
            <w:pPr>
              <w:spacing w:line="240" w:lineRule="auto"/>
              <w:jc w:val="center"/>
            </w:pPr>
            <w:r>
              <w:rPr>
                <w:sz w:val="21"/>
              </w:rPr>
              <w:t>S</w:t>
            </w:r>
          </w:p>
        </w:tc>
      </w:tr>
      <w:tr w:rsidR="00784220" w14:paraId="68655089" w14:textId="77777777" w:rsidTr="001000A2">
        <w:trPr>
          <w:cantSplit/>
          <w:jc w:val="center"/>
        </w:trPr>
        <w:tc>
          <w:tcPr>
            <w:tcW w:w="1080" w:type="dxa"/>
            <w:vAlign w:val="center"/>
          </w:tcPr>
          <w:p w14:paraId="68655085" w14:textId="77777777" w:rsidR="00784220" w:rsidRDefault="00784220">
            <w:pPr>
              <w:spacing w:line="240" w:lineRule="auto"/>
            </w:pPr>
          </w:p>
        </w:tc>
        <w:tc>
          <w:tcPr>
            <w:tcW w:w="2088" w:type="dxa"/>
            <w:vAlign w:val="center"/>
          </w:tcPr>
          <w:p w14:paraId="68655086" w14:textId="77777777" w:rsidR="00784220" w:rsidRDefault="00784220">
            <w:pPr>
              <w:spacing w:line="240" w:lineRule="auto"/>
            </w:pPr>
          </w:p>
        </w:tc>
        <w:tc>
          <w:tcPr>
            <w:tcW w:w="4752" w:type="dxa"/>
            <w:vAlign w:val="center"/>
          </w:tcPr>
          <w:p w14:paraId="68655087" w14:textId="77777777" w:rsidR="00784220" w:rsidRDefault="00FE5BE6">
            <w:pPr>
              <w:spacing w:line="240" w:lineRule="auto"/>
            </w:pPr>
            <w:r>
              <w:rPr>
                <w:sz w:val="21"/>
              </w:rPr>
              <w:t>Department of Education</w:t>
            </w:r>
          </w:p>
        </w:tc>
        <w:tc>
          <w:tcPr>
            <w:tcW w:w="1440" w:type="dxa"/>
            <w:vAlign w:val="center"/>
          </w:tcPr>
          <w:p w14:paraId="68655088" w14:textId="77777777" w:rsidR="00784220" w:rsidRDefault="00FE5BE6">
            <w:pPr>
              <w:spacing w:line="240" w:lineRule="auto"/>
              <w:jc w:val="center"/>
            </w:pPr>
            <w:r>
              <w:rPr>
                <w:sz w:val="21"/>
              </w:rPr>
              <w:t>S</w:t>
            </w:r>
          </w:p>
        </w:tc>
      </w:tr>
      <w:tr w:rsidR="00784220" w14:paraId="6865508E" w14:textId="77777777" w:rsidTr="001000A2">
        <w:trPr>
          <w:cantSplit/>
          <w:jc w:val="center"/>
        </w:trPr>
        <w:tc>
          <w:tcPr>
            <w:tcW w:w="1080" w:type="dxa"/>
            <w:vAlign w:val="center"/>
          </w:tcPr>
          <w:p w14:paraId="6865508A" w14:textId="77777777" w:rsidR="00784220" w:rsidRDefault="00784220">
            <w:pPr>
              <w:spacing w:line="240" w:lineRule="auto"/>
            </w:pPr>
          </w:p>
        </w:tc>
        <w:tc>
          <w:tcPr>
            <w:tcW w:w="2088" w:type="dxa"/>
            <w:vAlign w:val="center"/>
          </w:tcPr>
          <w:p w14:paraId="6865508B" w14:textId="77777777" w:rsidR="00784220" w:rsidRDefault="00784220">
            <w:pPr>
              <w:spacing w:line="240" w:lineRule="auto"/>
            </w:pPr>
          </w:p>
        </w:tc>
        <w:tc>
          <w:tcPr>
            <w:tcW w:w="4752" w:type="dxa"/>
            <w:vAlign w:val="center"/>
          </w:tcPr>
          <w:p w14:paraId="6865508C" w14:textId="77777777" w:rsidR="00784220" w:rsidRDefault="00FE5BE6">
            <w:pPr>
              <w:spacing w:line="240" w:lineRule="auto"/>
            </w:pPr>
            <w:r>
              <w:rPr>
                <w:sz w:val="21"/>
              </w:rPr>
              <w:t>Department of Environmental Quality</w:t>
            </w:r>
          </w:p>
        </w:tc>
        <w:tc>
          <w:tcPr>
            <w:tcW w:w="1440" w:type="dxa"/>
            <w:vAlign w:val="center"/>
          </w:tcPr>
          <w:p w14:paraId="6865508D" w14:textId="77777777" w:rsidR="00784220" w:rsidRDefault="00FE5BE6">
            <w:pPr>
              <w:spacing w:line="240" w:lineRule="auto"/>
              <w:jc w:val="center"/>
            </w:pPr>
            <w:r>
              <w:rPr>
                <w:sz w:val="21"/>
              </w:rPr>
              <w:t>S</w:t>
            </w:r>
          </w:p>
        </w:tc>
      </w:tr>
      <w:tr w:rsidR="00784220" w14:paraId="68655093" w14:textId="77777777" w:rsidTr="001000A2">
        <w:trPr>
          <w:cantSplit/>
          <w:jc w:val="center"/>
        </w:trPr>
        <w:tc>
          <w:tcPr>
            <w:tcW w:w="1080" w:type="dxa"/>
            <w:vAlign w:val="center"/>
          </w:tcPr>
          <w:p w14:paraId="6865508F" w14:textId="77777777" w:rsidR="00784220" w:rsidRDefault="00784220">
            <w:pPr>
              <w:spacing w:line="240" w:lineRule="auto"/>
            </w:pPr>
          </w:p>
        </w:tc>
        <w:tc>
          <w:tcPr>
            <w:tcW w:w="2088" w:type="dxa"/>
            <w:vAlign w:val="center"/>
          </w:tcPr>
          <w:p w14:paraId="68655090" w14:textId="77777777" w:rsidR="00784220" w:rsidRDefault="00784220">
            <w:pPr>
              <w:spacing w:line="240" w:lineRule="auto"/>
            </w:pPr>
          </w:p>
        </w:tc>
        <w:tc>
          <w:tcPr>
            <w:tcW w:w="4752" w:type="dxa"/>
            <w:vAlign w:val="center"/>
          </w:tcPr>
          <w:p w14:paraId="68655091" w14:textId="77777777" w:rsidR="00784220" w:rsidRDefault="00FE5BE6">
            <w:pPr>
              <w:spacing w:line="240" w:lineRule="auto"/>
            </w:pPr>
            <w:r>
              <w:rPr>
                <w:sz w:val="21"/>
              </w:rPr>
              <w:t>State Fire Marshal</w:t>
            </w:r>
          </w:p>
        </w:tc>
        <w:tc>
          <w:tcPr>
            <w:tcW w:w="1440" w:type="dxa"/>
            <w:vAlign w:val="center"/>
          </w:tcPr>
          <w:p w14:paraId="68655092" w14:textId="77777777" w:rsidR="00784220" w:rsidRDefault="00FE5BE6">
            <w:pPr>
              <w:spacing w:line="240" w:lineRule="auto"/>
              <w:jc w:val="center"/>
            </w:pPr>
            <w:r>
              <w:rPr>
                <w:sz w:val="21"/>
              </w:rPr>
              <w:t>S</w:t>
            </w:r>
          </w:p>
        </w:tc>
      </w:tr>
      <w:tr w:rsidR="00784220" w14:paraId="68655098" w14:textId="77777777" w:rsidTr="001000A2">
        <w:trPr>
          <w:cantSplit/>
          <w:jc w:val="center"/>
        </w:trPr>
        <w:tc>
          <w:tcPr>
            <w:tcW w:w="1080" w:type="dxa"/>
            <w:vAlign w:val="center"/>
          </w:tcPr>
          <w:p w14:paraId="68655094" w14:textId="77777777" w:rsidR="00784220" w:rsidRDefault="00784220">
            <w:pPr>
              <w:spacing w:line="240" w:lineRule="auto"/>
            </w:pPr>
          </w:p>
        </w:tc>
        <w:tc>
          <w:tcPr>
            <w:tcW w:w="2088" w:type="dxa"/>
            <w:vAlign w:val="center"/>
          </w:tcPr>
          <w:p w14:paraId="68655095" w14:textId="77777777" w:rsidR="00784220" w:rsidRDefault="00784220">
            <w:pPr>
              <w:spacing w:line="240" w:lineRule="auto"/>
            </w:pPr>
          </w:p>
        </w:tc>
        <w:tc>
          <w:tcPr>
            <w:tcW w:w="4752" w:type="dxa"/>
            <w:vAlign w:val="center"/>
          </w:tcPr>
          <w:p w14:paraId="68655096" w14:textId="77777777" w:rsidR="00784220" w:rsidRDefault="00FE5BE6">
            <w:pPr>
              <w:spacing w:line="240" w:lineRule="auto"/>
            </w:pPr>
            <w:r>
              <w:rPr>
                <w:sz w:val="21"/>
              </w:rPr>
              <w:t>Governor – Office of Disability Affairs</w:t>
            </w:r>
          </w:p>
        </w:tc>
        <w:tc>
          <w:tcPr>
            <w:tcW w:w="1440" w:type="dxa"/>
            <w:vAlign w:val="center"/>
          </w:tcPr>
          <w:p w14:paraId="68655097" w14:textId="77777777" w:rsidR="00784220" w:rsidRDefault="00FE5BE6">
            <w:pPr>
              <w:spacing w:line="240" w:lineRule="auto"/>
              <w:jc w:val="center"/>
            </w:pPr>
            <w:r>
              <w:rPr>
                <w:sz w:val="21"/>
              </w:rPr>
              <w:t>S</w:t>
            </w:r>
          </w:p>
        </w:tc>
      </w:tr>
      <w:tr w:rsidR="00784220" w14:paraId="6865509D" w14:textId="77777777" w:rsidTr="001000A2">
        <w:trPr>
          <w:cantSplit/>
          <w:jc w:val="center"/>
        </w:trPr>
        <w:tc>
          <w:tcPr>
            <w:tcW w:w="1080" w:type="dxa"/>
            <w:vAlign w:val="center"/>
          </w:tcPr>
          <w:p w14:paraId="68655099" w14:textId="77777777" w:rsidR="00784220" w:rsidRDefault="00784220">
            <w:pPr>
              <w:spacing w:line="240" w:lineRule="auto"/>
            </w:pPr>
          </w:p>
        </w:tc>
        <w:tc>
          <w:tcPr>
            <w:tcW w:w="2088" w:type="dxa"/>
            <w:vAlign w:val="center"/>
          </w:tcPr>
          <w:p w14:paraId="6865509A" w14:textId="77777777" w:rsidR="00784220" w:rsidRDefault="00784220">
            <w:pPr>
              <w:spacing w:line="240" w:lineRule="auto"/>
            </w:pPr>
          </w:p>
        </w:tc>
        <w:tc>
          <w:tcPr>
            <w:tcW w:w="4752" w:type="dxa"/>
            <w:vAlign w:val="center"/>
          </w:tcPr>
          <w:p w14:paraId="6865509B" w14:textId="77777777" w:rsidR="00784220" w:rsidRDefault="00FE5BE6">
            <w:pPr>
              <w:spacing w:line="240" w:lineRule="auto"/>
            </w:pPr>
            <w:r>
              <w:rPr>
                <w:sz w:val="21"/>
              </w:rPr>
              <w:t>Governor – Office of Elderly Affairs</w:t>
            </w:r>
          </w:p>
        </w:tc>
        <w:tc>
          <w:tcPr>
            <w:tcW w:w="1440" w:type="dxa"/>
            <w:vAlign w:val="center"/>
          </w:tcPr>
          <w:p w14:paraId="6865509C" w14:textId="77777777" w:rsidR="00784220" w:rsidRDefault="00FE5BE6">
            <w:pPr>
              <w:spacing w:line="240" w:lineRule="auto"/>
              <w:jc w:val="center"/>
            </w:pPr>
            <w:r>
              <w:rPr>
                <w:sz w:val="21"/>
              </w:rPr>
              <w:t>S</w:t>
            </w:r>
          </w:p>
        </w:tc>
      </w:tr>
      <w:tr w:rsidR="00784220" w14:paraId="686550A2" w14:textId="77777777" w:rsidTr="001000A2">
        <w:trPr>
          <w:cantSplit/>
          <w:jc w:val="center"/>
        </w:trPr>
        <w:tc>
          <w:tcPr>
            <w:tcW w:w="1080" w:type="dxa"/>
            <w:vAlign w:val="center"/>
          </w:tcPr>
          <w:p w14:paraId="6865509E" w14:textId="77777777" w:rsidR="00784220" w:rsidRDefault="00784220">
            <w:pPr>
              <w:spacing w:line="240" w:lineRule="auto"/>
            </w:pPr>
          </w:p>
        </w:tc>
        <w:tc>
          <w:tcPr>
            <w:tcW w:w="2088" w:type="dxa"/>
            <w:vAlign w:val="center"/>
          </w:tcPr>
          <w:p w14:paraId="6865509F" w14:textId="77777777" w:rsidR="00784220" w:rsidRDefault="00784220">
            <w:pPr>
              <w:spacing w:line="240" w:lineRule="auto"/>
            </w:pPr>
          </w:p>
        </w:tc>
        <w:tc>
          <w:tcPr>
            <w:tcW w:w="4752" w:type="dxa"/>
            <w:vAlign w:val="center"/>
          </w:tcPr>
          <w:p w14:paraId="686550A0" w14:textId="77777777" w:rsidR="00784220" w:rsidRDefault="00FE5BE6">
            <w:pPr>
              <w:spacing w:line="240" w:lineRule="auto"/>
            </w:pPr>
            <w:r>
              <w:rPr>
                <w:sz w:val="21"/>
              </w:rPr>
              <w:t>Department of Children and Family Services</w:t>
            </w:r>
          </w:p>
        </w:tc>
        <w:tc>
          <w:tcPr>
            <w:tcW w:w="1440" w:type="dxa"/>
            <w:vAlign w:val="center"/>
          </w:tcPr>
          <w:p w14:paraId="686550A1" w14:textId="77777777" w:rsidR="00784220" w:rsidRDefault="00FE5BE6">
            <w:pPr>
              <w:spacing w:line="240" w:lineRule="auto"/>
              <w:jc w:val="center"/>
            </w:pPr>
            <w:r>
              <w:rPr>
                <w:sz w:val="21"/>
              </w:rPr>
              <w:t>S</w:t>
            </w:r>
          </w:p>
        </w:tc>
      </w:tr>
      <w:tr w:rsidR="00784220" w14:paraId="686550A7" w14:textId="77777777" w:rsidTr="001000A2">
        <w:trPr>
          <w:cantSplit/>
          <w:jc w:val="center"/>
        </w:trPr>
        <w:tc>
          <w:tcPr>
            <w:tcW w:w="1080" w:type="dxa"/>
            <w:vAlign w:val="center"/>
          </w:tcPr>
          <w:p w14:paraId="686550A3" w14:textId="77777777" w:rsidR="00784220" w:rsidRDefault="00784220">
            <w:pPr>
              <w:spacing w:line="240" w:lineRule="auto"/>
            </w:pPr>
          </w:p>
        </w:tc>
        <w:tc>
          <w:tcPr>
            <w:tcW w:w="2088" w:type="dxa"/>
            <w:vAlign w:val="center"/>
          </w:tcPr>
          <w:p w14:paraId="686550A4" w14:textId="77777777" w:rsidR="00784220" w:rsidRDefault="00784220">
            <w:pPr>
              <w:spacing w:line="240" w:lineRule="auto"/>
            </w:pPr>
          </w:p>
        </w:tc>
        <w:tc>
          <w:tcPr>
            <w:tcW w:w="4752" w:type="dxa"/>
            <w:vAlign w:val="center"/>
          </w:tcPr>
          <w:p w14:paraId="686550A5" w14:textId="77777777" w:rsidR="00784220" w:rsidRDefault="00FE5BE6">
            <w:pPr>
              <w:spacing w:line="240" w:lineRule="auto"/>
            </w:pPr>
            <w:r>
              <w:rPr>
                <w:sz w:val="21"/>
              </w:rPr>
              <w:t>Louisiana State University System and Ag Center</w:t>
            </w:r>
          </w:p>
        </w:tc>
        <w:tc>
          <w:tcPr>
            <w:tcW w:w="1440" w:type="dxa"/>
            <w:vAlign w:val="center"/>
          </w:tcPr>
          <w:p w14:paraId="686550A6" w14:textId="77777777" w:rsidR="00784220" w:rsidRDefault="00FE5BE6">
            <w:pPr>
              <w:spacing w:line="240" w:lineRule="auto"/>
              <w:jc w:val="center"/>
            </w:pPr>
            <w:r>
              <w:rPr>
                <w:sz w:val="21"/>
              </w:rPr>
              <w:t>S</w:t>
            </w:r>
          </w:p>
        </w:tc>
      </w:tr>
      <w:tr w:rsidR="00784220" w14:paraId="686550AC" w14:textId="77777777" w:rsidTr="001000A2">
        <w:trPr>
          <w:cantSplit/>
          <w:jc w:val="center"/>
        </w:trPr>
        <w:tc>
          <w:tcPr>
            <w:tcW w:w="1080" w:type="dxa"/>
            <w:vAlign w:val="center"/>
          </w:tcPr>
          <w:p w14:paraId="686550A8" w14:textId="77777777" w:rsidR="00784220" w:rsidRDefault="00784220">
            <w:pPr>
              <w:spacing w:line="240" w:lineRule="auto"/>
            </w:pPr>
          </w:p>
        </w:tc>
        <w:tc>
          <w:tcPr>
            <w:tcW w:w="2088" w:type="dxa"/>
            <w:vAlign w:val="center"/>
          </w:tcPr>
          <w:p w14:paraId="686550A9" w14:textId="77777777" w:rsidR="00784220" w:rsidRDefault="00784220">
            <w:pPr>
              <w:spacing w:line="240" w:lineRule="auto"/>
            </w:pPr>
          </w:p>
        </w:tc>
        <w:tc>
          <w:tcPr>
            <w:tcW w:w="4752" w:type="dxa"/>
            <w:vAlign w:val="center"/>
          </w:tcPr>
          <w:p w14:paraId="686550AA" w14:textId="77777777" w:rsidR="00784220" w:rsidRDefault="00FE5BE6">
            <w:pPr>
              <w:spacing w:line="240" w:lineRule="auto"/>
            </w:pPr>
            <w:r>
              <w:rPr>
                <w:sz w:val="21"/>
              </w:rPr>
              <w:t>Department of Insurance</w:t>
            </w:r>
          </w:p>
        </w:tc>
        <w:tc>
          <w:tcPr>
            <w:tcW w:w="1440" w:type="dxa"/>
            <w:vAlign w:val="center"/>
          </w:tcPr>
          <w:p w14:paraId="686550AB" w14:textId="77777777" w:rsidR="00784220" w:rsidRDefault="00FE5BE6">
            <w:pPr>
              <w:spacing w:line="240" w:lineRule="auto"/>
              <w:jc w:val="center"/>
            </w:pPr>
            <w:r>
              <w:rPr>
                <w:sz w:val="21"/>
              </w:rPr>
              <w:t>S</w:t>
            </w:r>
          </w:p>
        </w:tc>
      </w:tr>
      <w:tr w:rsidR="00784220" w14:paraId="686550B1" w14:textId="77777777" w:rsidTr="001000A2">
        <w:trPr>
          <w:cantSplit/>
          <w:jc w:val="center"/>
        </w:trPr>
        <w:tc>
          <w:tcPr>
            <w:tcW w:w="1080" w:type="dxa"/>
            <w:vAlign w:val="center"/>
          </w:tcPr>
          <w:p w14:paraId="686550AD" w14:textId="77777777" w:rsidR="00784220" w:rsidRDefault="00784220">
            <w:pPr>
              <w:spacing w:line="240" w:lineRule="auto"/>
            </w:pPr>
          </w:p>
        </w:tc>
        <w:tc>
          <w:tcPr>
            <w:tcW w:w="2088" w:type="dxa"/>
            <w:vAlign w:val="center"/>
          </w:tcPr>
          <w:p w14:paraId="686550AE" w14:textId="77777777" w:rsidR="00784220" w:rsidRDefault="00784220">
            <w:pPr>
              <w:spacing w:line="240" w:lineRule="auto"/>
            </w:pPr>
          </w:p>
        </w:tc>
        <w:tc>
          <w:tcPr>
            <w:tcW w:w="4752" w:type="dxa"/>
            <w:vAlign w:val="center"/>
          </w:tcPr>
          <w:p w14:paraId="686550AF" w14:textId="77777777" w:rsidR="00784220" w:rsidRDefault="00FE5BE6">
            <w:pPr>
              <w:spacing w:line="240" w:lineRule="auto"/>
            </w:pPr>
            <w:r>
              <w:rPr>
                <w:sz w:val="21"/>
              </w:rPr>
              <w:t>Department of Conservation and Energy</w:t>
            </w:r>
          </w:p>
        </w:tc>
        <w:tc>
          <w:tcPr>
            <w:tcW w:w="1440" w:type="dxa"/>
            <w:vAlign w:val="center"/>
          </w:tcPr>
          <w:p w14:paraId="686550B0" w14:textId="77777777" w:rsidR="00784220" w:rsidRDefault="00FE5BE6">
            <w:pPr>
              <w:spacing w:line="240" w:lineRule="auto"/>
              <w:jc w:val="center"/>
            </w:pPr>
            <w:r>
              <w:rPr>
                <w:sz w:val="21"/>
              </w:rPr>
              <w:t>S</w:t>
            </w:r>
          </w:p>
        </w:tc>
      </w:tr>
      <w:tr w:rsidR="00784220" w14:paraId="686550B6" w14:textId="77777777" w:rsidTr="001000A2">
        <w:trPr>
          <w:cantSplit/>
          <w:jc w:val="center"/>
        </w:trPr>
        <w:tc>
          <w:tcPr>
            <w:tcW w:w="1080" w:type="dxa"/>
            <w:vAlign w:val="center"/>
          </w:tcPr>
          <w:p w14:paraId="686550B2" w14:textId="77777777" w:rsidR="00784220" w:rsidRDefault="00784220">
            <w:pPr>
              <w:spacing w:line="240" w:lineRule="auto"/>
            </w:pPr>
          </w:p>
        </w:tc>
        <w:tc>
          <w:tcPr>
            <w:tcW w:w="2088" w:type="dxa"/>
            <w:vAlign w:val="center"/>
          </w:tcPr>
          <w:p w14:paraId="686550B3" w14:textId="77777777" w:rsidR="00784220" w:rsidRDefault="00784220">
            <w:pPr>
              <w:spacing w:line="240" w:lineRule="auto"/>
            </w:pPr>
          </w:p>
        </w:tc>
        <w:tc>
          <w:tcPr>
            <w:tcW w:w="4752" w:type="dxa"/>
            <w:vAlign w:val="center"/>
          </w:tcPr>
          <w:p w14:paraId="686550B4" w14:textId="77777777" w:rsidR="00784220" w:rsidRDefault="00FE5BE6">
            <w:pPr>
              <w:spacing w:line="240" w:lineRule="auto"/>
            </w:pPr>
            <w:r>
              <w:rPr>
                <w:sz w:val="21"/>
              </w:rPr>
              <w:t>Louisiana Public Service Commission</w:t>
            </w:r>
          </w:p>
        </w:tc>
        <w:tc>
          <w:tcPr>
            <w:tcW w:w="1440" w:type="dxa"/>
            <w:vAlign w:val="center"/>
          </w:tcPr>
          <w:p w14:paraId="686550B5" w14:textId="77777777" w:rsidR="00784220" w:rsidRDefault="00FE5BE6">
            <w:pPr>
              <w:spacing w:line="240" w:lineRule="auto"/>
              <w:jc w:val="center"/>
            </w:pPr>
            <w:r>
              <w:rPr>
                <w:sz w:val="21"/>
              </w:rPr>
              <w:t>S</w:t>
            </w:r>
          </w:p>
        </w:tc>
      </w:tr>
      <w:tr w:rsidR="00784220" w14:paraId="686550BB" w14:textId="77777777" w:rsidTr="001000A2">
        <w:trPr>
          <w:cantSplit/>
          <w:jc w:val="center"/>
        </w:trPr>
        <w:tc>
          <w:tcPr>
            <w:tcW w:w="1080" w:type="dxa"/>
            <w:vAlign w:val="center"/>
          </w:tcPr>
          <w:p w14:paraId="686550B7" w14:textId="77777777" w:rsidR="00784220" w:rsidRDefault="00784220">
            <w:pPr>
              <w:spacing w:line="240" w:lineRule="auto"/>
            </w:pPr>
          </w:p>
        </w:tc>
        <w:tc>
          <w:tcPr>
            <w:tcW w:w="2088" w:type="dxa"/>
            <w:vAlign w:val="center"/>
          </w:tcPr>
          <w:p w14:paraId="686550B8" w14:textId="77777777" w:rsidR="00784220" w:rsidRDefault="00784220">
            <w:pPr>
              <w:spacing w:line="240" w:lineRule="auto"/>
            </w:pPr>
          </w:p>
        </w:tc>
        <w:tc>
          <w:tcPr>
            <w:tcW w:w="4752" w:type="dxa"/>
            <w:vAlign w:val="center"/>
          </w:tcPr>
          <w:p w14:paraId="686550B9" w14:textId="77777777" w:rsidR="00784220" w:rsidRDefault="00FE5BE6">
            <w:pPr>
              <w:spacing w:line="240" w:lineRule="auto"/>
            </w:pPr>
            <w:r>
              <w:rPr>
                <w:sz w:val="21"/>
              </w:rPr>
              <w:t>Louisiana Board of Regents</w:t>
            </w:r>
          </w:p>
        </w:tc>
        <w:tc>
          <w:tcPr>
            <w:tcW w:w="1440" w:type="dxa"/>
            <w:vAlign w:val="center"/>
          </w:tcPr>
          <w:p w14:paraId="686550BA" w14:textId="77777777" w:rsidR="00784220" w:rsidRDefault="00FE5BE6">
            <w:pPr>
              <w:spacing w:line="240" w:lineRule="auto"/>
              <w:jc w:val="center"/>
            </w:pPr>
            <w:r>
              <w:rPr>
                <w:sz w:val="21"/>
              </w:rPr>
              <w:t>S</w:t>
            </w:r>
          </w:p>
        </w:tc>
      </w:tr>
      <w:tr w:rsidR="00784220" w14:paraId="686550C0" w14:textId="77777777" w:rsidTr="001000A2">
        <w:trPr>
          <w:cantSplit/>
          <w:jc w:val="center"/>
        </w:trPr>
        <w:tc>
          <w:tcPr>
            <w:tcW w:w="1080" w:type="dxa"/>
            <w:vAlign w:val="center"/>
          </w:tcPr>
          <w:p w14:paraId="686550BC" w14:textId="77777777" w:rsidR="00784220" w:rsidRDefault="00784220">
            <w:pPr>
              <w:spacing w:line="240" w:lineRule="auto"/>
            </w:pPr>
          </w:p>
        </w:tc>
        <w:tc>
          <w:tcPr>
            <w:tcW w:w="2088" w:type="dxa"/>
            <w:vAlign w:val="center"/>
          </w:tcPr>
          <w:p w14:paraId="686550BD" w14:textId="77777777" w:rsidR="00784220" w:rsidRDefault="00784220">
            <w:pPr>
              <w:spacing w:line="240" w:lineRule="auto"/>
            </w:pPr>
          </w:p>
        </w:tc>
        <w:tc>
          <w:tcPr>
            <w:tcW w:w="4752" w:type="dxa"/>
            <w:vAlign w:val="center"/>
          </w:tcPr>
          <w:p w14:paraId="686550BE" w14:textId="77777777" w:rsidR="00784220" w:rsidRDefault="00FE5BE6">
            <w:pPr>
              <w:spacing w:line="240" w:lineRule="auto"/>
            </w:pPr>
            <w:r>
              <w:rPr>
                <w:sz w:val="21"/>
              </w:rPr>
              <w:t>Department of Veterans Affairs</w:t>
            </w:r>
          </w:p>
        </w:tc>
        <w:tc>
          <w:tcPr>
            <w:tcW w:w="1440" w:type="dxa"/>
            <w:vAlign w:val="center"/>
          </w:tcPr>
          <w:p w14:paraId="686550BF" w14:textId="77777777" w:rsidR="00784220" w:rsidRDefault="00FE5BE6">
            <w:pPr>
              <w:spacing w:line="240" w:lineRule="auto"/>
              <w:jc w:val="center"/>
            </w:pPr>
            <w:r>
              <w:rPr>
                <w:sz w:val="21"/>
              </w:rPr>
              <w:t>S</w:t>
            </w:r>
          </w:p>
        </w:tc>
      </w:tr>
      <w:tr w:rsidR="00784220" w14:paraId="686550C5" w14:textId="77777777" w:rsidTr="001000A2">
        <w:trPr>
          <w:cantSplit/>
          <w:jc w:val="center"/>
        </w:trPr>
        <w:tc>
          <w:tcPr>
            <w:tcW w:w="1080" w:type="dxa"/>
            <w:vAlign w:val="center"/>
          </w:tcPr>
          <w:p w14:paraId="686550C1" w14:textId="77777777" w:rsidR="00784220" w:rsidRDefault="00784220">
            <w:pPr>
              <w:spacing w:line="240" w:lineRule="auto"/>
            </w:pPr>
          </w:p>
        </w:tc>
        <w:tc>
          <w:tcPr>
            <w:tcW w:w="2088" w:type="dxa"/>
            <w:vAlign w:val="center"/>
          </w:tcPr>
          <w:p w14:paraId="686550C2" w14:textId="77777777" w:rsidR="00784220" w:rsidRDefault="00784220">
            <w:pPr>
              <w:spacing w:line="240" w:lineRule="auto"/>
            </w:pPr>
          </w:p>
        </w:tc>
        <w:tc>
          <w:tcPr>
            <w:tcW w:w="4752" w:type="dxa"/>
            <w:vAlign w:val="center"/>
          </w:tcPr>
          <w:p w14:paraId="686550C3" w14:textId="77777777" w:rsidR="00784220" w:rsidRDefault="00FE5BE6">
            <w:pPr>
              <w:spacing w:line="240" w:lineRule="auto"/>
            </w:pPr>
            <w:r>
              <w:rPr>
                <w:sz w:val="21"/>
              </w:rPr>
              <w:t>Department of Revenue</w:t>
            </w:r>
          </w:p>
        </w:tc>
        <w:tc>
          <w:tcPr>
            <w:tcW w:w="1440" w:type="dxa"/>
            <w:vAlign w:val="center"/>
          </w:tcPr>
          <w:p w14:paraId="686550C4" w14:textId="77777777" w:rsidR="00784220" w:rsidRDefault="00FE5BE6">
            <w:pPr>
              <w:spacing w:line="240" w:lineRule="auto"/>
              <w:jc w:val="center"/>
            </w:pPr>
            <w:r>
              <w:rPr>
                <w:sz w:val="21"/>
              </w:rPr>
              <w:t>S</w:t>
            </w:r>
          </w:p>
        </w:tc>
      </w:tr>
      <w:tr w:rsidR="00784220" w14:paraId="686550CA" w14:textId="77777777" w:rsidTr="001000A2">
        <w:trPr>
          <w:cantSplit/>
          <w:jc w:val="center"/>
        </w:trPr>
        <w:tc>
          <w:tcPr>
            <w:tcW w:w="1080" w:type="dxa"/>
            <w:vAlign w:val="center"/>
          </w:tcPr>
          <w:p w14:paraId="686550C6" w14:textId="77777777" w:rsidR="00784220" w:rsidRDefault="00784220">
            <w:pPr>
              <w:spacing w:line="240" w:lineRule="auto"/>
            </w:pPr>
          </w:p>
        </w:tc>
        <w:tc>
          <w:tcPr>
            <w:tcW w:w="2088" w:type="dxa"/>
            <w:vAlign w:val="center"/>
          </w:tcPr>
          <w:p w14:paraId="686550C7" w14:textId="77777777" w:rsidR="00784220" w:rsidRDefault="00784220">
            <w:pPr>
              <w:spacing w:line="240" w:lineRule="auto"/>
            </w:pPr>
          </w:p>
        </w:tc>
        <w:tc>
          <w:tcPr>
            <w:tcW w:w="4752" w:type="dxa"/>
            <w:vAlign w:val="center"/>
          </w:tcPr>
          <w:p w14:paraId="686550C8" w14:textId="77777777" w:rsidR="00784220" w:rsidRDefault="00FE5BE6">
            <w:pPr>
              <w:spacing w:line="240" w:lineRule="auto"/>
            </w:pPr>
            <w:r>
              <w:rPr>
                <w:sz w:val="21"/>
              </w:rPr>
              <w:t>Department of Transportation and Development</w:t>
            </w:r>
          </w:p>
        </w:tc>
        <w:tc>
          <w:tcPr>
            <w:tcW w:w="1440" w:type="dxa"/>
            <w:vAlign w:val="center"/>
          </w:tcPr>
          <w:p w14:paraId="686550C9" w14:textId="77777777" w:rsidR="00784220" w:rsidRDefault="00FE5BE6">
            <w:pPr>
              <w:spacing w:line="240" w:lineRule="auto"/>
              <w:jc w:val="center"/>
            </w:pPr>
            <w:r>
              <w:rPr>
                <w:sz w:val="21"/>
              </w:rPr>
              <w:t>S</w:t>
            </w:r>
          </w:p>
        </w:tc>
      </w:tr>
      <w:tr w:rsidR="00784220" w14:paraId="686550CF" w14:textId="77777777" w:rsidTr="001000A2">
        <w:trPr>
          <w:cantSplit/>
          <w:jc w:val="center"/>
        </w:trPr>
        <w:tc>
          <w:tcPr>
            <w:tcW w:w="1080" w:type="dxa"/>
            <w:vAlign w:val="center"/>
          </w:tcPr>
          <w:p w14:paraId="686550CB" w14:textId="77777777" w:rsidR="00784220" w:rsidRDefault="00784220">
            <w:pPr>
              <w:spacing w:line="240" w:lineRule="auto"/>
            </w:pPr>
          </w:p>
        </w:tc>
        <w:tc>
          <w:tcPr>
            <w:tcW w:w="2088" w:type="dxa"/>
            <w:vAlign w:val="center"/>
          </w:tcPr>
          <w:p w14:paraId="686550CC" w14:textId="77777777" w:rsidR="00784220" w:rsidRDefault="00784220">
            <w:pPr>
              <w:spacing w:line="240" w:lineRule="auto"/>
            </w:pPr>
          </w:p>
        </w:tc>
        <w:tc>
          <w:tcPr>
            <w:tcW w:w="4752" w:type="dxa"/>
            <w:vAlign w:val="center"/>
          </w:tcPr>
          <w:p w14:paraId="686550CD" w14:textId="77777777" w:rsidR="00784220" w:rsidRDefault="00FE5BE6">
            <w:pPr>
              <w:spacing w:line="240" w:lineRule="auto"/>
            </w:pPr>
            <w:r>
              <w:rPr>
                <w:sz w:val="21"/>
              </w:rPr>
              <w:t>Department of Wildlife and Fisheries</w:t>
            </w:r>
          </w:p>
        </w:tc>
        <w:tc>
          <w:tcPr>
            <w:tcW w:w="1440" w:type="dxa"/>
            <w:vAlign w:val="center"/>
          </w:tcPr>
          <w:p w14:paraId="686550CE" w14:textId="77777777" w:rsidR="00784220" w:rsidRDefault="00FE5BE6">
            <w:pPr>
              <w:spacing w:line="240" w:lineRule="auto"/>
              <w:jc w:val="center"/>
            </w:pPr>
            <w:r>
              <w:rPr>
                <w:sz w:val="21"/>
              </w:rPr>
              <w:t>S</w:t>
            </w:r>
          </w:p>
        </w:tc>
      </w:tr>
      <w:tr w:rsidR="00784220" w14:paraId="686550D4" w14:textId="77777777" w:rsidTr="001000A2">
        <w:trPr>
          <w:cantSplit/>
          <w:jc w:val="center"/>
        </w:trPr>
        <w:tc>
          <w:tcPr>
            <w:tcW w:w="1080" w:type="dxa"/>
            <w:vAlign w:val="center"/>
          </w:tcPr>
          <w:p w14:paraId="686550D0" w14:textId="77777777" w:rsidR="00784220" w:rsidRDefault="00784220">
            <w:pPr>
              <w:spacing w:line="240" w:lineRule="auto"/>
            </w:pPr>
          </w:p>
        </w:tc>
        <w:tc>
          <w:tcPr>
            <w:tcW w:w="2088" w:type="dxa"/>
            <w:vAlign w:val="center"/>
          </w:tcPr>
          <w:p w14:paraId="686550D1" w14:textId="77777777" w:rsidR="00784220" w:rsidRDefault="00784220">
            <w:pPr>
              <w:spacing w:line="240" w:lineRule="auto"/>
            </w:pPr>
          </w:p>
        </w:tc>
        <w:tc>
          <w:tcPr>
            <w:tcW w:w="4752" w:type="dxa"/>
            <w:vAlign w:val="center"/>
          </w:tcPr>
          <w:p w14:paraId="686550D2" w14:textId="77777777" w:rsidR="00784220" w:rsidRDefault="00FE5BE6">
            <w:pPr>
              <w:spacing w:line="240" w:lineRule="auto"/>
            </w:pPr>
            <w:r>
              <w:rPr>
                <w:sz w:val="21"/>
              </w:rPr>
              <w:t>Louisiana State Police</w:t>
            </w:r>
          </w:p>
        </w:tc>
        <w:tc>
          <w:tcPr>
            <w:tcW w:w="1440" w:type="dxa"/>
            <w:vAlign w:val="center"/>
          </w:tcPr>
          <w:p w14:paraId="686550D3" w14:textId="77777777" w:rsidR="00784220" w:rsidRDefault="00FE5BE6">
            <w:pPr>
              <w:spacing w:line="240" w:lineRule="auto"/>
              <w:jc w:val="center"/>
            </w:pPr>
            <w:r>
              <w:rPr>
                <w:sz w:val="21"/>
              </w:rPr>
              <w:t>S</w:t>
            </w:r>
          </w:p>
        </w:tc>
      </w:tr>
      <w:tr w:rsidR="00784220" w14:paraId="686550D9" w14:textId="77777777" w:rsidTr="001000A2">
        <w:trPr>
          <w:cantSplit/>
          <w:jc w:val="center"/>
        </w:trPr>
        <w:tc>
          <w:tcPr>
            <w:tcW w:w="1080" w:type="dxa"/>
            <w:vAlign w:val="center"/>
          </w:tcPr>
          <w:p w14:paraId="686550D5" w14:textId="77777777" w:rsidR="00784220" w:rsidRDefault="00784220">
            <w:pPr>
              <w:spacing w:line="240" w:lineRule="auto"/>
            </w:pPr>
          </w:p>
        </w:tc>
        <w:tc>
          <w:tcPr>
            <w:tcW w:w="2088" w:type="dxa"/>
            <w:vAlign w:val="center"/>
          </w:tcPr>
          <w:p w14:paraId="686550D6" w14:textId="77777777" w:rsidR="00784220" w:rsidRDefault="00784220">
            <w:pPr>
              <w:spacing w:line="240" w:lineRule="auto"/>
            </w:pPr>
          </w:p>
        </w:tc>
        <w:tc>
          <w:tcPr>
            <w:tcW w:w="4752" w:type="dxa"/>
            <w:vAlign w:val="center"/>
          </w:tcPr>
          <w:p w14:paraId="686550D7" w14:textId="77777777" w:rsidR="00784220" w:rsidRDefault="00FE5BE6">
            <w:pPr>
              <w:spacing w:line="240" w:lineRule="auto"/>
            </w:pPr>
            <w:r>
              <w:rPr>
                <w:sz w:val="21"/>
              </w:rPr>
              <w:t>Office of the Lieutenant Governor</w:t>
            </w:r>
          </w:p>
        </w:tc>
        <w:tc>
          <w:tcPr>
            <w:tcW w:w="1440" w:type="dxa"/>
            <w:vAlign w:val="center"/>
          </w:tcPr>
          <w:p w14:paraId="686550D8" w14:textId="77777777" w:rsidR="00784220" w:rsidRDefault="00FE5BE6">
            <w:pPr>
              <w:spacing w:line="240" w:lineRule="auto"/>
              <w:jc w:val="center"/>
            </w:pPr>
            <w:r>
              <w:rPr>
                <w:sz w:val="21"/>
              </w:rPr>
              <w:t>S</w:t>
            </w:r>
          </w:p>
        </w:tc>
      </w:tr>
      <w:tr w:rsidR="00784220" w14:paraId="686550DE" w14:textId="77777777" w:rsidTr="001000A2">
        <w:trPr>
          <w:cantSplit/>
          <w:jc w:val="center"/>
        </w:trPr>
        <w:tc>
          <w:tcPr>
            <w:tcW w:w="1080" w:type="dxa"/>
            <w:vAlign w:val="center"/>
          </w:tcPr>
          <w:p w14:paraId="686550DA" w14:textId="77777777" w:rsidR="00784220" w:rsidRDefault="00784220">
            <w:pPr>
              <w:spacing w:line="240" w:lineRule="auto"/>
            </w:pPr>
          </w:p>
        </w:tc>
        <w:tc>
          <w:tcPr>
            <w:tcW w:w="2088" w:type="dxa"/>
            <w:vAlign w:val="center"/>
          </w:tcPr>
          <w:p w14:paraId="686550DB" w14:textId="77777777" w:rsidR="00784220" w:rsidRDefault="00784220">
            <w:pPr>
              <w:spacing w:line="240" w:lineRule="auto"/>
            </w:pPr>
          </w:p>
        </w:tc>
        <w:tc>
          <w:tcPr>
            <w:tcW w:w="4752" w:type="dxa"/>
            <w:vAlign w:val="center"/>
          </w:tcPr>
          <w:p w14:paraId="686550DC" w14:textId="77777777" w:rsidR="00784220" w:rsidRDefault="00FE5BE6">
            <w:pPr>
              <w:spacing w:line="240" w:lineRule="auto"/>
            </w:pPr>
            <w:r>
              <w:rPr>
                <w:sz w:val="21"/>
              </w:rPr>
              <w:t>State Treasurer</w:t>
            </w:r>
          </w:p>
        </w:tc>
        <w:tc>
          <w:tcPr>
            <w:tcW w:w="1440" w:type="dxa"/>
            <w:vAlign w:val="center"/>
          </w:tcPr>
          <w:p w14:paraId="686550DD" w14:textId="77777777" w:rsidR="00784220" w:rsidRDefault="00FE5BE6">
            <w:pPr>
              <w:spacing w:line="240" w:lineRule="auto"/>
              <w:jc w:val="center"/>
            </w:pPr>
            <w:r>
              <w:rPr>
                <w:sz w:val="21"/>
              </w:rPr>
              <w:t>S</w:t>
            </w:r>
          </w:p>
        </w:tc>
      </w:tr>
      <w:tr w:rsidR="00784220" w14:paraId="686550E3" w14:textId="77777777" w:rsidTr="001000A2">
        <w:trPr>
          <w:cantSplit/>
          <w:jc w:val="center"/>
        </w:trPr>
        <w:tc>
          <w:tcPr>
            <w:tcW w:w="1080" w:type="dxa"/>
            <w:vAlign w:val="center"/>
          </w:tcPr>
          <w:p w14:paraId="686550DF" w14:textId="77777777" w:rsidR="00784220" w:rsidRDefault="00784220">
            <w:pPr>
              <w:spacing w:line="240" w:lineRule="auto"/>
            </w:pPr>
          </w:p>
        </w:tc>
        <w:tc>
          <w:tcPr>
            <w:tcW w:w="2088" w:type="dxa"/>
            <w:vAlign w:val="center"/>
          </w:tcPr>
          <w:p w14:paraId="686550E0" w14:textId="77777777" w:rsidR="00784220" w:rsidRDefault="00784220">
            <w:pPr>
              <w:spacing w:line="240" w:lineRule="auto"/>
            </w:pPr>
          </w:p>
        </w:tc>
        <w:tc>
          <w:tcPr>
            <w:tcW w:w="4752" w:type="dxa"/>
            <w:vAlign w:val="center"/>
          </w:tcPr>
          <w:p w14:paraId="686550E1" w14:textId="77777777" w:rsidR="00784220" w:rsidRDefault="00FE5BE6">
            <w:pPr>
              <w:spacing w:line="240" w:lineRule="auto"/>
            </w:pPr>
            <w:r>
              <w:rPr>
                <w:sz w:val="21"/>
              </w:rPr>
              <w:t>Non-Governmental Organizations (NGO)</w:t>
            </w:r>
          </w:p>
        </w:tc>
        <w:tc>
          <w:tcPr>
            <w:tcW w:w="1440" w:type="dxa"/>
            <w:vAlign w:val="center"/>
          </w:tcPr>
          <w:p w14:paraId="686550E2" w14:textId="77777777" w:rsidR="00784220" w:rsidRDefault="00FE5BE6">
            <w:pPr>
              <w:spacing w:line="240" w:lineRule="auto"/>
              <w:jc w:val="center"/>
            </w:pPr>
            <w:r>
              <w:rPr>
                <w:sz w:val="21"/>
              </w:rPr>
              <w:t>S</w:t>
            </w:r>
          </w:p>
        </w:tc>
      </w:tr>
      <w:tr w:rsidR="00784220" w14:paraId="686550E8" w14:textId="77777777" w:rsidTr="001000A2">
        <w:trPr>
          <w:cantSplit/>
          <w:jc w:val="center"/>
        </w:trPr>
        <w:tc>
          <w:tcPr>
            <w:tcW w:w="1080" w:type="dxa"/>
            <w:vAlign w:val="center"/>
          </w:tcPr>
          <w:p w14:paraId="686550E4" w14:textId="77777777" w:rsidR="00784220" w:rsidRDefault="00784220">
            <w:pPr>
              <w:spacing w:line="240" w:lineRule="auto"/>
            </w:pPr>
          </w:p>
        </w:tc>
        <w:tc>
          <w:tcPr>
            <w:tcW w:w="2088" w:type="dxa"/>
            <w:vAlign w:val="center"/>
          </w:tcPr>
          <w:p w14:paraId="686550E5" w14:textId="77777777" w:rsidR="00784220" w:rsidRDefault="00784220">
            <w:pPr>
              <w:spacing w:line="240" w:lineRule="auto"/>
            </w:pPr>
          </w:p>
        </w:tc>
        <w:tc>
          <w:tcPr>
            <w:tcW w:w="4752" w:type="dxa"/>
            <w:vAlign w:val="center"/>
          </w:tcPr>
          <w:p w14:paraId="686550E6" w14:textId="77777777" w:rsidR="00784220" w:rsidRDefault="00784220">
            <w:pPr>
              <w:spacing w:line="240" w:lineRule="auto"/>
            </w:pPr>
          </w:p>
        </w:tc>
        <w:tc>
          <w:tcPr>
            <w:tcW w:w="1440" w:type="dxa"/>
            <w:vAlign w:val="center"/>
          </w:tcPr>
          <w:p w14:paraId="686550E7" w14:textId="77777777" w:rsidR="00784220" w:rsidRDefault="00784220">
            <w:pPr>
              <w:spacing w:line="240" w:lineRule="auto"/>
              <w:jc w:val="center"/>
            </w:pPr>
          </w:p>
        </w:tc>
      </w:tr>
      <w:tr w:rsidR="00784220" w14:paraId="686550ED" w14:textId="77777777" w:rsidTr="001000A2">
        <w:trPr>
          <w:cantSplit/>
          <w:jc w:val="center"/>
        </w:trPr>
        <w:tc>
          <w:tcPr>
            <w:tcW w:w="1080" w:type="dxa"/>
            <w:vAlign w:val="center"/>
          </w:tcPr>
          <w:p w14:paraId="686550E9" w14:textId="77777777" w:rsidR="00784220" w:rsidRDefault="00FE5BE6">
            <w:pPr>
              <w:spacing w:line="240" w:lineRule="auto"/>
            </w:pPr>
            <w:r>
              <w:rPr>
                <w:b/>
                <w:sz w:val="21"/>
              </w:rPr>
              <w:t>ESF 7</w:t>
            </w:r>
          </w:p>
        </w:tc>
        <w:tc>
          <w:tcPr>
            <w:tcW w:w="2088" w:type="dxa"/>
            <w:vAlign w:val="center"/>
          </w:tcPr>
          <w:p w14:paraId="686550EA" w14:textId="77777777" w:rsidR="00784220" w:rsidRDefault="00FE5BE6">
            <w:pPr>
              <w:spacing w:line="240" w:lineRule="auto"/>
            </w:pPr>
            <w:r>
              <w:rPr>
                <w:sz w:val="21"/>
              </w:rPr>
              <w:t>Resources Support</w:t>
            </w:r>
          </w:p>
        </w:tc>
        <w:tc>
          <w:tcPr>
            <w:tcW w:w="4752" w:type="dxa"/>
            <w:vAlign w:val="center"/>
          </w:tcPr>
          <w:p w14:paraId="686550EB" w14:textId="77777777" w:rsidR="00784220" w:rsidRDefault="00FE5BE6">
            <w:pPr>
              <w:spacing w:line="240" w:lineRule="auto"/>
            </w:pPr>
            <w:r>
              <w:rPr>
                <w:sz w:val="21"/>
              </w:rPr>
              <w:t>Governor’s Office of Homeland Security and Emergency Preparedness</w:t>
            </w:r>
          </w:p>
        </w:tc>
        <w:tc>
          <w:tcPr>
            <w:tcW w:w="1440" w:type="dxa"/>
            <w:vAlign w:val="center"/>
          </w:tcPr>
          <w:p w14:paraId="686550EC" w14:textId="77777777" w:rsidR="00784220" w:rsidRDefault="00FE5BE6">
            <w:pPr>
              <w:spacing w:line="240" w:lineRule="auto"/>
              <w:jc w:val="center"/>
            </w:pPr>
            <w:r>
              <w:rPr>
                <w:sz w:val="21"/>
              </w:rPr>
              <w:t>P</w:t>
            </w:r>
          </w:p>
        </w:tc>
      </w:tr>
      <w:tr w:rsidR="00784220" w14:paraId="686550F2" w14:textId="77777777" w:rsidTr="001000A2">
        <w:trPr>
          <w:cantSplit/>
          <w:jc w:val="center"/>
        </w:trPr>
        <w:tc>
          <w:tcPr>
            <w:tcW w:w="1080" w:type="dxa"/>
            <w:vAlign w:val="center"/>
          </w:tcPr>
          <w:p w14:paraId="686550EE" w14:textId="77777777" w:rsidR="00784220" w:rsidRDefault="00784220">
            <w:pPr>
              <w:spacing w:line="240" w:lineRule="auto"/>
            </w:pPr>
          </w:p>
        </w:tc>
        <w:tc>
          <w:tcPr>
            <w:tcW w:w="2088" w:type="dxa"/>
            <w:vAlign w:val="center"/>
          </w:tcPr>
          <w:p w14:paraId="686550EF" w14:textId="77777777" w:rsidR="00784220" w:rsidRDefault="00784220">
            <w:pPr>
              <w:spacing w:line="240" w:lineRule="auto"/>
            </w:pPr>
          </w:p>
        </w:tc>
        <w:tc>
          <w:tcPr>
            <w:tcW w:w="4752" w:type="dxa"/>
            <w:vAlign w:val="center"/>
          </w:tcPr>
          <w:p w14:paraId="686550F0" w14:textId="77777777" w:rsidR="00784220" w:rsidRDefault="00FE5BE6">
            <w:pPr>
              <w:spacing w:line="240" w:lineRule="auto"/>
            </w:pPr>
            <w:r>
              <w:rPr>
                <w:sz w:val="21"/>
              </w:rPr>
              <w:t>Louisiana National Guard</w:t>
            </w:r>
          </w:p>
        </w:tc>
        <w:tc>
          <w:tcPr>
            <w:tcW w:w="1440" w:type="dxa"/>
            <w:vAlign w:val="center"/>
          </w:tcPr>
          <w:p w14:paraId="686550F1" w14:textId="77777777" w:rsidR="00784220" w:rsidRDefault="00FE5BE6">
            <w:pPr>
              <w:spacing w:line="240" w:lineRule="auto"/>
              <w:jc w:val="center"/>
            </w:pPr>
            <w:r>
              <w:rPr>
                <w:sz w:val="21"/>
              </w:rPr>
              <w:t>P</w:t>
            </w:r>
          </w:p>
        </w:tc>
      </w:tr>
      <w:tr w:rsidR="00784220" w14:paraId="686550F7" w14:textId="77777777" w:rsidTr="001000A2">
        <w:trPr>
          <w:cantSplit/>
          <w:jc w:val="center"/>
        </w:trPr>
        <w:tc>
          <w:tcPr>
            <w:tcW w:w="1080" w:type="dxa"/>
            <w:vAlign w:val="center"/>
          </w:tcPr>
          <w:p w14:paraId="686550F3" w14:textId="77777777" w:rsidR="00784220" w:rsidRDefault="00784220">
            <w:pPr>
              <w:spacing w:line="240" w:lineRule="auto"/>
            </w:pPr>
          </w:p>
        </w:tc>
        <w:tc>
          <w:tcPr>
            <w:tcW w:w="2088" w:type="dxa"/>
            <w:vAlign w:val="center"/>
          </w:tcPr>
          <w:p w14:paraId="686550F4" w14:textId="77777777" w:rsidR="00784220" w:rsidRDefault="00784220">
            <w:pPr>
              <w:spacing w:line="240" w:lineRule="auto"/>
            </w:pPr>
          </w:p>
        </w:tc>
        <w:tc>
          <w:tcPr>
            <w:tcW w:w="4752" w:type="dxa"/>
            <w:vAlign w:val="center"/>
          </w:tcPr>
          <w:p w14:paraId="686550F5" w14:textId="77777777" w:rsidR="00784220" w:rsidRDefault="00FE5BE6">
            <w:pPr>
              <w:spacing w:line="240" w:lineRule="auto"/>
            </w:pPr>
            <w:r>
              <w:rPr>
                <w:sz w:val="21"/>
              </w:rPr>
              <w:t>Department of Agriculture &amp; Forestry</w:t>
            </w:r>
          </w:p>
        </w:tc>
        <w:tc>
          <w:tcPr>
            <w:tcW w:w="1440" w:type="dxa"/>
            <w:vAlign w:val="center"/>
          </w:tcPr>
          <w:p w14:paraId="686550F6" w14:textId="77777777" w:rsidR="00784220" w:rsidRDefault="00FE5BE6">
            <w:pPr>
              <w:spacing w:line="240" w:lineRule="auto"/>
              <w:jc w:val="center"/>
            </w:pPr>
            <w:r>
              <w:rPr>
                <w:sz w:val="21"/>
              </w:rPr>
              <w:t>S</w:t>
            </w:r>
          </w:p>
        </w:tc>
      </w:tr>
      <w:tr w:rsidR="00784220" w14:paraId="686550FC" w14:textId="77777777" w:rsidTr="001000A2">
        <w:trPr>
          <w:cantSplit/>
          <w:jc w:val="center"/>
        </w:trPr>
        <w:tc>
          <w:tcPr>
            <w:tcW w:w="1080" w:type="dxa"/>
            <w:vAlign w:val="center"/>
          </w:tcPr>
          <w:p w14:paraId="686550F8" w14:textId="77777777" w:rsidR="00784220" w:rsidRDefault="00784220">
            <w:pPr>
              <w:spacing w:line="240" w:lineRule="auto"/>
            </w:pPr>
          </w:p>
        </w:tc>
        <w:tc>
          <w:tcPr>
            <w:tcW w:w="2088" w:type="dxa"/>
            <w:vAlign w:val="center"/>
          </w:tcPr>
          <w:p w14:paraId="686550F9" w14:textId="77777777" w:rsidR="00784220" w:rsidRDefault="00784220">
            <w:pPr>
              <w:spacing w:line="240" w:lineRule="auto"/>
            </w:pPr>
          </w:p>
        </w:tc>
        <w:tc>
          <w:tcPr>
            <w:tcW w:w="4752" w:type="dxa"/>
            <w:vAlign w:val="center"/>
          </w:tcPr>
          <w:p w14:paraId="686550FA" w14:textId="77777777" w:rsidR="00784220" w:rsidRDefault="00FE5BE6">
            <w:pPr>
              <w:spacing w:line="240" w:lineRule="auto"/>
            </w:pPr>
            <w:r>
              <w:rPr>
                <w:sz w:val="21"/>
              </w:rPr>
              <w:t>Department of Culture, Recreation and Tourism</w:t>
            </w:r>
          </w:p>
        </w:tc>
        <w:tc>
          <w:tcPr>
            <w:tcW w:w="1440" w:type="dxa"/>
            <w:vAlign w:val="center"/>
          </w:tcPr>
          <w:p w14:paraId="686550FB" w14:textId="77777777" w:rsidR="00784220" w:rsidRDefault="00FE5BE6">
            <w:pPr>
              <w:spacing w:line="240" w:lineRule="auto"/>
              <w:jc w:val="center"/>
            </w:pPr>
            <w:r>
              <w:rPr>
                <w:sz w:val="21"/>
              </w:rPr>
              <w:t>S</w:t>
            </w:r>
          </w:p>
        </w:tc>
      </w:tr>
      <w:tr w:rsidR="00784220" w14:paraId="68655101" w14:textId="77777777" w:rsidTr="001000A2">
        <w:trPr>
          <w:cantSplit/>
          <w:jc w:val="center"/>
        </w:trPr>
        <w:tc>
          <w:tcPr>
            <w:tcW w:w="1080" w:type="dxa"/>
            <w:vAlign w:val="center"/>
          </w:tcPr>
          <w:p w14:paraId="686550FD" w14:textId="77777777" w:rsidR="00784220" w:rsidRDefault="00784220">
            <w:pPr>
              <w:spacing w:line="240" w:lineRule="auto"/>
            </w:pPr>
          </w:p>
        </w:tc>
        <w:tc>
          <w:tcPr>
            <w:tcW w:w="2088" w:type="dxa"/>
            <w:vAlign w:val="center"/>
          </w:tcPr>
          <w:p w14:paraId="686550FE" w14:textId="77777777" w:rsidR="00784220" w:rsidRDefault="00784220">
            <w:pPr>
              <w:spacing w:line="240" w:lineRule="auto"/>
            </w:pPr>
          </w:p>
        </w:tc>
        <w:tc>
          <w:tcPr>
            <w:tcW w:w="4752" w:type="dxa"/>
            <w:vAlign w:val="center"/>
          </w:tcPr>
          <w:p w14:paraId="686550FF" w14:textId="77777777" w:rsidR="00784220" w:rsidRDefault="00FE5BE6">
            <w:pPr>
              <w:spacing w:line="240" w:lineRule="auto"/>
            </w:pPr>
            <w:r>
              <w:rPr>
                <w:sz w:val="21"/>
              </w:rPr>
              <w:t>Department of Economic Development</w:t>
            </w:r>
          </w:p>
        </w:tc>
        <w:tc>
          <w:tcPr>
            <w:tcW w:w="1440" w:type="dxa"/>
            <w:vAlign w:val="center"/>
          </w:tcPr>
          <w:p w14:paraId="68655100" w14:textId="77777777" w:rsidR="00784220" w:rsidRDefault="00FE5BE6">
            <w:pPr>
              <w:spacing w:line="240" w:lineRule="auto"/>
              <w:jc w:val="center"/>
            </w:pPr>
            <w:r>
              <w:rPr>
                <w:sz w:val="21"/>
              </w:rPr>
              <w:t>S</w:t>
            </w:r>
          </w:p>
        </w:tc>
      </w:tr>
      <w:tr w:rsidR="00784220" w14:paraId="68655106" w14:textId="77777777" w:rsidTr="001000A2">
        <w:trPr>
          <w:cantSplit/>
          <w:jc w:val="center"/>
        </w:trPr>
        <w:tc>
          <w:tcPr>
            <w:tcW w:w="1080" w:type="dxa"/>
            <w:vAlign w:val="center"/>
          </w:tcPr>
          <w:p w14:paraId="68655102" w14:textId="77777777" w:rsidR="00784220" w:rsidRDefault="00784220">
            <w:pPr>
              <w:spacing w:line="240" w:lineRule="auto"/>
            </w:pPr>
          </w:p>
        </w:tc>
        <w:tc>
          <w:tcPr>
            <w:tcW w:w="2088" w:type="dxa"/>
            <w:vAlign w:val="center"/>
          </w:tcPr>
          <w:p w14:paraId="68655103" w14:textId="77777777" w:rsidR="00784220" w:rsidRDefault="00784220">
            <w:pPr>
              <w:spacing w:line="240" w:lineRule="auto"/>
            </w:pPr>
          </w:p>
        </w:tc>
        <w:tc>
          <w:tcPr>
            <w:tcW w:w="4752" w:type="dxa"/>
            <w:vAlign w:val="center"/>
          </w:tcPr>
          <w:p w14:paraId="68655104" w14:textId="77777777" w:rsidR="00784220" w:rsidRDefault="00FE5BE6">
            <w:pPr>
              <w:spacing w:line="240" w:lineRule="auto"/>
            </w:pPr>
            <w:r>
              <w:rPr>
                <w:sz w:val="21"/>
              </w:rPr>
              <w:t>Department of Environmental Quality</w:t>
            </w:r>
          </w:p>
        </w:tc>
        <w:tc>
          <w:tcPr>
            <w:tcW w:w="1440" w:type="dxa"/>
            <w:vAlign w:val="center"/>
          </w:tcPr>
          <w:p w14:paraId="68655105" w14:textId="77777777" w:rsidR="00784220" w:rsidRDefault="00FE5BE6">
            <w:pPr>
              <w:spacing w:line="240" w:lineRule="auto"/>
              <w:jc w:val="center"/>
            </w:pPr>
            <w:r>
              <w:rPr>
                <w:sz w:val="21"/>
              </w:rPr>
              <w:t>S</w:t>
            </w:r>
          </w:p>
        </w:tc>
      </w:tr>
      <w:tr w:rsidR="00784220" w14:paraId="6865510B" w14:textId="77777777" w:rsidTr="001000A2">
        <w:trPr>
          <w:cantSplit/>
          <w:jc w:val="center"/>
        </w:trPr>
        <w:tc>
          <w:tcPr>
            <w:tcW w:w="1080" w:type="dxa"/>
            <w:vAlign w:val="center"/>
          </w:tcPr>
          <w:p w14:paraId="68655107" w14:textId="77777777" w:rsidR="00784220" w:rsidRDefault="00784220">
            <w:pPr>
              <w:spacing w:line="240" w:lineRule="auto"/>
            </w:pPr>
          </w:p>
        </w:tc>
        <w:tc>
          <w:tcPr>
            <w:tcW w:w="2088" w:type="dxa"/>
            <w:vAlign w:val="center"/>
          </w:tcPr>
          <w:p w14:paraId="68655108" w14:textId="77777777" w:rsidR="00784220" w:rsidRDefault="00784220">
            <w:pPr>
              <w:spacing w:line="240" w:lineRule="auto"/>
            </w:pPr>
          </w:p>
        </w:tc>
        <w:tc>
          <w:tcPr>
            <w:tcW w:w="4752" w:type="dxa"/>
            <w:vAlign w:val="center"/>
          </w:tcPr>
          <w:p w14:paraId="68655109" w14:textId="77777777" w:rsidR="00784220" w:rsidRDefault="00FE5BE6">
            <w:pPr>
              <w:spacing w:line="240" w:lineRule="auto"/>
            </w:pPr>
            <w:r>
              <w:rPr>
                <w:sz w:val="21"/>
              </w:rPr>
              <w:t>Governor – Division of Administration</w:t>
            </w:r>
          </w:p>
        </w:tc>
        <w:tc>
          <w:tcPr>
            <w:tcW w:w="1440" w:type="dxa"/>
            <w:vAlign w:val="center"/>
          </w:tcPr>
          <w:p w14:paraId="6865510A" w14:textId="77777777" w:rsidR="00784220" w:rsidRDefault="00FE5BE6">
            <w:pPr>
              <w:spacing w:line="240" w:lineRule="auto"/>
              <w:jc w:val="center"/>
            </w:pPr>
            <w:r>
              <w:rPr>
                <w:sz w:val="21"/>
              </w:rPr>
              <w:t>S</w:t>
            </w:r>
          </w:p>
        </w:tc>
      </w:tr>
      <w:tr w:rsidR="00784220" w14:paraId="68655110" w14:textId="77777777" w:rsidTr="001000A2">
        <w:trPr>
          <w:cantSplit/>
          <w:jc w:val="center"/>
        </w:trPr>
        <w:tc>
          <w:tcPr>
            <w:tcW w:w="1080" w:type="dxa"/>
            <w:vAlign w:val="center"/>
          </w:tcPr>
          <w:p w14:paraId="6865510C" w14:textId="77777777" w:rsidR="00784220" w:rsidRDefault="00784220">
            <w:pPr>
              <w:spacing w:line="240" w:lineRule="auto"/>
            </w:pPr>
          </w:p>
        </w:tc>
        <w:tc>
          <w:tcPr>
            <w:tcW w:w="2088" w:type="dxa"/>
            <w:vAlign w:val="center"/>
          </w:tcPr>
          <w:p w14:paraId="6865510D" w14:textId="77777777" w:rsidR="00784220" w:rsidRDefault="00784220">
            <w:pPr>
              <w:spacing w:line="240" w:lineRule="auto"/>
            </w:pPr>
          </w:p>
        </w:tc>
        <w:tc>
          <w:tcPr>
            <w:tcW w:w="4752" w:type="dxa"/>
            <w:vAlign w:val="center"/>
          </w:tcPr>
          <w:p w14:paraId="6865510E" w14:textId="77777777" w:rsidR="00784220" w:rsidRDefault="00FE5BE6">
            <w:pPr>
              <w:spacing w:line="240" w:lineRule="auto"/>
            </w:pPr>
            <w:r>
              <w:rPr>
                <w:sz w:val="21"/>
              </w:rPr>
              <w:t>Louisiana State University System</w:t>
            </w:r>
          </w:p>
        </w:tc>
        <w:tc>
          <w:tcPr>
            <w:tcW w:w="1440" w:type="dxa"/>
            <w:vAlign w:val="center"/>
          </w:tcPr>
          <w:p w14:paraId="6865510F" w14:textId="77777777" w:rsidR="00784220" w:rsidRDefault="00FE5BE6">
            <w:pPr>
              <w:spacing w:line="240" w:lineRule="auto"/>
              <w:jc w:val="center"/>
            </w:pPr>
            <w:r>
              <w:rPr>
                <w:sz w:val="21"/>
              </w:rPr>
              <w:t>S</w:t>
            </w:r>
          </w:p>
        </w:tc>
      </w:tr>
      <w:tr w:rsidR="00784220" w14:paraId="68655115" w14:textId="77777777" w:rsidTr="001000A2">
        <w:trPr>
          <w:cantSplit/>
          <w:jc w:val="center"/>
        </w:trPr>
        <w:tc>
          <w:tcPr>
            <w:tcW w:w="1080" w:type="dxa"/>
            <w:vAlign w:val="center"/>
          </w:tcPr>
          <w:p w14:paraId="68655111" w14:textId="77777777" w:rsidR="00784220" w:rsidRDefault="00784220">
            <w:pPr>
              <w:spacing w:line="240" w:lineRule="auto"/>
            </w:pPr>
          </w:p>
        </w:tc>
        <w:tc>
          <w:tcPr>
            <w:tcW w:w="2088" w:type="dxa"/>
            <w:vAlign w:val="center"/>
          </w:tcPr>
          <w:p w14:paraId="68655112" w14:textId="77777777" w:rsidR="00784220" w:rsidRDefault="00784220">
            <w:pPr>
              <w:spacing w:line="240" w:lineRule="auto"/>
            </w:pPr>
          </w:p>
        </w:tc>
        <w:tc>
          <w:tcPr>
            <w:tcW w:w="4752" w:type="dxa"/>
            <w:vAlign w:val="center"/>
          </w:tcPr>
          <w:p w14:paraId="68655113" w14:textId="77777777" w:rsidR="00784220" w:rsidRDefault="00FE5BE6">
            <w:pPr>
              <w:spacing w:line="240" w:lineRule="auto"/>
            </w:pPr>
            <w:r>
              <w:rPr>
                <w:sz w:val="21"/>
              </w:rPr>
              <w:t>Louisiana Department of Health</w:t>
            </w:r>
          </w:p>
        </w:tc>
        <w:tc>
          <w:tcPr>
            <w:tcW w:w="1440" w:type="dxa"/>
            <w:vAlign w:val="center"/>
          </w:tcPr>
          <w:p w14:paraId="68655114" w14:textId="77777777" w:rsidR="00784220" w:rsidRDefault="00FE5BE6">
            <w:pPr>
              <w:spacing w:line="240" w:lineRule="auto"/>
              <w:jc w:val="center"/>
            </w:pPr>
            <w:r>
              <w:rPr>
                <w:sz w:val="21"/>
              </w:rPr>
              <w:t>S</w:t>
            </w:r>
          </w:p>
        </w:tc>
      </w:tr>
      <w:tr w:rsidR="00784220" w14:paraId="6865511A" w14:textId="77777777" w:rsidTr="001000A2">
        <w:trPr>
          <w:cantSplit/>
          <w:jc w:val="center"/>
        </w:trPr>
        <w:tc>
          <w:tcPr>
            <w:tcW w:w="1080" w:type="dxa"/>
            <w:vAlign w:val="center"/>
          </w:tcPr>
          <w:p w14:paraId="68655116" w14:textId="77777777" w:rsidR="00784220" w:rsidRDefault="00784220">
            <w:pPr>
              <w:spacing w:line="240" w:lineRule="auto"/>
            </w:pPr>
          </w:p>
        </w:tc>
        <w:tc>
          <w:tcPr>
            <w:tcW w:w="2088" w:type="dxa"/>
            <w:vAlign w:val="center"/>
          </w:tcPr>
          <w:p w14:paraId="68655117" w14:textId="77777777" w:rsidR="00784220" w:rsidRDefault="00784220">
            <w:pPr>
              <w:spacing w:line="240" w:lineRule="auto"/>
            </w:pPr>
          </w:p>
        </w:tc>
        <w:tc>
          <w:tcPr>
            <w:tcW w:w="4752" w:type="dxa"/>
            <w:vAlign w:val="center"/>
          </w:tcPr>
          <w:p w14:paraId="68655118" w14:textId="77777777" w:rsidR="00784220" w:rsidRDefault="00FE5BE6">
            <w:pPr>
              <w:spacing w:line="240" w:lineRule="auto"/>
            </w:pPr>
            <w:r>
              <w:rPr>
                <w:sz w:val="21"/>
              </w:rPr>
              <w:t>Louisiana Works</w:t>
            </w:r>
          </w:p>
        </w:tc>
        <w:tc>
          <w:tcPr>
            <w:tcW w:w="1440" w:type="dxa"/>
            <w:vAlign w:val="center"/>
          </w:tcPr>
          <w:p w14:paraId="68655119" w14:textId="77777777" w:rsidR="00784220" w:rsidRDefault="00FE5BE6">
            <w:pPr>
              <w:spacing w:line="240" w:lineRule="auto"/>
              <w:jc w:val="center"/>
            </w:pPr>
            <w:r>
              <w:rPr>
                <w:sz w:val="21"/>
              </w:rPr>
              <w:t>S</w:t>
            </w:r>
          </w:p>
        </w:tc>
      </w:tr>
      <w:tr w:rsidR="00784220" w14:paraId="6865511F" w14:textId="77777777" w:rsidTr="001000A2">
        <w:trPr>
          <w:cantSplit/>
          <w:jc w:val="center"/>
        </w:trPr>
        <w:tc>
          <w:tcPr>
            <w:tcW w:w="1080" w:type="dxa"/>
            <w:vAlign w:val="center"/>
          </w:tcPr>
          <w:p w14:paraId="6865511B" w14:textId="77777777" w:rsidR="00784220" w:rsidRDefault="00784220">
            <w:pPr>
              <w:spacing w:line="240" w:lineRule="auto"/>
            </w:pPr>
          </w:p>
        </w:tc>
        <w:tc>
          <w:tcPr>
            <w:tcW w:w="2088" w:type="dxa"/>
            <w:vAlign w:val="center"/>
          </w:tcPr>
          <w:p w14:paraId="6865511C" w14:textId="77777777" w:rsidR="00784220" w:rsidRDefault="00784220">
            <w:pPr>
              <w:spacing w:line="240" w:lineRule="auto"/>
            </w:pPr>
          </w:p>
        </w:tc>
        <w:tc>
          <w:tcPr>
            <w:tcW w:w="4752" w:type="dxa"/>
            <w:vAlign w:val="center"/>
          </w:tcPr>
          <w:p w14:paraId="6865511D" w14:textId="77777777" w:rsidR="00784220" w:rsidRDefault="00FE5BE6">
            <w:pPr>
              <w:spacing w:line="240" w:lineRule="auto"/>
            </w:pPr>
            <w:r>
              <w:rPr>
                <w:sz w:val="21"/>
              </w:rPr>
              <w:t>Department of Conservation and Energy</w:t>
            </w:r>
          </w:p>
        </w:tc>
        <w:tc>
          <w:tcPr>
            <w:tcW w:w="1440" w:type="dxa"/>
            <w:vAlign w:val="center"/>
          </w:tcPr>
          <w:p w14:paraId="6865511E" w14:textId="77777777" w:rsidR="00784220" w:rsidRDefault="00FE5BE6">
            <w:pPr>
              <w:spacing w:line="240" w:lineRule="auto"/>
              <w:jc w:val="center"/>
            </w:pPr>
            <w:r>
              <w:rPr>
                <w:sz w:val="21"/>
              </w:rPr>
              <w:t>S</w:t>
            </w:r>
          </w:p>
        </w:tc>
      </w:tr>
      <w:tr w:rsidR="00784220" w14:paraId="68655124" w14:textId="77777777" w:rsidTr="001000A2">
        <w:trPr>
          <w:cantSplit/>
          <w:jc w:val="center"/>
        </w:trPr>
        <w:tc>
          <w:tcPr>
            <w:tcW w:w="1080" w:type="dxa"/>
            <w:vAlign w:val="center"/>
          </w:tcPr>
          <w:p w14:paraId="68655120" w14:textId="77777777" w:rsidR="00784220" w:rsidRDefault="00784220">
            <w:pPr>
              <w:spacing w:line="240" w:lineRule="auto"/>
            </w:pPr>
          </w:p>
        </w:tc>
        <w:tc>
          <w:tcPr>
            <w:tcW w:w="2088" w:type="dxa"/>
            <w:vAlign w:val="center"/>
          </w:tcPr>
          <w:p w14:paraId="68655121" w14:textId="77777777" w:rsidR="00784220" w:rsidRDefault="00784220">
            <w:pPr>
              <w:spacing w:line="240" w:lineRule="auto"/>
            </w:pPr>
          </w:p>
        </w:tc>
        <w:tc>
          <w:tcPr>
            <w:tcW w:w="4752" w:type="dxa"/>
            <w:vAlign w:val="center"/>
          </w:tcPr>
          <w:p w14:paraId="68655122" w14:textId="77777777" w:rsidR="00784220" w:rsidRDefault="00FE5BE6">
            <w:pPr>
              <w:spacing w:line="240" w:lineRule="auto"/>
            </w:pPr>
            <w:r>
              <w:rPr>
                <w:sz w:val="21"/>
              </w:rPr>
              <w:t>Louisiana Board of Regents</w:t>
            </w:r>
          </w:p>
        </w:tc>
        <w:tc>
          <w:tcPr>
            <w:tcW w:w="1440" w:type="dxa"/>
            <w:vAlign w:val="center"/>
          </w:tcPr>
          <w:p w14:paraId="68655123" w14:textId="77777777" w:rsidR="00784220" w:rsidRDefault="00FE5BE6">
            <w:pPr>
              <w:spacing w:line="240" w:lineRule="auto"/>
              <w:jc w:val="center"/>
            </w:pPr>
            <w:r>
              <w:rPr>
                <w:sz w:val="21"/>
              </w:rPr>
              <w:t>S</w:t>
            </w:r>
          </w:p>
        </w:tc>
      </w:tr>
      <w:tr w:rsidR="00784220" w14:paraId="68655129" w14:textId="77777777" w:rsidTr="001000A2">
        <w:trPr>
          <w:cantSplit/>
          <w:jc w:val="center"/>
        </w:trPr>
        <w:tc>
          <w:tcPr>
            <w:tcW w:w="1080" w:type="dxa"/>
            <w:vAlign w:val="center"/>
          </w:tcPr>
          <w:p w14:paraId="68655125" w14:textId="77777777" w:rsidR="00784220" w:rsidRDefault="00784220">
            <w:pPr>
              <w:spacing w:line="240" w:lineRule="auto"/>
            </w:pPr>
          </w:p>
        </w:tc>
        <w:tc>
          <w:tcPr>
            <w:tcW w:w="2088" w:type="dxa"/>
            <w:vAlign w:val="center"/>
          </w:tcPr>
          <w:p w14:paraId="68655126" w14:textId="77777777" w:rsidR="00784220" w:rsidRDefault="00784220">
            <w:pPr>
              <w:spacing w:line="240" w:lineRule="auto"/>
            </w:pPr>
          </w:p>
        </w:tc>
        <w:tc>
          <w:tcPr>
            <w:tcW w:w="4752" w:type="dxa"/>
            <w:vAlign w:val="center"/>
          </w:tcPr>
          <w:p w14:paraId="68655127" w14:textId="77777777" w:rsidR="00784220" w:rsidRDefault="00FE5BE6">
            <w:pPr>
              <w:spacing w:line="240" w:lineRule="auto"/>
            </w:pPr>
            <w:r>
              <w:rPr>
                <w:sz w:val="21"/>
              </w:rPr>
              <w:t>Department of Children and Family Services</w:t>
            </w:r>
          </w:p>
        </w:tc>
        <w:tc>
          <w:tcPr>
            <w:tcW w:w="1440" w:type="dxa"/>
            <w:vAlign w:val="center"/>
          </w:tcPr>
          <w:p w14:paraId="68655128" w14:textId="77777777" w:rsidR="00784220" w:rsidRDefault="00FE5BE6">
            <w:pPr>
              <w:spacing w:line="240" w:lineRule="auto"/>
              <w:jc w:val="center"/>
            </w:pPr>
            <w:r>
              <w:rPr>
                <w:sz w:val="21"/>
              </w:rPr>
              <w:t>S</w:t>
            </w:r>
          </w:p>
        </w:tc>
      </w:tr>
      <w:tr w:rsidR="00784220" w14:paraId="6865512E" w14:textId="77777777" w:rsidTr="001000A2">
        <w:trPr>
          <w:cantSplit/>
          <w:jc w:val="center"/>
        </w:trPr>
        <w:tc>
          <w:tcPr>
            <w:tcW w:w="1080" w:type="dxa"/>
            <w:vAlign w:val="center"/>
          </w:tcPr>
          <w:p w14:paraId="6865512A" w14:textId="77777777" w:rsidR="00784220" w:rsidRDefault="00784220">
            <w:pPr>
              <w:spacing w:line="240" w:lineRule="auto"/>
            </w:pPr>
          </w:p>
        </w:tc>
        <w:tc>
          <w:tcPr>
            <w:tcW w:w="2088" w:type="dxa"/>
            <w:vAlign w:val="center"/>
          </w:tcPr>
          <w:p w14:paraId="6865512B" w14:textId="77777777" w:rsidR="00784220" w:rsidRDefault="00784220">
            <w:pPr>
              <w:spacing w:line="240" w:lineRule="auto"/>
            </w:pPr>
          </w:p>
        </w:tc>
        <w:tc>
          <w:tcPr>
            <w:tcW w:w="4752" w:type="dxa"/>
            <w:vAlign w:val="center"/>
          </w:tcPr>
          <w:p w14:paraId="6865512C" w14:textId="77777777" w:rsidR="00784220" w:rsidRDefault="00FE5BE6">
            <w:pPr>
              <w:spacing w:line="240" w:lineRule="auto"/>
            </w:pPr>
            <w:r>
              <w:rPr>
                <w:sz w:val="21"/>
              </w:rPr>
              <w:t>Louisiana State Police</w:t>
            </w:r>
          </w:p>
        </w:tc>
        <w:tc>
          <w:tcPr>
            <w:tcW w:w="1440" w:type="dxa"/>
            <w:vAlign w:val="center"/>
          </w:tcPr>
          <w:p w14:paraId="6865512D" w14:textId="77777777" w:rsidR="00784220" w:rsidRDefault="00FE5BE6">
            <w:pPr>
              <w:spacing w:line="240" w:lineRule="auto"/>
              <w:jc w:val="center"/>
            </w:pPr>
            <w:r>
              <w:rPr>
                <w:sz w:val="21"/>
              </w:rPr>
              <w:t>S</w:t>
            </w:r>
          </w:p>
        </w:tc>
      </w:tr>
      <w:tr w:rsidR="00784220" w14:paraId="68655133" w14:textId="77777777" w:rsidTr="001000A2">
        <w:trPr>
          <w:cantSplit/>
          <w:jc w:val="center"/>
        </w:trPr>
        <w:tc>
          <w:tcPr>
            <w:tcW w:w="1080" w:type="dxa"/>
            <w:vAlign w:val="center"/>
          </w:tcPr>
          <w:p w14:paraId="6865512F" w14:textId="77777777" w:rsidR="00784220" w:rsidRDefault="00784220">
            <w:pPr>
              <w:spacing w:line="240" w:lineRule="auto"/>
            </w:pPr>
          </w:p>
        </w:tc>
        <w:tc>
          <w:tcPr>
            <w:tcW w:w="2088" w:type="dxa"/>
            <w:vAlign w:val="center"/>
          </w:tcPr>
          <w:p w14:paraId="68655130" w14:textId="77777777" w:rsidR="00784220" w:rsidRDefault="00784220">
            <w:pPr>
              <w:spacing w:line="240" w:lineRule="auto"/>
            </w:pPr>
          </w:p>
        </w:tc>
        <w:tc>
          <w:tcPr>
            <w:tcW w:w="4752" w:type="dxa"/>
            <w:vAlign w:val="center"/>
          </w:tcPr>
          <w:p w14:paraId="68655131" w14:textId="77777777" w:rsidR="00784220" w:rsidRDefault="00FE5BE6">
            <w:pPr>
              <w:spacing w:line="240" w:lineRule="auto"/>
            </w:pPr>
            <w:r>
              <w:rPr>
                <w:sz w:val="21"/>
              </w:rPr>
              <w:t>Office of the Lieutenant Governor</w:t>
            </w:r>
          </w:p>
        </w:tc>
        <w:tc>
          <w:tcPr>
            <w:tcW w:w="1440" w:type="dxa"/>
            <w:vAlign w:val="center"/>
          </w:tcPr>
          <w:p w14:paraId="68655132" w14:textId="77777777" w:rsidR="00784220" w:rsidRDefault="00FE5BE6">
            <w:pPr>
              <w:spacing w:line="240" w:lineRule="auto"/>
              <w:jc w:val="center"/>
            </w:pPr>
            <w:r>
              <w:rPr>
                <w:sz w:val="21"/>
              </w:rPr>
              <w:t>S</w:t>
            </w:r>
          </w:p>
        </w:tc>
      </w:tr>
      <w:tr w:rsidR="00784220" w14:paraId="68655138" w14:textId="77777777" w:rsidTr="001000A2">
        <w:trPr>
          <w:cantSplit/>
          <w:jc w:val="center"/>
        </w:trPr>
        <w:tc>
          <w:tcPr>
            <w:tcW w:w="1080" w:type="dxa"/>
            <w:vAlign w:val="center"/>
          </w:tcPr>
          <w:p w14:paraId="68655134" w14:textId="77777777" w:rsidR="00784220" w:rsidRDefault="00784220">
            <w:pPr>
              <w:spacing w:line="240" w:lineRule="auto"/>
            </w:pPr>
          </w:p>
        </w:tc>
        <w:tc>
          <w:tcPr>
            <w:tcW w:w="2088" w:type="dxa"/>
            <w:vAlign w:val="center"/>
          </w:tcPr>
          <w:p w14:paraId="68655135" w14:textId="77777777" w:rsidR="00784220" w:rsidRDefault="00784220">
            <w:pPr>
              <w:spacing w:line="240" w:lineRule="auto"/>
            </w:pPr>
          </w:p>
        </w:tc>
        <w:tc>
          <w:tcPr>
            <w:tcW w:w="4752" w:type="dxa"/>
            <w:vAlign w:val="center"/>
          </w:tcPr>
          <w:p w14:paraId="68655136" w14:textId="77777777" w:rsidR="00784220" w:rsidRDefault="00FE5BE6">
            <w:pPr>
              <w:spacing w:line="240" w:lineRule="auto"/>
            </w:pPr>
            <w:r>
              <w:rPr>
                <w:sz w:val="21"/>
              </w:rPr>
              <w:t>Department of Transportation &amp; Development</w:t>
            </w:r>
          </w:p>
        </w:tc>
        <w:tc>
          <w:tcPr>
            <w:tcW w:w="1440" w:type="dxa"/>
            <w:vAlign w:val="center"/>
          </w:tcPr>
          <w:p w14:paraId="68655137" w14:textId="77777777" w:rsidR="00784220" w:rsidRDefault="00FE5BE6">
            <w:pPr>
              <w:spacing w:line="240" w:lineRule="auto"/>
              <w:jc w:val="center"/>
            </w:pPr>
            <w:r>
              <w:rPr>
                <w:sz w:val="21"/>
              </w:rPr>
              <w:t>S</w:t>
            </w:r>
          </w:p>
        </w:tc>
      </w:tr>
      <w:tr w:rsidR="00784220" w14:paraId="6865513D" w14:textId="77777777" w:rsidTr="001000A2">
        <w:trPr>
          <w:cantSplit/>
          <w:jc w:val="center"/>
        </w:trPr>
        <w:tc>
          <w:tcPr>
            <w:tcW w:w="1080" w:type="dxa"/>
            <w:vAlign w:val="center"/>
          </w:tcPr>
          <w:p w14:paraId="68655139" w14:textId="77777777" w:rsidR="00784220" w:rsidRDefault="00784220">
            <w:pPr>
              <w:spacing w:line="240" w:lineRule="auto"/>
            </w:pPr>
          </w:p>
        </w:tc>
        <w:tc>
          <w:tcPr>
            <w:tcW w:w="2088" w:type="dxa"/>
            <w:vAlign w:val="center"/>
          </w:tcPr>
          <w:p w14:paraId="6865513A" w14:textId="77777777" w:rsidR="00784220" w:rsidRDefault="00784220">
            <w:pPr>
              <w:spacing w:line="240" w:lineRule="auto"/>
            </w:pPr>
          </w:p>
        </w:tc>
        <w:tc>
          <w:tcPr>
            <w:tcW w:w="4752" w:type="dxa"/>
            <w:vAlign w:val="center"/>
          </w:tcPr>
          <w:p w14:paraId="6865513B" w14:textId="77777777" w:rsidR="00784220" w:rsidRDefault="00FE5BE6">
            <w:pPr>
              <w:spacing w:line="240" w:lineRule="auto"/>
            </w:pPr>
            <w:r>
              <w:rPr>
                <w:sz w:val="21"/>
              </w:rPr>
              <w:t>Department of the Treasury</w:t>
            </w:r>
          </w:p>
        </w:tc>
        <w:tc>
          <w:tcPr>
            <w:tcW w:w="1440" w:type="dxa"/>
            <w:vAlign w:val="center"/>
          </w:tcPr>
          <w:p w14:paraId="6865513C" w14:textId="77777777" w:rsidR="00784220" w:rsidRDefault="00FE5BE6">
            <w:pPr>
              <w:spacing w:line="240" w:lineRule="auto"/>
              <w:jc w:val="center"/>
            </w:pPr>
            <w:r>
              <w:rPr>
                <w:sz w:val="21"/>
              </w:rPr>
              <w:t>S</w:t>
            </w:r>
          </w:p>
        </w:tc>
      </w:tr>
      <w:tr w:rsidR="00784220" w14:paraId="68655142" w14:textId="77777777" w:rsidTr="001000A2">
        <w:trPr>
          <w:cantSplit/>
          <w:jc w:val="center"/>
        </w:trPr>
        <w:tc>
          <w:tcPr>
            <w:tcW w:w="1080" w:type="dxa"/>
            <w:vAlign w:val="center"/>
          </w:tcPr>
          <w:p w14:paraId="6865513E" w14:textId="77777777" w:rsidR="00784220" w:rsidRDefault="00784220">
            <w:pPr>
              <w:spacing w:line="240" w:lineRule="auto"/>
            </w:pPr>
          </w:p>
        </w:tc>
        <w:tc>
          <w:tcPr>
            <w:tcW w:w="2088" w:type="dxa"/>
            <w:vAlign w:val="center"/>
          </w:tcPr>
          <w:p w14:paraId="6865513F" w14:textId="77777777" w:rsidR="00784220" w:rsidRDefault="00784220">
            <w:pPr>
              <w:spacing w:line="240" w:lineRule="auto"/>
            </w:pPr>
          </w:p>
        </w:tc>
        <w:tc>
          <w:tcPr>
            <w:tcW w:w="4752" w:type="dxa"/>
            <w:vAlign w:val="center"/>
          </w:tcPr>
          <w:p w14:paraId="68655140" w14:textId="77777777" w:rsidR="00784220" w:rsidRDefault="00FE5BE6">
            <w:pPr>
              <w:spacing w:line="240" w:lineRule="auto"/>
            </w:pPr>
            <w:r>
              <w:rPr>
                <w:sz w:val="21"/>
              </w:rPr>
              <w:t>Non-Governmental Organizations (NGO)</w:t>
            </w:r>
          </w:p>
        </w:tc>
        <w:tc>
          <w:tcPr>
            <w:tcW w:w="1440" w:type="dxa"/>
            <w:vAlign w:val="center"/>
          </w:tcPr>
          <w:p w14:paraId="68655141" w14:textId="77777777" w:rsidR="00784220" w:rsidRDefault="00FE5BE6">
            <w:pPr>
              <w:spacing w:line="240" w:lineRule="auto"/>
              <w:jc w:val="center"/>
            </w:pPr>
            <w:r>
              <w:rPr>
                <w:sz w:val="21"/>
              </w:rPr>
              <w:t>S</w:t>
            </w:r>
          </w:p>
        </w:tc>
      </w:tr>
      <w:tr w:rsidR="00784220" w14:paraId="68655147" w14:textId="77777777" w:rsidTr="001000A2">
        <w:trPr>
          <w:cantSplit/>
          <w:jc w:val="center"/>
        </w:trPr>
        <w:tc>
          <w:tcPr>
            <w:tcW w:w="1080" w:type="dxa"/>
            <w:vAlign w:val="center"/>
          </w:tcPr>
          <w:p w14:paraId="68655143" w14:textId="77777777" w:rsidR="00784220" w:rsidRDefault="00784220">
            <w:pPr>
              <w:spacing w:line="240" w:lineRule="auto"/>
            </w:pPr>
          </w:p>
        </w:tc>
        <w:tc>
          <w:tcPr>
            <w:tcW w:w="2088" w:type="dxa"/>
            <w:vAlign w:val="center"/>
          </w:tcPr>
          <w:p w14:paraId="68655144" w14:textId="77777777" w:rsidR="00784220" w:rsidRDefault="00784220">
            <w:pPr>
              <w:spacing w:line="240" w:lineRule="auto"/>
            </w:pPr>
          </w:p>
        </w:tc>
        <w:tc>
          <w:tcPr>
            <w:tcW w:w="4752" w:type="dxa"/>
            <w:vAlign w:val="center"/>
          </w:tcPr>
          <w:p w14:paraId="68655145" w14:textId="77777777" w:rsidR="00784220" w:rsidRDefault="00784220">
            <w:pPr>
              <w:spacing w:line="240" w:lineRule="auto"/>
            </w:pPr>
          </w:p>
        </w:tc>
        <w:tc>
          <w:tcPr>
            <w:tcW w:w="1440" w:type="dxa"/>
            <w:vAlign w:val="center"/>
          </w:tcPr>
          <w:p w14:paraId="68655146" w14:textId="77777777" w:rsidR="00784220" w:rsidRDefault="00784220">
            <w:pPr>
              <w:spacing w:line="240" w:lineRule="auto"/>
              <w:jc w:val="center"/>
            </w:pPr>
          </w:p>
        </w:tc>
      </w:tr>
      <w:tr w:rsidR="00784220" w14:paraId="6865514C" w14:textId="77777777" w:rsidTr="001000A2">
        <w:trPr>
          <w:cantSplit/>
          <w:jc w:val="center"/>
        </w:trPr>
        <w:tc>
          <w:tcPr>
            <w:tcW w:w="1080" w:type="dxa"/>
            <w:vAlign w:val="center"/>
          </w:tcPr>
          <w:p w14:paraId="68655148" w14:textId="77777777" w:rsidR="00784220" w:rsidRDefault="00FE5BE6">
            <w:pPr>
              <w:spacing w:line="240" w:lineRule="auto"/>
            </w:pPr>
            <w:r>
              <w:rPr>
                <w:b/>
                <w:sz w:val="21"/>
              </w:rPr>
              <w:t>ESF 8</w:t>
            </w:r>
          </w:p>
        </w:tc>
        <w:tc>
          <w:tcPr>
            <w:tcW w:w="2088" w:type="dxa"/>
            <w:vAlign w:val="center"/>
          </w:tcPr>
          <w:p w14:paraId="68655149" w14:textId="77777777" w:rsidR="00784220" w:rsidRDefault="00FE5BE6">
            <w:pPr>
              <w:spacing w:line="240" w:lineRule="auto"/>
            </w:pPr>
            <w:r>
              <w:rPr>
                <w:sz w:val="21"/>
              </w:rPr>
              <w:t>Public Health &amp; Medical Services</w:t>
            </w:r>
          </w:p>
        </w:tc>
        <w:tc>
          <w:tcPr>
            <w:tcW w:w="4752" w:type="dxa"/>
            <w:vAlign w:val="center"/>
          </w:tcPr>
          <w:p w14:paraId="6865514A" w14:textId="77777777" w:rsidR="00784220" w:rsidRDefault="00FE5BE6">
            <w:pPr>
              <w:spacing w:line="240" w:lineRule="auto"/>
            </w:pPr>
            <w:r>
              <w:rPr>
                <w:sz w:val="21"/>
              </w:rPr>
              <w:t>Louisiana Department of Health</w:t>
            </w:r>
          </w:p>
        </w:tc>
        <w:tc>
          <w:tcPr>
            <w:tcW w:w="1440" w:type="dxa"/>
            <w:vAlign w:val="center"/>
          </w:tcPr>
          <w:p w14:paraId="6865514B" w14:textId="77777777" w:rsidR="00784220" w:rsidRDefault="00FE5BE6">
            <w:pPr>
              <w:spacing w:line="240" w:lineRule="auto"/>
              <w:jc w:val="center"/>
            </w:pPr>
            <w:r>
              <w:rPr>
                <w:sz w:val="21"/>
              </w:rPr>
              <w:t>P</w:t>
            </w:r>
          </w:p>
        </w:tc>
      </w:tr>
      <w:tr w:rsidR="00784220" w14:paraId="68655151" w14:textId="77777777" w:rsidTr="001000A2">
        <w:trPr>
          <w:cantSplit/>
          <w:jc w:val="center"/>
        </w:trPr>
        <w:tc>
          <w:tcPr>
            <w:tcW w:w="1080" w:type="dxa"/>
            <w:vAlign w:val="center"/>
          </w:tcPr>
          <w:p w14:paraId="6865514D" w14:textId="77777777" w:rsidR="00784220" w:rsidRDefault="00784220">
            <w:pPr>
              <w:spacing w:line="240" w:lineRule="auto"/>
            </w:pPr>
          </w:p>
        </w:tc>
        <w:tc>
          <w:tcPr>
            <w:tcW w:w="2088" w:type="dxa"/>
            <w:vAlign w:val="center"/>
          </w:tcPr>
          <w:p w14:paraId="6865514E" w14:textId="77777777" w:rsidR="00784220" w:rsidRDefault="00784220">
            <w:pPr>
              <w:spacing w:line="240" w:lineRule="auto"/>
            </w:pPr>
          </w:p>
        </w:tc>
        <w:tc>
          <w:tcPr>
            <w:tcW w:w="4752" w:type="dxa"/>
            <w:vAlign w:val="center"/>
          </w:tcPr>
          <w:p w14:paraId="6865514F" w14:textId="77777777" w:rsidR="00784220" w:rsidRDefault="00FE5BE6">
            <w:pPr>
              <w:spacing w:line="240" w:lineRule="auto"/>
            </w:pPr>
            <w:r>
              <w:rPr>
                <w:sz w:val="21"/>
              </w:rPr>
              <w:t>Louisiana National Guard</w:t>
            </w:r>
          </w:p>
        </w:tc>
        <w:tc>
          <w:tcPr>
            <w:tcW w:w="1440" w:type="dxa"/>
            <w:vAlign w:val="center"/>
          </w:tcPr>
          <w:p w14:paraId="68655150" w14:textId="77777777" w:rsidR="00784220" w:rsidRDefault="00FE5BE6">
            <w:pPr>
              <w:spacing w:line="240" w:lineRule="auto"/>
              <w:jc w:val="center"/>
            </w:pPr>
            <w:r>
              <w:rPr>
                <w:sz w:val="21"/>
              </w:rPr>
              <w:t>S</w:t>
            </w:r>
          </w:p>
        </w:tc>
      </w:tr>
      <w:tr w:rsidR="00784220" w14:paraId="68655156" w14:textId="77777777" w:rsidTr="001000A2">
        <w:trPr>
          <w:cantSplit/>
          <w:jc w:val="center"/>
        </w:trPr>
        <w:tc>
          <w:tcPr>
            <w:tcW w:w="1080" w:type="dxa"/>
            <w:vAlign w:val="center"/>
          </w:tcPr>
          <w:p w14:paraId="68655152" w14:textId="77777777" w:rsidR="00784220" w:rsidRDefault="00784220">
            <w:pPr>
              <w:spacing w:line="240" w:lineRule="auto"/>
            </w:pPr>
          </w:p>
        </w:tc>
        <w:tc>
          <w:tcPr>
            <w:tcW w:w="2088" w:type="dxa"/>
            <w:vAlign w:val="center"/>
          </w:tcPr>
          <w:p w14:paraId="68655153" w14:textId="77777777" w:rsidR="00784220" w:rsidRDefault="00784220">
            <w:pPr>
              <w:spacing w:line="240" w:lineRule="auto"/>
            </w:pPr>
          </w:p>
        </w:tc>
        <w:tc>
          <w:tcPr>
            <w:tcW w:w="4752" w:type="dxa"/>
            <w:vAlign w:val="center"/>
          </w:tcPr>
          <w:p w14:paraId="68655154" w14:textId="77777777" w:rsidR="00784220" w:rsidRDefault="00FE5BE6">
            <w:pPr>
              <w:spacing w:line="240" w:lineRule="auto"/>
            </w:pPr>
            <w:r>
              <w:rPr>
                <w:sz w:val="21"/>
              </w:rPr>
              <w:t>Department of Agriculture and Forestry</w:t>
            </w:r>
          </w:p>
        </w:tc>
        <w:tc>
          <w:tcPr>
            <w:tcW w:w="1440" w:type="dxa"/>
            <w:vAlign w:val="center"/>
          </w:tcPr>
          <w:p w14:paraId="68655155" w14:textId="77777777" w:rsidR="00784220" w:rsidRDefault="00FE5BE6">
            <w:pPr>
              <w:spacing w:line="240" w:lineRule="auto"/>
              <w:jc w:val="center"/>
            </w:pPr>
            <w:r>
              <w:rPr>
                <w:sz w:val="21"/>
              </w:rPr>
              <w:t>S</w:t>
            </w:r>
          </w:p>
        </w:tc>
      </w:tr>
      <w:tr w:rsidR="00784220" w14:paraId="6865515B" w14:textId="77777777" w:rsidTr="001000A2">
        <w:trPr>
          <w:cantSplit/>
          <w:jc w:val="center"/>
        </w:trPr>
        <w:tc>
          <w:tcPr>
            <w:tcW w:w="1080" w:type="dxa"/>
            <w:vAlign w:val="center"/>
          </w:tcPr>
          <w:p w14:paraId="68655157" w14:textId="77777777" w:rsidR="00784220" w:rsidRDefault="00784220">
            <w:pPr>
              <w:spacing w:line="240" w:lineRule="auto"/>
            </w:pPr>
          </w:p>
        </w:tc>
        <w:tc>
          <w:tcPr>
            <w:tcW w:w="2088" w:type="dxa"/>
            <w:vAlign w:val="center"/>
          </w:tcPr>
          <w:p w14:paraId="68655158" w14:textId="77777777" w:rsidR="00784220" w:rsidRDefault="00784220">
            <w:pPr>
              <w:spacing w:line="240" w:lineRule="auto"/>
            </w:pPr>
          </w:p>
        </w:tc>
        <w:tc>
          <w:tcPr>
            <w:tcW w:w="4752" w:type="dxa"/>
            <w:vAlign w:val="center"/>
          </w:tcPr>
          <w:p w14:paraId="68655159" w14:textId="77777777" w:rsidR="00784220" w:rsidRDefault="00FE5BE6">
            <w:pPr>
              <w:spacing w:line="240" w:lineRule="auto"/>
            </w:pPr>
            <w:r>
              <w:rPr>
                <w:sz w:val="21"/>
              </w:rPr>
              <w:t>Department of Corrections</w:t>
            </w:r>
          </w:p>
        </w:tc>
        <w:tc>
          <w:tcPr>
            <w:tcW w:w="1440" w:type="dxa"/>
            <w:vAlign w:val="center"/>
          </w:tcPr>
          <w:p w14:paraId="6865515A" w14:textId="77777777" w:rsidR="00784220" w:rsidRDefault="00FE5BE6">
            <w:pPr>
              <w:spacing w:line="240" w:lineRule="auto"/>
              <w:jc w:val="center"/>
            </w:pPr>
            <w:r>
              <w:rPr>
                <w:sz w:val="21"/>
              </w:rPr>
              <w:t>S</w:t>
            </w:r>
          </w:p>
        </w:tc>
      </w:tr>
      <w:tr w:rsidR="00784220" w14:paraId="68655160" w14:textId="77777777" w:rsidTr="001000A2">
        <w:trPr>
          <w:cantSplit/>
          <w:jc w:val="center"/>
        </w:trPr>
        <w:tc>
          <w:tcPr>
            <w:tcW w:w="1080" w:type="dxa"/>
            <w:vAlign w:val="center"/>
          </w:tcPr>
          <w:p w14:paraId="6865515C" w14:textId="77777777" w:rsidR="00784220" w:rsidRDefault="00784220">
            <w:pPr>
              <w:spacing w:line="240" w:lineRule="auto"/>
            </w:pPr>
          </w:p>
        </w:tc>
        <w:tc>
          <w:tcPr>
            <w:tcW w:w="2088" w:type="dxa"/>
            <w:vAlign w:val="center"/>
          </w:tcPr>
          <w:p w14:paraId="6865515D" w14:textId="77777777" w:rsidR="00784220" w:rsidRDefault="00784220">
            <w:pPr>
              <w:spacing w:line="240" w:lineRule="auto"/>
            </w:pPr>
          </w:p>
        </w:tc>
        <w:tc>
          <w:tcPr>
            <w:tcW w:w="4752" w:type="dxa"/>
            <w:vAlign w:val="center"/>
          </w:tcPr>
          <w:p w14:paraId="6865515E" w14:textId="77777777" w:rsidR="00784220" w:rsidRDefault="00FE5BE6">
            <w:pPr>
              <w:spacing w:line="240" w:lineRule="auto"/>
            </w:pPr>
            <w:r>
              <w:rPr>
                <w:sz w:val="21"/>
              </w:rPr>
              <w:t>Department of Children and Family Services</w:t>
            </w:r>
          </w:p>
        </w:tc>
        <w:tc>
          <w:tcPr>
            <w:tcW w:w="1440" w:type="dxa"/>
            <w:vAlign w:val="center"/>
          </w:tcPr>
          <w:p w14:paraId="6865515F" w14:textId="77777777" w:rsidR="00784220" w:rsidRDefault="00FE5BE6">
            <w:pPr>
              <w:spacing w:line="240" w:lineRule="auto"/>
              <w:jc w:val="center"/>
            </w:pPr>
            <w:r>
              <w:rPr>
                <w:sz w:val="21"/>
              </w:rPr>
              <w:t>S</w:t>
            </w:r>
          </w:p>
        </w:tc>
      </w:tr>
      <w:tr w:rsidR="00784220" w14:paraId="68655165" w14:textId="77777777" w:rsidTr="001000A2">
        <w:trPr>
          <w:cantSplit/>
          <w:jc w:val="center"/>
        </w:trPr>
        <w:tc>
          <w:tcPr>
            <w:tcW w:w="1080" w:type="dxa"/>
            <w:vAlign w:val="center"/>
          </w:tcPr>
          <w:p w14:paraId="68655161" w14:textId="77777777" w:rsidR="00784220" w:rsidRDefault="00784220">
            <w:pPr>
              <w:spacing w:line="240" w:lineRule="auto"/>
            </w:pPr>
          </w:p>
        </w:tc>
        <w:tc>
          <w:tcPr>
            <w:tcW w:w="2088" w:type="dxa"/>
            <w:vAlign w:val="center"/>
          </w:tcPr>
          <w:p w14:paraId="68655162" w14:textId="77777777" w:rsidR="00784220" w:rsidRDefault="00784220">
            <w:pPr>
              <w:spacing w:line="240" w:lineRule="auto"/>
            </w:pPr>
          </w:p>
        </w:tc>
        <w:tc>
          <w:tcPr>
            <w:tcW w:w="4752" w:type="dxa"/>
            <w:vAlign w:val="center"/>
          </w:tcPr>
          <w:p w14:paraId="68655163" w14:textId="77777777" w:rsidR="00784220" w:rsidRDefault="00FE5BE6">
            <w:pPr>
              <w:spacing w:line="240" w:lineRule="auto"/>
            </w:pPr>
            <w:r>
              <w:rPr>
                <w:sz w:val="21"/>
              </w:rPr>
              <w:t>Department of Environmental Quality</w:t>
            </w:r>
          </w:p>
        </w:tc>
        <w:tc>
          <w:tcPr>
            <w:tcW w:w="1440" w:type="dxa"/>
            <w:vAlign w:val="center"/>
          </w:tcPr>
          <w:p w14:paraId="68655164" w14:textId="77777777" w:rsidR="00784220" w:rsidRDefault="00FE5BE6">
            <w:pPr>
              <w:spacing w:line="240" w:lineRule="auto"/>
              <w:jc w:val="center"/>
            </w:pPr>
            <w:r>
              <w:rPr>
                <w:sz w:val="21"/>
              </w:rPr>
              <w:t>S</w:t>
            </w:r>
          </w:p>
        </w:tc>
      </w:tr>
      <w:tr w:rsidR="00784220" w14:paraId="6865516A" w14:textId="77777777" w:rsidTr="001000A2">
        <w:trPr>
          <w:cantSplit/>
          <w:jc w:val="center"/>
        </w:trPr>
        <w:tc>
          <w:tcPr>
            <w:tcW w:w="1080" w:type="dxa"/>
            <w:vAlign w:val="center"/>
          </w:tcPr>
          <w:p w14:paraId="68655166" w14:textId="77777777" w:rsidR="00784220" w:rsidRDefault="00784220">
            <w:pPr>
              <w:spacing w:line="240" w:lineRule="auto"/>
            </w:pPr>
          </w:p>
        </w:tc>
        <w:tc>
          <w:tcPr>
            <w:tcW w:w="2088" w:type="dxa"/>
            <w:vAlign w:val="center"/>
          </w:tcPr>
          <w:p w14:paraId="68655167" w14:textId="77777777" w:rsidR="00784220" w:rsidRDefault="00784220">
            <w:pPr>
              <w:spacing w:line="240" w:lineRule="auto"/>
            </w:pPr>
          </w:p>
        </w:tc>
        <w:tc>
          <w:tcPr>
            <w:tcW w:w="4752" w:type="dxa"/>
            <w:vAlign w:val="center"/>
          </w:tcPr>
          <w:p w14:paraId="68655168" w14:textId="77777777" w:rsidR="00784220" w:rsidRPr="00DC0907" w:rsidRDefault="00FE5BE6">
            <w:pPr>
              <w:spacing w:line="240" w:lineRule="auto"/>
            </w:pPr>
            <w:r w:rsidRPr="00DC0907">
              <w:rPr>
                <w:sz w:val="21"/>
              </w:rPr>
              <w:t>Louisiana State University System</w:t>
            </w:r>
          </w:p>
        </w:tc>
        <w:tc>
          <w:tcPr>
            <w:tcW w:w="1440" w:type="dxa"/>
            <w:vAlign w:val="center"/>
          </w:tcPr>
          <w:p w14:paraId="68655169" w14:textId="77777777" w:rsidR="00784220" w:rsidRDefault="00FE5BE6">
            <w:pPr>
              <w:spacing w:line="240" w:lineRule="auto"/>
              <w:jc w:val="center"/>
            </w:pPr>
            <w:r>
              <w:rPr>
                <w:sz w:val="21"/>
              </w:rPr>
              <w:t>S</w:t>
            </w:r>
          </w:p>
        </w:tc>
      </w:tr>
      <w:tr w:rsidR="00784220" w14:paraId="6865516F" w14:textId="77777777" w:rsidTr="001000A2">
        <w:trPr>
          <w:cantSplit/>
          <w:jc w:val="center"/>
        </w:trPr>
        <w:tc>
          <w:tcPr>
            <w:tcW w:w="1080" w:type="dxa"/>
            <w:vAlign w:val="center"/>
          </w:tcPr>
          <w:p w14:paraId="6865516B" w14:textId="77777777" w:rsidR="00784220" w:rsidRDefault="00784220">
            <w:pPr>
              <w:spacing w:line="240" w:lineRule="auto"/>
            </w:pPr>
          </w:p>
        </w:tc>
        <w:tc>
          <w:tcPr>
            <w:tcW w:w="2088" w:type="dxa"/>
            <w:vAlign w:val="center"/>
          </w:tcPr>
          <w:p w14:paraId="6865516C" w14:textId="77777777" w:rsidR="00784220" w:rsidRDefault="00784220">
            <w:pPr>
              <w:spacing w:line="240" w:lineRule="auto"/>
            </w:pPr>
          </w:p>
        </w:tc>
        <w:tc>
          <w:tcPr>
            <w:tcW w:w="4752" w:type="dxa"/>
            <w:vAlign w:val="center"/>
          </w:tcPr>
          <w:p w14:paraId="6865516D" w14:textId="77777777" w:rsidR="00784220" w:rsidRPr="00DC0907" w:rsidRDefault="00FE5BE6">
            <w:pPr>
              <w:spacing w:line="240" w:lineRule="auto"/>
            </w:pPr>
            <w:r w:rsidRPr="00DC0907">
              <w:rPr>
                <w:sz w:val="21"/>
              </w:rPr>
              <w:t>Louisiana Board of Regents</w:t>
            </w:r>
          </w:p>
        </w:tc>
        <w:tc>
          <w:tcPr>
            <w:tcW w:w="1440" w:type="dxa"/>
            <w:vAlign w:val="center"/>
          </w:tcPr>
          <w:p w14:paraId="6865516E" w14:textId="77777777" w:rsidR="00784220" w:rsidRDefault="00FE5BE6">
            <w:pPr>
              <w:spacing w:line="240" w:lineRule="auto"/>
              <w:jc w:val="center"/>
            </w:pPr>
            <w:r>
              <w:rPr>
                <w:sz w:val="21"/>
              </w:rPr>
              <w:t>S</w:t>
            </w:r>
          </w:p>
        </w:tc>
      </w:tr>
      <w:tr w:rsidR="00784220" w14:paraId="68655174" w14:textId="77777777" w:rsidTr="001000A2">
        <w:trPr>
          <w:cantSplit/>
          <w:jc w:val="center"/>
        </w:trPr>
        <w:tc>
          <w:tcPr>
            <w:tcW w:w="1080" w:type="dxa"/>
            <w:vAlign w:val="center"/>
          </w:tcPr>
          <w:p w14:paraId="68655170" w14:textId="77777777" w:rsidR="00784220" w:rsidRDefault="00784220">
            <w:pPr>
              <w:spacing w:line="240" w:lineRule="auto"/>
            </w:pPr>
          </w:p>
        </w:tc>
        <w:tc>
          <w:tcPr>
            <w:tcW w:w="2088" w:type="dxa"/>
            <w:vAlign w:val="center"/>
          </w:tcPr>
          <w:p w14:paraId="68655171" w14:textId="77777777" w:rsidR="00784220" w:rsidRDefault="00784220">
            <w:pPr>
              <w:spacing w:line="240" w:lineRule="auto"/>
            </w:pPr>
          </w:p>
        </w:tc>
        <w:tc>
          <w:tcPr>
            <w:tcW w:w="4752" w:type="dxa"/>
            <w:vAlign w:val="center"/>
          </w:tcPr>
          <w:p w14:paraId="68655172" w14:textId="77777777" w:rsidR="00784220" w:rsidRPr="00DC0907" w:rsidRDefault="00FE5BE6">
            <w:pPr>
              <w:spacing w:line="240" w:lineRule="auto"/>
            </w:pPr>
            <w:r w:rsidRPr="00DC0907">
              <w:rPr>
                <w:sz w:val="21"/>
              </w:rPr>
              <w:t>State Fire Marshal</w:t>
            </w:r>
          </w:p>
        </w:tc>
        <w:tc>
          <w:tcPr>
            <w:tcW w:w="1440" w:type="dxa"/>
            <w:vAlign w:val="center"/>
          </w:tcPr>
          <w:p w14:paraId="68655173" w14:textId="77777777" w:rsidR="00784220" w:rsidRDefault="00FE5BE6">
            <w:pPr>
              <w:spacing w:line="240" w:lineRule="auto"/>
              <w:jc w:val="center"/>
            </w:pPr>
            <w:r>
              <w:rPr>
                <w:sz w:val="21"/>
              </w:rPr>
              <w:t>S</w:t>
            </w:r>
          </w:p>
        </w:tc>
      </w:tr>
      <w:tr w:rsidR="00784220" w14:paraId="68655179" w14:textId="77777777" w:rsidTr="001000A2">
        <w:trPr>
          <w:cantSplit/>
          <w:jc w:val="center"/>
        </w:trPr>
        <w:tc>
          <w:tcPr>
            <w:tcW w:w="1080" w:type="dxa"/>
            <w:vAlign w:val="center"/>
          </w:tcPr>
          <w:p w14:paraId="68655175" w14:textId="77777777" w:rsidR="00784220" w:rsidRDefault="00784220">
            <w:pPr>
              <w:spacing w:line="240" w:lineRule="auto"/>
            </w:pPr>
          </w:p>
        </w:tc>
        <w:tc>
          <w:tcPr>
            <w:tcW w:w="2088" w:type="dxa"/>
            <w:vAlign w:val="center"/>
          </w:tcPr>
          <w:p w14:paraId="68655176" w14:textId="77777777" w:rsidR="00784220" w:rsidRDefault="00784220">
            <w:pPr>
              <w:spacing w:line="240" w:lineRule="auto"/>
            </w:pPr>
          </w:p>
        </w:tc>
        <w:tc>
          <w:tcPr>
            <w:tcW w:w="4752" w:type="dxa"/>
            <w:vAlign w:val="center"/>
          </w:tcPr>
          <w:p w14:paraId="68655177" w14:textId="77777777" w:rsidR="00784220" w:rsidRPr="00DC0907" w:rsidRDefault="00FE5BE6">
            <w:pPr>
              <w:spacing w:line="240" w:lineRule="auto"/>
            </w:pPr>
            <w:r w:rsidRPr="00DC0907">
              <w:rPr>
                <w:sz w:val="21"/>
              </w:rPr>
              <w:t>Louisiana Works</w:t>
            </w:r>
          </w:p>
        </w:tc>
        <w:tc>
          <w:tcPr>
            <w:tcW w:w="1440" w:type="dxa"/>
            <w:vAlign w:val="center"/>
          </w:tcPr>
          <w:p w14:paraId="68655178" w14:textId="77777777" w:rsidR="00784220" w:rsidRDefault="00FE5BE6">
            <w:pPr>
              <w:spacing w:line="240" w:lineRule="auto"/>
              <w:jc w:val="center"/>
            </w:pPr>
            <w:r>
              <w:rPr>
                <w:sz w:val="21"/>
              </w:rPr>
              <w:t>S</w:t>
            </w:r>
          </w:p>
        </w:tc>
      </w:tr>
      <w:tr w:rsidR="00784220" w14:paraId="6865517E" w14:textId="77777777" w:rsidTr="001000A2">
        <w:trPr>
          <w:cantSplit/>
          <w:jc w:val="center"/>
        </w:trPr>
        <w:tc>
          <w:tcPr>
            <w:tcW w:w="1080" w:type="dxa"/>
            <w:vAlign w:val="center"/>
          </w:tcPr>
          <w:p w14:paraId="6865517A" w14:textId="77777777" w:rsidR="00784220" w:rsidRDefault="00784220">
            <w:pPr>
              <w:spacing w:line="240" w:lineRule="auto"/>
            </w:pPr>
          </w:p>
        </w:tc>
        <w:tc>
          <w:tcPr>
            <w:tcW w:w="2088" w:type="dxa"/>
            <w:vAlign w:val="center"/>
          </w:tcPr>
          <w:p w14:paraId="6865517B" w14:textId="77777777" w:rsidR="00784220" w:rsidRDefault="00784220">
            <w:pPr>
              <w:spacing w:line="240" w:lineRule="auto"/>
            </w:pPr>
          </w:p>
        </w:tc>
        <w:tc>
          <w:tcPr>
            <w:tcW w:w="4752" w:type="dxa"/>
            <w:vAlign w:val="center"/>
          </w:tcPr>
          <w:p w14:paraId="6865517C" w14:textId="77777777" w:rsidR="00784220" w:rsidRPr="00DC0907" w:rsidRDefault="00FE5BE6">
            <w:pPr>
              <w:spacing w:line="240" w:lineRule="auto"/>
            </w:pPr>
            <w:r w:rsidRPr="00DC0907">
              <w:rPr>
                <w:sz w:val="21"/>
              </w:rPr>
              <w:t>Department of Transportation &amp; Development</w:t>
            </w:r>
          </w:p>
        </w:tc>
        <w:tc>
          <w:tcPr>
            <w:tcW w:w="1440" w:type="dxa"/>
            <w:vAlign w:val="center"/>
          </w:tcPr>
          <w:p w14:paraId="6865517D" w14:textId="77777777" w:rsidR="00784220" w:rsidRDefault="00FE5BE6">
            <w:pPr>
              <w:spacing w:line="240" w:lineRule="auto"/>
              <w:jc w:val="center"/>
            </w:pPr>
            <w:r>
              <w:rPr>
                <w:sz w:val="21"/>
              </w:rPr>
              <w:t>S</w:t>
            </w:r>
          </w:p>
        </w:tc>
      </w:tr>
      <w:tr w:rsidR="00784220" w14:paraId="68655183" w14:textId="77777777" w:rsidTr="001000A2">
        <w:trPr>
          <w:cantSplit/>
          <w:jc w:val="center"/>
        </w:trPr>
        <w:tc>
          <w:tcPr>
            <w:tcW w:w="1080" w:type="dxa"/>
            <w:vAlign w:val="center"/>
          </w:tcPr>
          <w:p w14:paraId="6865517F" w14:textId="77777777" w:rsidR="00784220" w:rsidRDefault="00784220">
            <w:pPr>
              <w:spacing w:line="240" w:lineRule="auto"/>
            </w:pPr>
          </w:p>
        </w:tc>
        <w:tc>
          <w:tcPr>
            <w:tcW w:w="2088" w:type="dxa"/>
            <w:vAlign w:val="center"/>
          </w:tcPr>
          <w:p w14:paraId="68655180" w14:textId="77777777" w:rsidR="00784220" w:rsidRDefault="00784220">
            <w:pPr>
              <w:spacing w:line="240" w:lineRule="auto"/>
            </w:pPr>
          </w:p>
        </w:tc>
        <w:tc>
          <w:tcPr>
            <w:tcW w:w="4752" w:type="dxa"/>
            <w:vAlign w:val="center"/>
          </w:tcPr>
          <w:p w14:paraId="68655181" w14:textId="77777777" w:rsidR="00784220" w:rsidRDefault="00FE5BE6">
            <w:pPr>
              <w:spacing w:line="240" w:lineRule="auto"/>
            </w:pPr>
            <w:r>
              <w:rPr>
                <w:sz w:val="21"/>
              </w:rPr>
              <w:t>Department of Veterans Affairs</w:t>
            </w:r>
          </w:p>
        </w:tc>
        <w:tc>
          <w:tcPr>
            <w:tcW w:w="1440" w:type="dxa"/>
            <w:vAlign w:val="center"/>
          </w:tcPr>
          <w:p w14:paraId="68655182" w14:textId="77777777" w:rsidR="00784220" w:rsidRDefault="00FE5BE6">
            <w:pPr>
              <w:spacing w:line="240" w:lineRule="auto"/>
              <w:jc w:val="center"/>
            </w:pPr>
            <w:r>
              <w:rPr>
                <w:sz w:val="21"/>
              </w:rPr>
              <w:t>S</w:t>
            </w:r>
          </w:p>
        </w:tc>
      </w:tr>
      <w:tr w:rsidR="00784220" w14:paraId="68655188" w14:textId="77777777" w:rsidTr="001000A2">
        <w:trPr>
          <w:cantSplit/>
          <w:jc w:val="center"/>
        </w:trPr>
        <w:tc>
          <w:tcPr>
            <w:tcW w:w="1080" w:type="dxa"/>
            <w:vAlign w:val="center"/>
          </w:tcPr>
          <w:p w14:paraId="68655184" w14:textId="77777777" w:rsidR="00784220" w:rsidRDefault="00784220">
            <w:pPr>
              <w:spacing w:line="240" w:lineRule="auto"/>
            </w:pPr>
          </w:p>
        </w:tc>
        <w:tc>
          <w:tcPr>
            <w:tcW w:w="2088" w:type="dxa"/>
            <w:vAlign w:val="center"/>
          </w:tcPr>
          <w:p w14:paraId="68655185" w14:textId="77777777" w:rsidR="00784220" w:rsidRDefault="00784220">
            <w:pPr>
              <w:spacing w:line="240" w:lineRule="auto"/>
            </w:pPr>
          </w:p>
        </w:tc>
        <w:tc>
          <w:tcPr>
            <w:tcW w:w="4752" w:type="dxa"/>
            <w:vAlign w:val="center"/>
          </w:tcPr>
          <w:p w14:paraId="68655186" w14:textId="77777777" w:rsidR="00784220" w:rsidRDefault="00FE5BE6">
            <w:pPr>
              <w:spacing w:line="240" w:lineRule="auto"/>
            </w:pPr>
            <w:r>
              <w:rPr>
                <w:sz w:val="21"/>
              </w:rPr>
              <w:t>Non-Governmental Organizations (NGO)</w:t>
            </w:r>
          </w:p>
        </w:tc>
        <w:tc>
          <w:tcPr>
            <w:tcW w:w="1440" w:type="dxa"/>
            <w:vAlign w:val="center"/>
          </w:tcPr>
          <w:p w14:paraId="68655187" w14:textId="77777777" w:rsidR="00784220" w:rsidRDefault="00FE5BE6">
            <w:pPr>
              <w:spacing w:line="240" w:lineRule="auto"/>
              <w:jc w:val="center"/>
            </w:pPr>
            <w:r>
              <w:rPr>
                <w:sz w:val="21"/>
              </w:rPr>
              <w:t>S</w:t>
            </w:r>
          </w:p>
        </w:tc>
      </w:tr>
      <w:tr w:rsidR="00784220" w14:paraId="68655192" w14:textId="77777777" w:rsidTr="001000A2">
        <w:trPr>
          <w:cantSplit/>
          <w:jc w:val="center"/>
        </w:trPr>
        <w:tc>
          <w:tcPr>
            <w:tcW w:w="1080" w:type="dxa"/>
            <w:vAlign w:val="center"/>
          </w:tcPr>
          <w:p w14:paraId="6865518E" w14:textId="77777777" w:rsidR="00784220" w:rsidRDefault="00FE5BE6">
            <w:pPr>
              <w:spacing w:line="240" w:lineRule="auto"/>
            </w:pPr>
            <w:r>
              <w:rPr>
                <w:b/>
                <w:sz w:val="21"/>
              </w:rPr>
              <w:t>ESF 9</w:t>
            </w:r>
          </w:p>
        </w:tc>
        <w:tc>
          <w:tcPr>
            <w:tcW w:w="2088" w:type="dxa"/>
            <w:vAlign w:val="center"/>
          </w:tcPr>
          <w:p w14:paraId="6865518F" w14:textId="77777777" w:rsidR="00784220" w:rsidRDefault="00FE5BE6">
            <w:pPr>
              <w:spacing w:line="240" w:lineRule="auto"/>
            </w:pPr>
            <w:r>
              <w:rPr>
                <w:sz w:val="21"/>
              </w:rPr>
              <w:t>Search &amp; Rescue</w:t>
            </w:r>
          </w:p>
        </w:tc>
        <w:tc>
          <w:tcPr>
            <w:tcW w:w="4752" w:type="dxa"/>
            <w:vAlign w:val="center"/>
          </w:tcPr>
          <w:p w14:paraId="68655190" w14:textId="77777777" w:rsidR="00784220" w:rsidRDefault="00FE5BE6">
            <w:pPr>
              <w:spacing w:line="240" w:lineRule="auto"/>
            </w:pPr>
            <w:r>
              <w:rPr>
                <w:sz w:val="21"/>
              </w:rPr>
              <w:t>Department of Wildlife and Fisheries</w:t>
            </w:r>
          </w:p>
        </w:tc>
        <w:tc>
          <w:tcPr>
            <w:tcW w:w="1440" w:type="dxa"/>
            <w:vAlign w:val="center"/>
          </w:tcPr>
          <w:p w14:paraId="68655191" w14:textId="77777777" w:rsidR="00784220" w:rsidRDefault="00FE5BE6">
            <w:pPr>
              <w:spacing w:line="240" w:lineRule="auto"/>
              <w:jc w:val="center"/>
            </w:pPr>
            <w:r>
              <w:rPr>
                <w:sz w:val="21"/>
              </w:rPr>
              <w:t>P</w:t>
            </w:r>
          </w:p>
        </w:tc>
      </w:tr>
      <w:tr w:rsidR="00784220" w14:paraId="68655197" w14:textId="77777777" w:rsidTr="001000A2">
        <w:trPr>
          <w:cantSplit/>
          <w:jc w:val="center"/>
        </w:trPr>
        <w:tc>
          <w:tcPr>
            <w:tcW w:w="1080" w:type="dxa"/>
            <w:vAlign w:val="center"/>
          </w:tcPr>
          <w:p w14:paraId="68655193" w14:textId="77777777" w:rsidR="00784220" w:rsidRDefault="00784220">
            <w:pPr>
              <w:spacing w:line="240" w:lineRule="auto"/>
            </w:pPr>
          </w:p>
        </w:tc>
        <w:tc>
          <w:tcPr>
            <w:tcW w:w="2088" w:type="dxa"/>
            <w:vAlign w:val="center"/>
          </w:tcPr>
          <w:p w14:paraId="68655194" w14:textId="77777777" w:rsidR="00784220" w:rsidRDefault="00784220">
            <w:pPr>
              <w:spacing w:line="240" w:lineRule="auto"/>
            </w:pPr>
          </w:p>
        </w:tc>
        <w:tc>
          <w:tcPr>
            <w:tcW w:w="4752" w:type="dxa"/>
            <w:vAlign w:val="center"/>
          </w:tcPr>
          <w:p w14:paraId="68655195" w14:textId="77777777" w:rsidR="00784220" w:rsidRDefault="00FE5BE6">
            <w:pPr>
              <w:spacing w:line="240" w:lineRule="auto"/>
            </w:pPr>
            <w:r>
              <w:rPr>
                <w:sz w:val="21"/>
              </w:rPr>
              <w:t>State Fire Marshal</w:t>
            </w:r>
          </w:p>
        </w:tc>
        <w:tc>
          <w:tcPr>
            <w:tcW w:w="1440" w:type="dxa"/>
            <w:vAlign w:val="center"/>
          </w:tcPr>
          <w:p w14:paraId="68655196" w14:textId="77777777" w:rsidR="00784220" w:rsidRDefault="00FE5BE6">
            <w:pPr>
              <w:spacing w:line="240" w:lineRule="auto"/>
              <w:jc w:val="center"/>
            </w:pPr>
            <w:r>
              <w:rPr>
                <w:sz w:val="21"/>
              </w:rPr>
              <w:t>P</w:t>
            </w:r>
          </w:p>
        </w:tc>
      </w:tr>
      <w:tr w:rsidR="00784220" w14:paraId="6865519C" w14:textId="77777777" w:rsidTr="001000A2">
        <w:trPr>
          <w:cantSplit/>
          <w:jc w:val="center"/>
        </w:trPr>
        <w:tc>
          <w:tcPr>
            <w:tcW w:w="1080" w:type="dxa"/>
            <w:vAlign w:val="center"/>
          </w:tcPr>
          <w:p w14:paraId="68655198" w14:textId="77777777" w:rsidR="00784220" w:rsidRDefault="00784220">
            <w:pPr>
              <w:spacing w:line="240" w:lineRule="auto"/>
            </w:pPr>
          </w:p>
        </w:tc>
        <w:tc>
          <w:tcPr>
            <w:tcW w:w="2088" w:type="dxa"/>
            <w:vAlign w:val="center"/>
          </w:tcPr>
          <w:p w14:paraId="68655199" w14:textId="77777777" w:rsidR="00784220" w:rsidRDefault="00784220">
            <w:pPr>
              <w:spacing w:line="240" w:lineRule="auto"/>
            </w:pPr>
          </w:p>
        </w:tc>
        <w:tc>
          <w:tcPr>
            <w:tcW w:w="4752" w:type="dxa"/>
            <w:vAlign w:val="center"/>
          </w:tcPr>
          <w:p w14:paraId="6865519A" w14:textId="77777777" w:rsidR="00784220" w:rsidRDefault="00FE5BE6">
            <w:pPr>
              <w:spacing w:line="240" w:lineRule="auto"/>
            </w:pPr>
            <w:r>
              <w:rPr>
                <w:sz w:val="21"/>
              </w:rPr>
              <w:t>Louisiana National Guard</w:t>
            </w:r>
          </w:p>
        </w:tc>
        <w:tc>
          <w:tcPr>
            <w:tcW w:w="1440" w:type="dxa"/>
            <w:vAlign w:val="center"/>
          </w:tcPr>
          <w:p w14:paraId="6865519B" w14:textId="77777777" w:rsidR="00784220" w:rsidRDefault="00FE5BE6">
            <w:pPr>
              <w:spacing w:line="240" w:lineRule="auto"/>
              <w:jc w:val="center"/>
            </w:pPr>
            <w:r>
              <w:rPr>
                <w:sz w:val="21"/>
              </w:rPr>
              <w:t>S</w:t>
            </w:r>
          </w:p>
        </w:tc>
      </w:tr>
      <w:tr w:rsidR="00784220" w14:paraId="686551A1" w14:textId="77777777" w:rsidTr="001000A2">
        <w:trPr>
          <w:cantSplit/>
          <w:jc w:val="center"/>
        </w:trPr>
        <w:tc>
          <w:tcPr>
            <w:tcW w:w="1080" w:type="dxa"/>
            <w:vAlign w:val="center"/>
          </w:tcPr>
          <w:p w14:paraId="6865519D" w14:textId="77777777" w:rsidR="00784220" w:rsidRDefault="00784220">
            <w:pPr>
              <w:spacing w:line="240" w:lineRule="auto"/>
            </w:pPr>
          </w:p>
        </w:tc>
        <w:tc>
          <w:tcPr>
            <w:tcW w:w="2088" w:type="dxa"/>
            <w:vAlign w:val="center"/>
          </w:tcPr>
          <w:p w14:paraId="6865519E" w14:textId="77777777" w:rsidR="00784220" w:rsidRDefault="00784220">
            <w:pPr>
              <w:spacing w:line="240" w:lineRule="auto"/>
            </w:pPr>
          </w:p>
        </w:tc>
        <w:tc>
          <w:tcPr>
            <w:tcW w:w="4752" w:type="dxa"/>
            <w:vAlign w:val="center"/>
          </w:tcPr>
          <w:p w14:paraId="6865519F" w14:textId="77777777" w:rsidR="00784220" w:rsidRDefault="00FE5BE6">
            <w:pPr>
              <w:spacing w:line="240" w:lineRule="auto"/>
            </w:pPr>
            <w:r>
              <w:rPr>
                <w:sz w:val="21"/>
              </w:rPr>
              <w:t>Department of Agriculture and Forestry</w:t>
            </w:r>
          </w:p>
        </w:tc>
        <w:tc>
          <w:tcPr>
            <w:tcW w:w="1440" w:type="dxa"/>
            <w:vAlign w:val="center"/>
          </w:tcPr>
          <w:p w14:paraId="686551A0" w14:textId="77777777" w:rsidR="00784220" w:rsidRDefault="00FE5BE6">
            <w:pPr>
              <w:spacing w:line="240" w:lineRule="auto"/>
              <w:jc w:val="center"/>
            </w:pPr>
            <w:r>
              <w:rPr>
                <w:sz w:val="21"/>
              </w:rPr>
              <w:t>S</w:t>
            </w:r>
          </w:p>
        </w:tc>
      </w:tr>
      <w:tr w:rsidR="00784220" w14:paraId="686551A6" w14:textId="77777777" w:rsidTr="001000A2">
        <w:trPr>
          <w:cantSplit/>
          <w:jc w:val="center"/>
        </w:trPr>
        <w:tc>
          <w:tcPr>
            <w:tcW w:w="1080" w:type="dxa"/>
            <w:vAlign w:val="center"/>
          </w:tcPr>
          <w:p w14:paraId="686551A2" w14:textId="77777777" w:rsidR="00784220" w:rsidRDefault="00784220">
            <w:pPr>
              <w:spacing w:line="240" w:lineRule="auto"/>
            </w:pPr>
          </w:p>
        </w:tc>
        <w:tc>
          <w:tcPr>
            <w:tcW w:w="2088" w:type="dxa"/>
            <w:vAlign w:val="center"/>
          </w:tcPr>
          <w:p w14:paraId="686551A3" w14:textId="77777777" w:rsidR="00784220" w:rsidRDefault="00784220">
            <w:pPr>
              <w:spacing w:line="240" w:lineRule="auto"/>
            </w:pPr>
          </w:p>
        </w:tc>
        <w:tc>
          <w:tcPr>
            <w:tcW w:w="4752" w:type="dxa"/>
            <w:vAlign w:val="center"/>
          </w:tcPr>
          <w:p w14:paraId="686551A4" w14:textId="77777777" w:rsidR="00784220" w:rsidRDefault="00FE5BE6">
            <w:pPr>
              <w:spacing w:line="240" w:lineRule="auto"/>
            </w:pPr>
            <w:r>
              <w:rPr>
                <w:sz w:val="21"/>
              </w:rPr>
              <w:t>Louisiana Department of Health</w:t>
            </w:r>
          </w:p>
        </w:tc>
        <w:tc>
          <w:tcPr>
            <w:tcW w:w="1440" w:type="dxa"/>
            <w:vAlign w:val="center"/>
          </w:tcPr>
          <w:p w14:paraId="686551A5" w14:textId="77777777" w:rsidR="00784220" w:rsidRDefault="00FE5BE6">
            <w:pPr>
              <w:spacing w:line="240" w:lineRule="auto"/>
              <w:jc w:val="center"/>
            </w:pPr>
            <w:r>
              <w:rPr>
                <w:sz w:val="21"/>
              </w:rPr>
              <w:t>S</w:t>
            </w:r>
          </w:p>
        </w:tc>
      </w:tr>
      <w:tr w:rsidR="00784220" w14:paraId="686551AB" w14:textId="77777777" w:rsidTr="001000A2">
        <w:trPr>
          <w:cantSplit/>
          <w:jc w:val="center"/>
        </w:trPr>
        <w:tc>
          <w:tcPr>
            <w:tcW w:w="1080" w:type="dxa"/>
            <w:vAlign w:val="center"/>
          </w:tcPr>
          <w:p w14:paraId="686551A7" w14:textId="77777777" w:rsidR="00784220" w:rsidRDefault="00784220">
            <w:pPr>
              <w:spacing w:line="240" w:lineRule="auto"/>
            </w:pPr>
          </w:p>
        </w:tc>
        <w:tc>
          <w:tcPr>
            <w:tcW w:w="2088" w:type="dxa"/>
            <w:vAlign w:val="center"/>
          </w:tcPr>
          <w:p w14:paraId="686551A8" w14:textId="77777777" w:rsidR="00784220" w:rsidRDefault="00784220">
            <w:pPr>
              <w:spacing w:line="240" w:lineRule="auto"/>
            </w:pPr>
          </w:p>
        </w:tc>
        <w:tc>
          <w:tcPr>
            <w:tcW w:w="4752" w:type="dxa"/>
            <w:vAlign w:val="center"/>
          </w:tcPr>
          <w:p w14:paraId="686551A9" w14:textId="77777777" w:rsidR="00784220" w:rsidRDefault="00FE5BE6">
            <w:pPr>
              <w:spacing w:line="240" w:lineRule="auto"/>
            </w:pPr>
            <w:r>
              <w:rPr>
                <w:sz w:val="21"/>
              </w:rPr>
              <w:t>Department of Corrections</w:t>
            </w:r>
          </w:p>
        </w:tc>
        <w:tc>
          <w:tcPr>
            <w:tcW w:w="1440" w:type="dxa"/>
            <w:vAlign w:val="center"/>
          </w:tcPr>
          <w:p w14:paraId="686551AA" w14:textId="77777777" w:rsidR="00784220" w:rsidRDefault="00FE5BE6">
            <w:pPr>
              <w:spacing w:line="240" w:lineRule="auto"/>
              <w:jc w:val="center"/>
            </w:pPr>
            <w:r>
              <w:rPr>
                <w:sz w:val="21"/>
              </w:rPr>
              <w:t>S</w:t>
            </w:r>
          </w:p>
        </w:tc>
      </w:tr>
      <w:tr w:rsidR="00784220" w14:paraId="686551B0" w14:textId="77777777" w:rsidTr="001000A2">
        <w:trPr>
          <w:cantSplit/>
          <w:jc w:val="center"/>
        </w:trPr>
        <w:tc>
          <w:tcPr>
            <w:tcW w:w="1080" w:type="dxa"/>
            <w:vAlign w:val="center"/>
          </w:tcPr>
          <w:p w14:paraId="686551AC" w14:textId="77777777" w:rsidR="00784220" w:rsidRDefault="00784220">
            <w:pPr>
              <w:spacing w:line="240" w:lineRule="auto"/>
            </w:pPr>
          </w:p>
        </w:tc>
        <w:tc>
          <w:tcPr>
            <w:tcW w:w="2088" w:type="dxa"/>
            <w:vAlign w:val="center"/>
          </w:tcPr>
          <w:p w14:paraId="686551AD" w14:textId="77777777" w:rsidR="00784220" w:rsidRDefault="00784220">
            <w:pPr>
              <w:spacing w:line="240" w:lineRule="auto"/>
            </w:pPr>
          </w:p>
        </w:tc>
        <w:tc>
          <w:tcPr>
            <w:tcW w:w="4752" w:type="dxa"/>
            <w:vAlign w:val="center"/>
          </w:tcPr>
          <w:p w14:paraId="686551AE" w14:textId="77777777" w:rsidR="00784220" w:rsidRDefault="00FE5BE6">
            <w:pPr>
              <w:spacing w:line="240" w:lineRule="auto"/>
            </w:pPr>
            <w:r>
              <w:rPr>
                <w:sz w:val="21"/>
              </w:rPr>
              <w:t>Department of Culture, Recreation, &amp; Tourism</w:t>
            </w:r>
          </w:p>
        </w:tc>
        <w:tc>
          <w:tcPr>
            <w:tcW w:w="1440" w:type="dxa"/>
            <w:vAlign w:val="center"/>
          </w:tcPr>
          <w:p w14:paraId="686551AF" w14:textId="77777777" w:rsidR="00784220" w:rsidRDefault="00FE5BE6">
            <w:pPr>
              <w:spacing w:line="240" w:lineRule="auto"/>
              <w:jc w:val="center"/>
            </w:pPr>
            <w:r>
              <w:rPr>
                <w:sz w:val="21"/>
              </w:rPr>
              <w:t>S</w:t>
            </w:r>
          </w:p>
        </w:tc>
      </w:tr>
      <w:tr w:rsidR="00784220" w14:paraId="686551B5" w14:textId="77777777" w:rsidTr="001000A2">
        <w:trPr>
          <w:cantSplit/>
          <w:jc w:val="center"/>
        </w:trPr>
        <w:tc>
          <w:tcPr>
            <w:tcW w:w="1080" w:type="dxa"/>
            <w:vAlign w:val="center"/>
          </w:tcPr>
          <w:p w14:paraId="686551B1" w14:textId="77777777" w:rsidR="00784220" w:rsidRDefault="00784220">
            <w:pPr>
              <w:spacing w:line="240" w:lineRule="auto"/>
            </w:pPr>
          </w:p>
        </w:tc>
        <w:tc>
          <w:tcPr>
            <w:tcW w:w="2088" w:type="dxa"/>
            <w:vAlign w:val="center"/>
          </w:tcPr>
          <w:p w14:paraId="686551B2" w14:textId="77777777" w:rsidR="00784220" w:rsidRDefault="00784220">
            <w:pPr>
              <w:spacing w:line="240" w:lineRule="auto"/>
            </w:pPr>
          </w:p>
        </w:tc>
        <w:tc>
          <w:tcPr>
            <w:tcW w:w="4752" w:type="dxa"/>
            <w:vAlign w:val="center"/>
          </w:tcPr>
          <w:p w14:paraId="686551B3" w14:textId="77777777" w:rsidR="00784220" w:rsidRDefault="00FE5BE6">
            <w:pPr>
              <w:spacing w:line="240" w:lineRule="auto"/>
            </w:pPr>
            <w:r>
              <w:rPr>
                <w:sz w:val="21"/>
              </w:rPr>
              <w:t>Louisiana State Police</w:t>
            </w:r>
          </w:p>
        </w:tc>
        <w:tc>
          <w:tcPr>
            <w:tcW w:w="1440" w:type="dxa"/>
            <w:vAlign w:val="center"/>
          </w:tcPr>
          <w:p w14:paraId="686551B4" w14:textId="77777777" w:rsidR="00784220" w:rsidRDefault="00FE5BE6">
            <w:pPr>
              <w:spacing w:line="240" w:lineRule="auto"/>
              <w:jc w:val="center"/>
            </w:pPr>
            <w:r>
              <w:rPr>
                <w:sz w:val="21"/>
              </w:rPr>
              <w:t>S</w:t>
            </w:r>
          </w:p>
        </w:tc>
      </w:tr>
      <w:tr w:rsidR="00784220" w14:paraId="686551BA" w14:textId="77777777" w:rsidTr="001000A2">
        <w:trPr>
          <w:cantSplit/>
          <w:jc w:val="center"/>
        </w:trPr>
        <w:tc>
          <w:tcPr>
            <w:tcW w:w="1080" w:type="dxa"/>
            <w:vAlign w:val="center"/>
          </w:tcPr>
          <w:p w14:paraId="686551B6" w14:textId="77777777" w:rsidR="00784220" w:rsidRDefault="00784220">
            <w:pPr>
              <w:spacing w:line="240" w:lineRule="auto"/>
            </w:pPr>
          </w:p>
        </w:tc>
        <w:tc>
          <w:tcPr>
            <w:tcW w:w="2088" w:type="dxa"/>
            <w:vAlign w:val="center"/>
          </w:tcPr>
          <w:p w14:paraId="686551B7" w14:textId="77777777" w:rsidR="00784220" w:rsidRDefault="00784220">
            <w:pPr>
              <w:spacing w:line="240" w:lineRule="auto"/>
            </w:pPr>
          </w:p>
        </w:tc>
        <w:tc>
          <w:tcPr>
            <w:tcW w:w="4752" w:type="dxa"/>
            <w:vAlign w:val="center"/>
          </w:tcPr>
          <w:p w14:paraId="686551B8" w14:textId="77777777" w:rsidR="00784220" w:rsidRDefault="00FE5BE6">
            <w:pPr>
              <w:spacing w:line="240" w:lineRule="auto"/>
            </w:pPr>
            <w:r>
              <w:rPr>
                <w:sz w:val="21"/>
              </w:rPr>
              <w:t>Department of Transportation and Development</w:t>
            </w:r>
          </w:p>
        </w:tc>
        <w:tc>
          <w:tcPr>
            <w:tcW w:w="1440" w:type="dxa"/>
            <w:vAlign w:val="center"/>
          </w:tcPr>
          <w:p w14:paraId="686551B9" w14:textId="77777777" w:rsidR="00784220" w:rsidRDefault="00FE5BE6">
            <w:pPr>
              <w:spacing w:line="240" w:lineRule="auto"/>
              <w:jc w:val="center"/>
            </w:pPr>
            <w:r>
              <w:rPr>
                <w:sz w:val="21"/>
              </w:rPr>
              <w:t>S</w:t>
            </w:r>
          </w:p>
        </w:tc>
      </w:tr>
      <w:tr w:rsidR="00784220" w14:paraId="686551BF" w14:textId="77777777" w:rsidTr="001000A2">
        <w:trPr>
          <w:cantSplit/>
          <w:jc w:val="center"/>
        </w:trPr>
        <w:tc>
          <w:tcPr>
            <w:tcW w:w="1080" w:type="dxa"/>
            <w:vAlign w:val="center"/>
          </w:tcPr>
          <w:p w14:paraId="686551BB" w14:textId="77777777" w:rsidR="00784220" w:rsidRDefault="00784220">
            <w:pPr>
              <w:spacing w:line="240" w:lineRule="auto"/>
            </w:pPr>
          </w:p>
        </w:tc>
        <w:tc>
          <w:tcPr>
            <w:tcW w:w="2088" w:type="dxa"/>
            <w:vAlign w:val="center"/>
          </w:tcPr>
          <w:p w14:paraId="686551BC" w14:textId="77777777" w:rsidR="00784220" w:rsidRDefault="00784220">
            <w:pPr>
              <w:spacing w:line="240" w:lineRule="auto"/>
            </w:pPr>
          </w:p>
        </w:tc>
        <w:tc>
          <w:tcPr>
            <w:tcW w:w="4752" w:type="dxa"/>
            <w:vAlign w:val="center"/>
          </w:tcPr>
          <w:p w14:paraId="686551BD" w14:textId="77777777" w:rsidR="00784220" w:rsidRDefault="00FE5BE6">
            <w:pPr>
              <w:spacing w:line="240" w:lineRule="auto"/>
            </w:pPr>
            <w:r>
              <w:rPr>
                <w:sz w:val="21"/>
              </w:rPr>
              <w:t>Louisiana State University Fire and Emergency Training Institute</w:t>
            </w:r>
          </w:p>
        </w:tc>
        <w:tc>
          <w:tcPr>
            <w:tcW w:w="1440" w:type="dxa"/>
            <w:vAlign w:val="center"/>
          </w:tcPr>
          <w:p w14:paraId="686551BE" w14:textId="77777777" w:rsidR="00784220" w:rsidRDefault="00FE5BE6">
            <w:pPr>
              <w:spacing w:line="240" w:lineRule="auto"/>
              <w:jc w:val="center"/>
            </w:pPr>
            <w:r>
              <w:rPr>
                <w:sz w:val="21"/>
              </w:rPr>
              <w:t>S</w:t>
            </w:r>
          </w:p>
        </w:tc>
      </w:tr>
      <w:tr w:rsidR="00784220" w14:paraId="686551C4" w14:textId="77777777" w:rsidTr="001000A2">
        <w:trPr>
          <w:cantSplit/>
          <w:jc w:val="center"/>
        </w:trPr>
        <w:tc>
          <w:tcPr>
            <w:tcW w:w="1080" w:type="dxa"/>
            <w:vAlign w:val="center"/>
          </w:tcPr>
          <w:p w14:paraId="686551C0" w14:textId="77777777" w:rsidR="00784220" w:rsidRDefault="00784220">
            <w:pPr>
              <w:spacing w:line="240" w:lineRule="auto"/>
            </w:pPr>
          </w:p>
        </w:tc>
        <w:tc>
          <w:tcPr>
            <w:tcW w:w="2088" w:type="dxa"/>
            <w:vAlign w:val="center"/>
          </w:tcPr>
          <w:p w14:paraId="686551C1" w14:textId="77777777" w:rsidR="00784220" w:rsidRDefault="00784220">
            <w:pPr>
              <w:spacing w:line="240" w:lineRule="auto"/>
            </w:pPr>
          </w:p>
        </w:tc>
        <w:tc>
          <w:tcPr>
            <w:tcW w:w="4752" w:type="dxa"/>
            <w:vAlign w:val="center"/>
          </w:tcPr>
          <w:p w14:paraId="686551C2" w14:textId="77777777" w:rsidR="00784220" w:rsidRDefault="00FE5BE6">
            <w:pPr>
              <w:spacing w:line="240" w:lineRule="auto"/>
            </w:pPr>
            <w:r>
              <w:rPr>
                <w:sz w:val="21"/>
              </w:rPr>
              <w:t>Department of Revenue - Office of Alcohol and Tobacco Control</w:t>
            </w:r>
          </w:p>
        </w:tc>
        <w:tc>
          <w:tcPr>
            <w:tcW w:w="1440" w:type="dxa"/>
            <w:vAlign w:val="center"/>
          </w:tcPr>
          <w:p w14:paraId="686551C3" w14:textId="77777777" w:rsidR="00784220" w:rsidRDefault="00FE5BE6">
            <w:pPr>
              <w:spacing w:line="240" w:lineRule="auto"/>
              <w:jc w:val="center"/>
            </w:pPr>
            <w:r>
              <w:rPr>
                <w:sz w:val="21"/>
              </w:rPr>
              <w:t>S</w:t>
            </w:r>
          </w:p>
        </w:tc>
      </w:tr>
      <w:tr w:rsidR="00784220" w14:paraId="686551C9" w14:textId="77777777" w:rsidTr="001000A2">
        <w:trPr>
          <w:cantSplit/>
          <w:jc w:val="center"/>
        </w:trPr>
        <w:tc>
          <w:tcPr>
            <w:tcW w:w="1080" w:type="dxa"/>
            <w:vAlign w:val="center"/>
          </w:tcPr>
          <w:p w14:paraId="686551C5" w14:textId="77777777" w:rsidR="00784220" w:rsidRDefault="00784220">
            <w:pPr>
              <w:spacing w:line="240" w:lineRule="auto"/>
            </w:pPr>
          </w:p>
        </w:tc>
        <w:tc>
          <w:tcPr>
            <w:tcW w:w="2088" w:type="dxa"/>
            <w:vAlign w:val="center"/>
          </w:tcPr>
          <w:p w14:paraId="686551C6" w14:textId="77777777" w:rsidR="00784220" w:rsidRDefault="00784220">
            <w:pPr>
              <w:spacing w:line="240" w:lineRule="auto"/>
            </w:pPr>
          </w:p>
        </w:tc>
        <w:tc>
          <w:tcPr>
            <w:tcW w:w="4752" w:type="dxa"/>
            <w:vAlign w:val="center"/>
          </w:tcPr>
          <w:p w14:paraId="686551C7" w14:textId="77777777" w:rsidR="00784220" w:rsidRDefault="00FE5BE6">
            <w:pPr>
              <w:spacing w:line="240" w:lineRule="auto"/>
            </w:pPr>
            <w:r>
              <w:rPr>
                <w:sz w:val="21"/>
              </w:rPr>
              <w:t>Office of the Lieutenant Governor</w:t>
            </w:r>
          </w:p>
        </w:tc>
        <w:tc>
          <w:tcPr>
            <w:tcW w:w="1440" w:type="dxa"/>
            <w:vAlign w:val="center"/>
          </w:tcPr>
          <w:p w14:paraId="686551C8" w14:textId="77777777" w:rsidR="00784220" w:rsidRDefault="00FE5BE6">
            <w:pPr>
              <w:spacing w:line="240" w:lineRule="auto"/>
              <w:jc w:val="center"/>
            </w:pPr>
            <w:r>
              <w:rPr>
                <w:sz w:val="21"/>
              </w:rPr>
              <w:t>S</w:t>
            </w:r>
          </w:p>
        </w:tc>
      </w:tr>
      <w:tr w:rsidR="00784220" w14:paraId="686551CE" w14:textId="77777777" w:rsidTr="001000A2">
        <w:trPr>
          <w:cantSplit/>
          <w:jc w:val="center"/>
        </w:trPr>
        <w:tc>
          <w:tcPr>
            <w:tcW w:w="1080" w:type="dxa"/>
            <w:vAlign w:val="center"/>
          </w:tcPr>
          <w:p w14:paraId="686551CA" w14:textId="77777777" w:rsidR="00784220" w:rsidRDefault="00784220">
            <w:pPr>
              <w:spacing w:line="240" w:lineRule="auto"/>
            </w:pPr>
          </w:p>
        </w:tc>
        <w:tc>
          <w:tcPr>
            <w:tcW w:w="2088" w:type="dxa"/>
            <w:vAlign w:val="center"/>
          </w:tcPr>
          <w:p w14:paraId="686551CB" w14:textId="77777777" w:rsidR="00784220" w:rsidRDefault="00784220">
            <w:pPr>
              <w:spacing w:line="240" w:lineRule="auto"/>
            </w:pPr>
          </w:p>
        </w:tc>
        <w:tc>
          <w:tcPr>
            <w:tcW w:w="4752" w:type="dxa"/>
            <w:vAlign w:val="center"/>
          </w:tcPr>
          <w:p w14:paraId="686551CC" w14:textId="77777777" w:rsidR="00784220" w:rsidRDefault="00FE5BE6">
            <w:pPr>
              <w:spacing w:line="240" w:lineRule="auto"/>
            </w:pPr>
            <w:r>
              <w:rPr>
                <w:sz w:val="21"/>
              </w:rPr>
              <w:t>Non-Governmental Organizations (NGO)</w:t>
            </w:r>
          </w:p>
        </w:tc>
        <w:tc>
          <w:tcPr>
            <w:tcW w:w="1440" w:type="dxa"/>
            <w:vAlign w:val="center"/>
          </w:tcPr>
          <w:p w14:paraId="686551CD" w14:textId="77777777" w:rsidR="00784220" w:rsidRDefault="00FE5BE6">
            <w:pPr>
              <w:spacing w:line="240" w:lineRule="auto"/>
              <w:jc w:val="center"/>
            </w:pPr>
            <w:r>
              <w:rPr>
                <w:sz w:val="21"/>
              </w:rPr>
              <w:t>S</w:t>
            </w:r>
          </w:p>
        </w:tc>
      </w:tr>
      <w:tr w:rsidR="00784220" w14:paraId="686551D3" w14:textId="77777777" w:rsidTr="001000A2">
        <w:trPr>
          <w:cantSplit/>
          <w:jc w:val="center"/>
        </w:trPr>
        <w:tc>
          <w:tcPr>
            <w:tcW w:w="1080" w:type="dxa"/>
            <w:vAlign w:val="center"/>
          </w:tcPr>
          <w:p w14:paraId="686551CF" w14:textId="77777777" w:rsidR="00784220" w:rsidRDefault="00784220">
            <w:pPr>
              <w:spacing w:line="240" w:lineRule="auto"/>
            </w:pPr>
          </w:p>
        </w:tc>
        <w:tc>
          <w:tcPr>
            <w:tcW w:w="2088" w:type="dxa"/>
            <w:vAlign w:val="center"/>
          </w:tcPr>
          <w:p w14:paraId="686551D0" w14:textId="77777777" w:rsidR="00784220" w:rsidRDefault="00784220">
            <w:pPr>
              <w:spacing w:line="240" w:lineRule="auto"/>
            </w:pPr>
          </w:p>
        </w:tc>
        <w:tc>
          <w:tcPr>
            <w:tcW w:w="4752" w:type="dxa"/>
            <w:vAlign w:val="center"/>
          </w:tcPr>
          <w:p w14:paraId="686551D1" w14:textId="77777777" w:rsidR="00784220" w:rsidRDefault="00784220">
            <w:pPr>
              <w:spacing w:line="240" w:lineRule="auto"/>
            </w:pPr>
          </w:p>
        </w:tc>
        <w:tc>
          <w:tcPr>
            <w:tcW w:w="1440" w:type="dxa"/>
            <w:vAlign w:val="center"/>
          </w:tcPr>
          <w:p w14:paraId="686551D2" w14:textId="77777777" w:rsidR="00784220" w:rsidRDefault="00784220">
            <w:pPr>
              <w:spacing w:line="240" w:lineRule="auto"/>
              <w:jc w:val="center"/>
            </w:pPr>
          </w:p>
        </w:tc>
      </w:tr>
      <w:tr w:rsidR="00784220" w14:paraId="686551D8" w14:textId="77777777" w:rsidTr="001000A2">
        <w:trPr>
          <w:cantSplit/>
          <w:jc w:val="center"/>
        </w:trPr>
        <w:tc>
          <w:tcPr>
            <w:tcW w:w="1080" w:type="dxa"/>
            <w:vAlign w:val="center"/>
          </w:tcPr>
          <w:p w14:paraId="686551D4" w14:textId="77777777" w:rsidR="00784220" w:rsidRDefault="00FE5BE6">
            <w:pPr>
              <w:spacing w:line="240" w:lineRule="auto"/>
            </w:pPr>
            <w:r>
              <w:rPr>
                <w:b/>
                <w:sz w:val="21"/>
              </w:rPr>
              <w:t>ESF 10</w:t>
            </w:r>
          </w:p>
        </w:tc>
        <w:tc>
          <w:tcPr>
            <w:tcW w:w="2088" w:type="dxa"/>
            <w:vAlign w:val="center"/>
          </w:tcPr>
          <w:p w14:paraId="686551D5" w14:textId="77777777" w:rsidR="00784220" w:rsidRDefault="00FE5BE6">
            <w:pPr>
              <w:spacing w:line="240" w:lineRule="auto"/>
            </w:pPr>
            <w:r>
              <w:rPr>
                <w:sz w:val="21"/>
              </w:rPr>
              <w:t>Oil Spill, Hazardous Materials and Radiological</w:t>
            </w:r>
          </w:p>
        </w:tc>
        <w:tc>
          <w:tcPr>
            <w:tcW w:w="4752" w:type="dxa"/>
            <w:vAlign w:val="center"/>
          </w:tcPr>
          <w:p w14:paraId="686551D6" w14:textId="77777777" w:rsidR="00784220" w:rsidRDefault="00FE5BE6">
            <w:pPr>
              <w:spacing w:line="240" w:lineRule="auto"/>
            </w:pPr>
            <w:r>
              <w:rPr>
                <w:sz w:val="21"/>
              </w:rPr>
              <w:t>Louisiana State Police</w:t>
            </w:r>
          </w:p>
        </w:tc>
        <w:tc>
          <w:tcPr>
            <w:tcW w:w="1440" w:type="dxa"/>
            <w:vAlign w:val="center"/>
          </w:tcPr>
          <w:p w14:paraId="686551D7" w14:textId="77777777" w:rsidR="00784220" w:rsidRDefault="00FE5BE6">
            <w:pPr>
              <w:spacing w:line="240" w:lineRule="auto"/>
              <w:jc w:val="center"/>
            </w:pPr>
            <w:r>
              <w:rPr>
                <w:sz w:val="21"/>
              </w:rPr>
              <w:t>P</w:t>
            </w:r>
          </w:p>
        </w:tc>
      </w:tr>
      <w:tr w:rsidR="00784220" w14:paraId="686551DD" w14:textId="77777777" w:rsidTr="001000A2">
        <w:trPr>
          <w:cantSplit/>
          <w:jc w:val="center"/>
        </w:trPr>
        <w:tc>
          <w:tcPr>
            <w:tcW w:w="1080" w:type="dxa"/>
            <w:vAlign w:val="center"/>
          </w:tcPr>
          <w:p w14:paraId="686551D9" w14:textId="77777777" w:rsidR="00784220" w:rsidRDefault="00784220">
            <w:pPr>
              <w:spacing w:line="240" w:lineRule="auto"/>
            </w:pPr>
          </w:p>
        </w:tc>
        <w:tc>
          <w:tcPr>
            <w:tcW w:w="2088" w:type="dxa"/>
            <w:vAlign w:val="center"/>
          </w:tcPr>
          <w:p w14:paraId="686551DA" w14:textId="77777777" w:rsidR="00784220" w:rsidRDefault="00784220">
            <w:pPr>
              <w:spacing w:line="240" w:lineRule="auto"/>
            </w:pPr>
          </w:p>
        </w:tc>
        <w:tc>
          <w:tcPr>
            <w:tcW w:w="4752" w:type="dxa"/>
            <w:vAlign w:val="center"/>
          </w:tcPr>
          <w:p w14:paraId="686551DB" w14:textId="77777777" w:rsidR="00784220" w:rsidRDefault="00FE5BE6">
            <w:pPr>
              <w:spacing w:line="240" w:lineRule="auto"/>
            </w:pPr>
            <w:r>
              <w:rPr>
                <w:sz w:val="21"/>
              </w:rPr>
              <w:t>Department of Environmental Quality</w:t>
            </w:r>
          </w:p>
        </w:tc>
        <w:tc>
          <w:tcPr>
            <w:tcW w:w="1440" w:type="dxa"/>
            <w:vAlign w:val="center"/>
          </w:tcPr>
          <w:p w14:paraId="686551DC" w14:textId="77777777" w:rsidR="00784220" w:rsidRDefault="00FE5BE6">
            <w:pPr>
              <w:spacing w:line="240" w:lineRule="auto"/>
              <w:jc w:val="center"/>
            </w:pPr>
            <w:r>
              <w:rPr>
                <w:sz w:val="21"/>
              </w:rPr>
              <w:t>P</w:t>
            </w:r>
          </w:p>
        </w:tc>
      </w:tr>
      <w:tr w:rsidR="00784220" w14:paraId="686551E2" w14:textId="77777777" w:rsidTr="001000A2">
        <w:trPr>
          <w:cantSplit/>
          <w:jc w:val="center"/>
        </w:trPr>
        <w:tc>
          <w:tcPr>
            <w:tcW w:w="1080" w:type="dxa"/>
            <w:vAlign w:val="center"/>
          </w:tcPr>
          <w:p w14:paraId="686551DE" w14:textId="77777777" w:rsidR="00784220" w:rsidRDefault="00784220">
            <w:pPr>
              <w:spacing w:line="240" w:lineRule="auto"/>
            </w:pPr>
          </w:p>
        </w:tc>
        <w:tc>
          <w:tcPr>
            <w:tcW w:w="2088" w:type="dxa"/>
            <w:vAlign w:val="center"/>
          </w:tcPr>
          <w:p w14:paraId="686551DF" w14:textId="77777777" w:rsidR="00784220" w:rsidRDefault="00784220">
            <w:pPr>
              <w:spacing w:line="240" w:lineRule="auto"/>
            </w:pPr>
          </w:p>
        </w:tc>
        <w:tc>
          <w:tcPr>
            <w:tcW w:w="4752" w:type="dxa"/>
            <w:vAlign w:val="center"/>
          </w:tcPr>
          <w:p w14:paraId="686551E0" w14:textId="77777777" w:rsidR="00784220" w:rsidRDefault="00FE5BE6">
            <w:pPr>
              <w:spacing w:line="240" w:lineRule="auto"/>
            </w:pPr>
            <w:r>
              <w:rPr>
                <w:sz w:val="21"/>
              </w:rPr>
              <w:t>Louisiana Oil Spill Coordinators Office</w:t>
            </w:r>
          </w:p>
        </w:tc>
        <w:tc>
          <w:tcPr>
            <w:tcW w:w="1440" w:type="dxa"/>
            <w:vAlign w:val="center"/>
          </w:tcPr>
          <w:p w14:paraId="686551E1" w14:textId="77777777" w:rsidR="00784220" w:rsidRDefault="00FE5BE6">
            <w:pPr>
              <w:spacing w:line="240" w:lineRule="auto"/>
              <w:jc w:val="center"/>
            </w:pPr>
            <w:r>
              <w:rPr>
                <w:sz w:val="21"/>
              </w:rPr>
              <w:t>P</w:t>
            </w:r>
          </w:p>
        </w:tc>
      </w:tr>
      <w:tr w:rsidR="00784220" w14:paraId="686551E7" w14:textId="77777777" w:rsidTr="001000A2">
        <w:trPr>
          <w:cantSplit/>
          <w:jc w:val="center"/>
        </w:trPr>
        <w:tc>
          <w:tcPr>
            <w:tcW w:w="1080" w:type="dxa"/>
            <w:vAlign w:val="center"/>
          </w:tcPr>
          <w:p w14:paraId="686551E3" w14:textId="77777777" w:rsidR="00784220" w:rsidRDefault="00784220">
            <w:pPr>
              <w:spacing w:line="240" w:lineRule="auto"/>
            </w:pPr>
          </w:p>
        </w:tc>
        <w:tc>
          <w:tcPr>
            <w:tcW w:w="2088" w:type="dxa"/>
            <w:vAlign w:val="center"/>
          </w:tcPr>
          <w:p w14:paraId="686551E4" w14:textId="77777777" w:rsidR="00784220" w:rsidRDefault="00784220">
            <w:pPr>
              <w:spacing w:line="240" w:lineRule="auto"/>
            </w:pPr>
          </w:p>
        </w:tc>
        <w:tc>
          <w:tcPr>
            <w:tcW w:w="4752" w:type="dxa"/>
            <w:vAlign w:val="center"/>
          </w:tcPr>
          <w:p w14:paraId="686551E5" w14:textId="77777777" w:rsidR="00784220" w:rsidRDefault="00FE5BE6">
            <w:pPr>
              <w:spacing w:line="240" w:lineRule="auto"/>
            </w:pPr>
            <w:r>
              <w:rPr>
                <w:sz w:val="21"/>
              </w:rPr>
              <w:t>Governor’s Office of Homeland Security and Emergency Preparedness</w:t>
            </w:r>
          </w:p>
        </w:tc>
        <w:tc>
          <w:tcPr>
            <w:tcW w:w="1440" w:type="dxa"/>
            <w:vAlign w:val="center"/>
          </w:tcPr>
          <w:p w14:paraId="686551E6" w14:textId="77777777" w:rsidR="00784220" w:rsidRDefault="00FE5BE6">
            <w:pPr>
              <w:spacing w:line="240" w:lineRule="auto"/>
              <w:jc w:val="center"/>
            </w:pPr>
            <w:r>
              <w:rPr>
                <w:sz w:val="21"/>
              </w:rPr>
              <w:t>S</w:t>
            </w:r>
          </w:p>
        </w:tc>
      </w:tr>
      <w:tr w:rsidR="00784220" w14:paraId="686551EC" w14:textId="77777777" w:rsidTr="001000A2">
        <w:trPr>
          <w:cantSplit/>
          <w:jc w:val="center"/>
        </w:trPr>
        <w:tc>
          <w:tcPr>
            <w:tcW w:w="1080" w:type="dxa"/>
            <w:vAlign w:val="center"/>
          </w:tcPr>
          <w:p w14:paraId="686551E8" w14:textId="77777777" w:rsidR="00784220" w:rsidRDefault="00784220">
            <w:pPr>
              <w:spacing w:line="240" w:lineRule="auto"/>
            </w:pPr>
          </w:p>
        </w:tc>
        <w:tc>
          <w:tcPr>
            <w:tcW w:w="2088" w:type="dxa"/>
            <w:vAlign w:val="center"/>
          </w:tcPr>
          <w:p w14:paraId="686551E9" w14:textId="77777777" w:rsidR="00784220" w:rsidRDefault="00784220">
            <w:pPr>
              <w:spacing w:line="240" w:lineRule="auto"/>
            </w:pPr>
          </w:p>
        </w:tc>
        <w:tc>
          <w:tcPr>
            <w:tcW w:w="4752" w:type="dxa"/>
            <w:vAlign w:val="center"/>
          </w:tcPr>
          <w:p w14:paraId="686551EA" w14:textId="77777777" w:rsidR="00784220" w:rsidRDefault="00FE5BE6">
            <w:pPr>
              <w:spacing w:line="240" w:lineRule="auto"/>
            </w:pPr>
            <w:r>
              <w:rPr>
                <w:sz w:val="21"/>
              </w:rPr>
              <w:t>Louisiana Coastal Protection and Restoration Authority</w:t>
            </w:r>
          </w:p>
        </w:tc>
        <w:tc>
          <w:tcPr>
            <w:tcW w:w="1440" w:type="dxa"/>
            <w:vAlign w:val="center"/>
          </w:tcPr>
          <w:p w14:paraId="686551EB" w14:textId="77777777" w:rsidR="00784220" w:rsidRDefault="00FE5BE6">
            <w:pPr>
              <w:spacing w:line="240" w:lineRule="auto"/>
              <w:jc w:val="center"/>
            </w:pPr>
            <w:r>
              <w:rPr>
                <w:sz w:val="21"/>
              </w:rPr>
              <w:t>S</w:t>
            </w:r>
          </w:p>
        </w:tc>
      </w:tr>
      <w:tr w:rsidR="00784220" w14:paraId="686551F1" w14:textId="77777777" w:rsidTr="001000A2">
        <w:trPr>
          <w:cantSplit/>
          <w:jc w:val="center"/>
        </w:trPr>
        <w:tc>
          <w:tcPr>
            <w:tcW w:w="1080" w:type="dxa"/>
            <w:vAlign w:val="center"/>
          </w:tcPr>
          <w:p w14:paraId="686551ED" w14:textId="77777777" w:rsidR="00784220" w:rsidRDefault="00784220">
            <w:pPr>
              <w:spacing w:line="240" w:lineRule="auto"/>
            </w:pPr>
          </w:p>
        </w:tc>
        <w:tc>
          <w:tcPr>
            <w:tcW w:w="2088" w:type="dxa"/>
            <w:vAlign w:val="center"/>
          </w:tcPr>
          <w:p w14:paraId="686551EE" w14:textId="77777777" w:rsidR="00784220" w:rsidRDefault="00784220">
            <w:pPr>
              <w:spacing w:line="240" w:lineRule="auto"/>
            </w:pPr>
          </w:p>
        </w:tc>
        <w:tc>
          <w:tcPr>
            <w:tcW w:w="4752" w:type="dxa"/>
            <w:vAlign w:val="center"/>
          </w:tcPr>
          <w:p w14:paraId="686551EF" w14:textId="77777777" w:rsidR="00784220" w:rsidRDefault="00FE5BE6">
            <w:pPr>
              <w:spacing w:line="240" w:lineRule="auto"/>
            </w:pPr>
            <w:r>
              <w:rPr>
                <w:sz w:val="21"/>
              </w:rPr>
              <w:t>Louisiana National Guard</w:t>
            </w:r>
          </w:p>
        </w:tc>
        <w:tc>
          <w:tcPr>
            <w:tcW w:w="1440" w:type="dxa"/>
            <w:vAlign w:val="center"/>
          </w:tcPr>
          <w:p w14:paraId="686551F0" w14:textId="77777777" w:rsidR="00784220" w:rsidRDefault="00FE5BE6">
            <w:pPr>
              <w:spacing w:line="240" w:lineRule="auto"/>
              <w:jc w:val="center"/>
            </w:pPr>
            <w:r>
              <w:rPr>
                <w:sz w:val="21"/>
              </w:rPr>
              <w:t>S</w:t>
            </w:r>
          </w:p>
        </w:tc>
      </w:tr>
      <w:tr w:rsidR="00784220" w14:paraId="686551F6" w14:textId="77777777" w:rsidTr="001000A2">
        <w:trPr>
          <w:cantSplit/>
          <w:jc w:val="center"/>
        </w:trPr>
        <w:tc>
          <w:tcPr>
            <w:tcW w:w="1080" w:type="dxa"/>
            <w:vAlign w:val="center"/>
          </w:tcPr>
          <w:p w14:paraId="686551F2" w14:textId="77777777" w:rsidR="00784220" w:rsidRDefault="00784220">
            <w:pPr>
              <w:spacing w:line="240" w:lineRule="auto"/>
            </w:pPr>
          </w:p>
        </w:tc>
        <w:tc>
          <w:tcPr>
            <w:tcW w:w="2088" w:type="dxa"/>
            <w:vAlign w:val="center"/>
          </w:tcPr>
          <w:p w14:paraId="686551F3" w14:textId="77777777" w:rsidR="00784220" w:rsidRDefault="00784220">
            <w:pPr>
              <w:spacing w:line="240" w:lineRule="auto"/>
            </w:pPr>
          </w:p>
        </w:tc>
        <w:tc>
          <w:tcPr>
            <w:tcW w:w="4752" w:type="dxa"/>
            <w:vAlign w:val="center"/>
          </w:tcPr>
          <w:p w14:paraId="686551F4" w14:textId="77777777" w:rsidR="00784220" w:rsidRDefault="00FE5BE6">
            <w:pPr>
              <w:spacing w:line="240" w:lineRule="auto"/>
            </w:pPr>
            <w:r>
              <w:rPr>
                <w:sz w:val="21"/>
              </w:rPr>
              <w:t>Department of Agriculture and Forestry</w:t>
            </w:r>
          </w:p>
        </w:tc>
        <w:tc>
          <w:tcPr>
            <w:tcW w:w="1440" w:type="dxa"/>
            <w:vAlign w:val="center"/>
          </w:tcPr>
          <w:p w14:paraId="686551F5" w14:textId="77777777" w:rsidR="00784220" w:rsidRDefault="00FE5BE6">
            <w:pPr>
              <w:spacing w:line="240" w:lineRule="auto"/>
              <w:jc w:val="center"/>
            </w:pPr>
            <w:r>
              <w:rPr>
                <w:sz w:val="21"/>
              </w:rPr>
              <w:t>S</w:t>
            </w:r>
          </w:p>
        </w:tc>
      </w:tr>
      <w:tr w:rsidR="00784220" w14:paraId="686551FB" w14:textId="77777777" w:rsidTr="001000A2">
        <w:trPr>
          <w:cantSplit/>
          <w:jc w:val="center"/>
        </w:trPr>
        <w:tc>
          <w:tcPr>
            <w:tcW w:w="1080" w:type="dxa"/>
            <w:vAlign w:val="center"/>
          </w:tcPr>
          <w:p w14:paraId="686551F7" w14:textId="77777777" w:rsidR="00784220" w:rsidRDefault="00784220">
            <w:pPr>
              <w:spacing w:line="240" w:lineRule="auto"/>
            </w:pPr>
          </w:p>
        </w:tc>
        <w:tc>
          <w:tcPr>
            <w:tcW w:w="2088" w:type="dxa"/>
            <w:vAlign w:val="center"/>
          </w:tcPr>
          <w:p w14:paraId="686551F8" w14:textId="77777777" w:rsidR="00784220" w:rsidRDefault="00784220">
            <w:pPr>
              <w:spacing w:line="240" w:lineRule="auto"/>
            </w:pPr>
          </w:p>
        </w:tc>
        <w:tc>
          <w:tcPr>
            <w:tcW w:w="4752" w:type="dxa"/>
            <w:vAlign w:val="center"/>
          </w:tcPr>
          <w:p w14:paraId="686551F9" w14:textId="77777777" w:rsidR="00784220" w:rsidRDefault="00FE5BE6">
            <w:pPr>
              <w:spacing w:line="240" w:lineRule="auto"/>
            </w:pPr>
            <w:r>
              <w:rPr>
                <w:sz w:val="21"/>
              </w:rPr>
              <w:t>State Fire Marshal</w:t>
            </w:r>
          </w:p>
        </w:tc>
        <w:tc>
          <w:tcPr>
            <w:tcW w:w="1440" w:type="dxa"/>
            <w:vAlign w:val="center"/>
          </w:tcPr>
          <w:p w14:paraId="686551FA" w14:textId="77777777" w:rsidR="00784220" w:rsidRDefault="00FE5BE6">
            <w:pPr>
              <w:spacing w:line="240" w:lineRule="auto"/>
              <w:jc w:val="center"/>
            </w:pPr>
            <w:r>
              <w:rPr>
                <w:sz w:val="21"/>
              </w:rPr>
              <w:t>S</w:t>
            </w:r>
          </w:p>
        </w:tc>
      </w:tr>
      <w:tr w:rsidR="00784220" w14:paraId="68655200" w14:textId="77777777" w:rsidTr="001000A2">
        <w:trPr>
          <w:cantSplit/>
          <w:jc w:val="center"/>
        </w:trPr>
        <w:tc>
          <w:tcPr>
            <w:tcW w:w="1080" w:type="dxa"/>
            <w:vAlign w:val="center"/>
          </w:tcPr>
          <w:p w14:paraId="686551FC" w14:textId="77777777" w:rsidR="00784220" w:rsidRDefault="00784220">
            <w:pPr>
              <w:spacing w:line="240" w:lineRule="auto"/>
            </w:pPr>
          </w:p>
        </w:tc>
        <w:tc>
          <w:tcPr>
            <w:tcW w:w="2088" w:type="dxa"/>
            <w:vAlign w:val="center"/>
          </w:tcPr>
          <w:p w14:paraId="686551FD" w14:textId="77777777" w:rsidR="00784220" w:rsidRDefault="00784220">
            <w:pPr>
              <w:spacing w:line="240" w:lineRule="auto"/>
            </w:pPr>
          </w:p>
        </w:tc>
        <w:tc>
          <w:tcPr>
            <w:tcW w:w="4752" w:type="dxa"/>
            <w:vAlign w:val="center"/>
          </w:tcPr>
          <w:p w14:paraId="686551FE" w14:textId="77777777" w:rsidR="00784220" w:rsidRDefault="00FE5BE6">
            <w:pPr>
              <w:spacing w:line="240" w:lineRule="auto"/>
            </w:pPr>
            <w:r>
              <w:rPr>
                <w:sz w:val="21"/>
              </w:rPr>
              <w:t>Louisiana State University System</w:t>
            </w:r>
          </w:p>
        </w:tc>
        <w:tc>
          <w:tcPr>
            <w:tcW w:w="1440" w:type="dxa"/>
            <w:vAlign w:val="center"/>
          </w:tcPr>
          <w:p w14:paraId="686551FF" w14:textId="77777777" w:rsidR="00784220" w:rsidRDefault="00FE5BE6">
            <w:pPr>
              <w:spacing w:line="240" w:lineRule="auto"/>
              <w:jc w:val="center"/>
            </w:pPr>
            <w:r>
              <w:rPr>
                <w:sz w:val="21"/>
              </w:rPr>
              <w:t>S</w:t>
            </w:r>
          </w:p>
        </w:tc>
      </w:tr>
      <w:tr w:rsidR="00784220" w14:paraId="68655205" w14:textId="77777777" w:rsidTr="001000A2">
        <w:trPr>
          <w:cantSplit/>
          <w:jc w:val="center"/>
        </w:trPr>
        <w:tc>
          <w:tcPr>
            <w:tcW w:w="1080" w:type="dxa"/>
            <w:vAlign w:val="center"/>
          </w:tcPr>
          <w:p w14:paraId="68655201" w14:textId="77777777" w:rsidR="00784220" w:rsidRDefault="00784220">
            <w:pPr>
              <w:spacing w:line="240" w:lineRule="auto"/>
            </w:pPr>
          </w:p>
        </w:tc>
        <w:tc>
          <w:tcPr>
            <w:tcW w:w="2088" w:type="dxa"/>
            <w:vAlign w:val="center"/>
          </w:tcPr>
          <w:p w14:paraId="68655202" w14:textId="77777777" w:rsidR="00784220" w:rsidRDefault="00784220">
            <w:pPr>
              <w:spacing w:line="240" w:lineRule="auto"/>
            </w:pPr>
          </w:p>
        </w:tc>
        <w:tc>
          <w:tcPr>
            <w:tcW w:w="4752" w:type="dxa"/>
            <w:vAlign w:val="center"/>
          </w:tcPr>
          <w:p w14:paraId="68655203" w14:textId="77777777" w:rsidR="00784220" w:rsidRDefault="00FE5BE6">
            <w:pPr>
              <w:spacing w:line="240" w:lineRule="auto"/>
            </w:pPr>
            <w:r>
              <w:rPr>
                <w:sz w:val="21"/>
              </w:rPr>
              <w:t>Louisiana Department of Health</w:t>
            </w:r>
          </w:p>
        </w:tc>
        <w:tc>
          <w:tcPr>
            <w:tcW w:w="1440" w:type="dxa"/>
            <w:vAlign w:val="center"/>
          </w:tcPr>
          <w:p w14:paraId="68655204" w14:textId="77777777" w:rsidR="00784220" w:rsidRDefault="00FE5BE6">
            <w:pPr>
              <w:spacing w:line="240" w:lineRule="auto"/>
              <w:jc w:val="center"/>
            </w:pPr>
            <w:r>
              <w:rPr>
                <w:sz w:val="21"/>
              </w:rPr>
              <w:t>S</w:t>
            </w:r>
          </w:p>
        </w:tc>
      </w:tr>
      <w:tr w:rsidR="00784220" w14:paraId="6865520A" w14:textId="77777777" w:rsidTr="001000A2">
        <w:trPr>
          <w:cantSplit/>
          <w:jc w:val="center"/>
        </w:trPr>
        <w:tc>
          <w:tcPr>
            <w:tcW w:w="1080" w:type="dxa"/>
            <w:vAlign w:val="center"/>
          </w:tcPr>
          <w:p w14:paraId="68655206" w14:textId="77777777" w:rsidR="00784220" w:rsidRDefault="00784220">
            <w:pPr>
              <w:spacing w:line="240" w:lineRule="auto"/>
            </w:pPr>
          </w:p>
        </w:tc>
        <w:tc>
          <w:tcPr>
            <w:tcW w:w="2088" w:type="dxa"/>
            <w:vAlign w:val="center"/>
          </w:tcPr>
          <w:p w14:paraId="68655207" w14:textId="77777777" w:rsidR="00784220" w:rsidRDefault="00784220">
            <w:pPr>
              <w:spacing w:line="240" w:lineRule="auto"/>
            </w:pPr>
          </w:p>
        </w:tc>
        <w:tc>
          <w:tcPr>
            <w:tcW w:w="4752" w:type="dxa"/>
            <w:vAlign w:val="center"/>
          </w:tcPr>
          <w:p w14:paraId="68655208" w14:textId="77777777" w:rsidR="00784220" w:rsidRDefault="00FE5BE6">
            <w:pPr>
              <w:spacing w:line="240" w:lineRule="auto"/>
            </w:pPr>
            <w:r>
              <w:rPr>
                <w:sz w:val="21"/>
              </w:rPr>
              <w:t>Department of Conservation and Energy</w:t>
            </w:r>
          </w:p>
        </w:tc>
        <w:tc>
          <w:tcPr>
            <w:tcW w:w="1440" w:type="dxa"/>
            <w:vAlign w:val="center"/>
          </w:tcPr>
          <w:p w14:paraId="68655209" w14:textId="77777777" w:rsidR="00784220" w:rsidRDefault="00FE5BE6">
            <w:pPr>
              <w:spacing w:line="240" w:lineRule="auto"/>
              <w:jc w:val="center"/>
            </w:pPr>
            <w:r>
              <w:rPr>
                <w:sz w:val="21"/>
              </w:rPr>
              <w:t>S</w:t>
            </w:r>
          </w:p>
        </w:tc>
      </w:tr>
      <w:tr w:rsidR="00784220" w14:paraId="6865520F" w14:textId="77777777" w:rsidTr="001000A2">
        <w:trPr>
          <w:cantSplit/>
          <w:jc w:val="center"/>
        </w:trPr>
        <w:tc>
          <w:tcPr>
            <w:tcW w:w="1080" w:type="dxa"/>
            <w:vAlign w:val="center"/>
          </w:tcPr>
          <w:p w14:paraId="6865520B" w14:textId="77777777" w:rsidR="00784220" w:rsidRDefault="00784220">
            <w:pPr>
              <w:spacing w:line="240" w:lineRule="auto"/>
            </w:pPr>
          </w:p>
        </w:tc>
        <w:tc>
          <w:tcPr>
            <w:tcW w:w="2088" w:type="dxa"/>
            <w:vAlign w:val="center"/>
          </w:tcPr>
          <w:p w14:paraId="6865520C" w14:textId="77777777" w:rsidR="00784220" w:rsidRDefault="00784220">
            <w:pPr>
              <w:spacing w:line="240" w:lineRule="auto"/>
            </w:pPr>
          </w:p>
        </w:tc>
        <w:tc>
          <w:tcPr>
            <w:tcW w:w="4752" w:type="dxa"/>
            <w:vAlign w:val="center"/>
          </w:tcPr>
          <w:p w14:paraId="6865520D" w14:textId="77777777" w:rsidR="00784220" w:rsidRDefault="00FE5BE6">
            <w:pPr>
              <w:spacing w:line="240" w:lineRule="auto"/>
            </w:pPr>
            <w:r>
              <w:rPr>
                <w:sz w:val="21"/>
              </w:rPr>
              <w:t>Department of Transportation and Development</w:t>
            </w:r>
          </w:p>
        </w:tc>
        <w:tc>
          <w:tcPr>
            <w:tcW w:w="1440" w:type="dxa"/>
            <w:vAlign w:val="center"/>
          </w:tcPr>
          <w:p w14:paraId="6865520E" w14:textId="77777777" w:rsidR="00784220" w:rsidRDefault="00FE5BE6">
            <w:pPr>
              <w:spacing w:line="240" w:lineRule="auto"/>
              <w:jc w:val="center"/>
            </w:pPr>
            <w:r>
              <w:rPr>
                <w:sz w:val="21"/>
              </w:rPr>
              <w:t>S</w:t>
            </w:r>
          </w:p>
        </w:tc>
      </w:tr>
      <w:tr w:rsidR="00784220" w14:paraId="68655214" w14:textId="77777777" w:rsidTr="001000A2">
        <w:trPr>
          <w:cantSplit/>
          <w:jc w:val="center"/>
        </w:trPr>
        <w:tc>
          <w:tcPr>
            <w:tcW w:w="1080" w:type="dxa"/>
            <w:vAlign w:val="center"/>
          </w:tcPr>
          <w:p w14:paraId="68655210" w14:textId="77777777" w:rsidR="00784220" w:rsidRDefault="00784220">
            <w:pPr>
              <w:spacing w:line="240" w:lineRule="auto"/>
            </w:pPr>
          </w:p>
        </w:tc>
        <w:tc>
          <w:tcPr>
            <w:tcW w:w="2088" w:type="dxa"/>
            <w:vAlign w:val="center"/>
          </w:tcPr>
          <w:p w14:paraId="68655211" w14:textId="77777777" w:rsidR="00784220" w:rsidRDefault="00784220">
            <w:pPr>
              <w:spacing w:line="240" w:lineRule="auto"/>
            </w:pPr>
          </w:p>
        </w:tc>
        <w:tc>
          <w:tcPr>
            <w:tcW w:w="4752" w:type="dxa"/>
            <w:vAlign w:val="center"/>
          </w:tcPr>
          <w:p w14:paraId="68655212" w14:textId="77777777" w:rsidR="00784220" w:rsidRDefault="00FE5BE6">
            <w:pPr>
              <w:spacing w:line="240" w:lineRule="auto"/>
            </w:pPr>
            <w:r>
              <w:rPr>
                <w:sz w:val="21"/>
              </w:rPr>
              <w:t>Department of Wildlife and Fisheries</w:t>
            </w:r>
          </w:p>
        </w:tc>
        <w:tc>
          <w:tcPr>
            <w:tcW w:w="1440" w:type="dxa"/>
            <w:vAlign w:val="center"/>
          </w:tcPr>
          <w:p w14:paraId="68655213" w14:textId="77777777" w:rsidR="00784220" w:rsidRDefault="00FE5BE6">
            <w:pPr>
              <w:spacing w:line="240" w:lineRule="auto"/>
              <w:jc w:val="center"/>
            </w:pPr>
            <w:r>
              <w:rPr>
                <w:sz w:val="21"/>
              </w:rPr>
              <w:t>S</w:t>
            </w:r>
          </w:p>
        </w:tc>
      </w:tr>
      <w:tr w:rsidR="00784220" w14:paraId="68655219" w14:textId="77777777" w:rsidTr="001000A2">
        <w:trPr>
          <w:cantSplit/>
          <w:jc w:val="center"/>
        </w:trPr>
        <w:tc>
          <w:tcPr>
            <w:tcW w:w="1080" w:type="dxa"/>
            <w:vAlign w:val="center"/>
          </w:tcPr>
          <w:p w14:paraId="68655215" w14:textId="77777777" w:rsidR="00784220" w:rsidRDefault="00784220">
            <w:pPr>
              <w:spacing w:line="240" w:lineRule="auto"/>
            </w:pPr>
          </w:p>
        </w:tc>
        <w:tc>
          <w:tcPr>
            <w:tcW w:w="2088" w:type="dxa"/>
            <w:vAlign w:val="center"/>
          </w:tcPr>
          <w:p w14:paraId="68655216" w14:textId="77777777" w:rsidR="00784220" w:rsidRDefault="00784220">
            <w:pPr>
              <w:spacing w:line="240" w:lineRule="auto"/>
            </w:pPr>
          </w:p>
        </w:tc>
        <w:tc>
          <w:tcPr>
            <w:tcW w:w="4752" w:type="dxa"/>
            <w:vAlign w:val="center"/>
          </w:tcPr>
          <w:p w14:paraId="68655217" w14:textId="77777777" w:rsidR="00784220" w:rsidRDefault="00FE5BE6">
            <w:pPr>
              <w:spacing w:line="240" w:lineRule="auto"/>
            </w:pPr>
            <w:r>
              <w:rPr>
                <w:sz w:val="21"/>
              </w:rPr>
              <w:t>Non-Governmental Organizations (NGO)</w:t>
            </w:r>
          </w:p>
        </w:tc>
        <w:tc>
          <w:tcPr>
            <w:tcW w:w="1440" w:type="dxa"/>
            <w:vAlign w:val="center"/>
          </w:tcPr>
          <w:p w14:paraId="68655218" w14:textId="77777777" w:rsidR="00784220" w:rsidRDefault="00FE5BE6">
            <w:pPr>
              <w:spacing w:line="240" w:lineRule="auto"/>
              <w:jc w:val="center"/>
            </w:pPr>
            <w:r>
              <w:rPr>
                <w:sz w:val="21"/>
              </w:rPr>
              <w:t>S</w:t>
            </w:r>
          </w:p>
        </w:tc>
      </w:tr>
      <w:tr w:rsidR="00784220" w14:paraId="6865521E" w14:textId="77777777" w:rsidTr="001000A2">
        <w:trPr>
          <w:cantSplit/>
          <w:jc w:val="center"/>
        </w:trPr>
        <w:tc>
          <w:tcPr>
            <w:tcW w:w="1080" w:type="dxa"/>
            <w:vAlign w:val="center"/>
          </w:tcPr>
          <w:p w14:paraId="6865521A" w14:textId="77777777" w:rsidR="00784220" w:rsidRDefault="00784220">
            <w:pPr>
              <w:spacing w:line="240" w:lineRule="auto"/>
            </w:pPr>
          </w:p>
        </w:tc>
        <w:tc>
          <w:tcPr>
            <w:tcW w:w="2088" w:type="dxa"/>
            <w:vAlign w:val="center"/>
          </w:tcPr>
          <w:p w14:paraId="6865521B" w14:textId="77777777" w:rsidR="00784220" w:rsidRDefault="00784220">
            <w:pPr>
              <w:spacing w:line="240" w:lineRule="auto"/>
            </w:pPr>
          </w:p>
        </w:tc>
        <w:tc>
          <w:tcPr>
            <w:tcW w:w="4752" w:type="dxa"/>
            <w:vAlign w:val="center"/>
          </w:tcPr>
          <w:p w14:paraId="6865521C" w14:textId="77777777" w:rsidR="00784220" w:rsidRDefault="00784220">
            <w:pPr>
              <w:spacing w:line="240" w:lineRule="auto"/>
            </w:pPr>
          </w:p>
        </w:tc>
        <w:tc>
          <w:tcPr>
            <w:tcW w:w="1440" w:type="dxa"/>
            <w:vAlign w:val="center"/>
          </w:tcPr>
          <w:p w14:paraId="6865521D" w14:textId="77777777" w:rsidR="00784220" w:rsidRDefault="00784220">
            <w:pPr>
              <w:spacing w:line="240" w:lineRule="auto"/>
              <w:jc w:val="center"/>
            </w:pPr>
          </w:p>
        </w:tc>
      </w:tr>
      <w:tr w:rsidR="00784220" w14:paraId="68655223" w14:textId="77777777" w:rsidTr="001000A2">
        <w:trPr>
          <w:cantSplit/>
          <w:jc w:val="center"/>
        </w:trPr>
        <w:tc>
          <w:tcPr>
            <w:tcW w:w="1080" w:type="dxa"/>
            <w:vAlign w:val="center"/>
          </w:tcPr>
          <w:p w14:paraId="6865521F" w14:textId="77777777" w:rsidR="00784220" w:rsidRDefault="00FE5BE6">
            <w:pPr>
              <w:spacing w:line="240" w:lineRule="auto"/>
            </w:pPr>
            <w:r>
              <w:rPr>
                <w:b/>
                <w:sz w:val="21"/>
              </w:rPr>
              <w:t>ESF 11</w:t>
            </w:r>
          </w:p>
        </w:tc>
        <w:tc>
          <w:tcPr>
            <w:tcW w:w="2088" w:type="dxa"/>
            <w:vAlign w:val="center"/>
          </w:tcPr>
          <w:p w14:paraId="68655220" w14:textId="77777777" w:rsidR="00784220" w:rsidRDefault="00FE5BE6">
            <w:pPr>
              <w:spacing w:line="240" w:lineRule="auto"/>
            </w:pPr>
            <w:r>
              <w:rPr>
                <w:sz w:val="21"/>
              </w:rPr>
              <w:t>Agriculture</w:t>
            </w:r>
          </w:p>
        </w:tc>
        <w:tc>
          <w:tcPr>
            <w:tcW w:w="4752" w:type="dxa"/>
            <w:vAlign w:val="center"/>
          </w:tcPr>
          <w:p w14:paraId="68655221" w14:textId="77777777" w:rsidR="00784220" w:rsidRDefault="00FE5BE6">
            <w:pPr>
              <w:spacing w:line="240" w:lineRule="auto"/>
            </w:pPr>
            <w:r>
              <w:rPr>
                <w:sz w:val="21"/>
              </w:rPr>
              <w:t>Department of Agriculture &amp; Forestry</w:t>
            </w:r>
          </w:p>
        </w:tc>
        <w:tc>
          <w:tcPr>
            <w:tcW w:w="1440" w:type="dxa"/>
            <w:vAlign w:val="center"/>
          </w:tcPr>
          <w:p w14:paraId="68655222" w14:textId="77777777" w:rsidR="00784220" w:rsidRDefault="00FE5BE6">
            <w:pPr>
              <w:spacing w:line="240" w:lineRule="auto"/>
              <w:jc w:val="center"/>
            </w:pPr>
            <w:r>
              <w:rPr>
                <w:sz w:val="21"/>
              </w:rPr>
              <w:t>P</w:t>
            </w:r>
          </w:p>
        </w:tc>
      </w:tr>
      <w:tr w:rsidR="00784220" w14:paraId="68655228" w14:textId="77777777" w:rsidTr="001000A2">
        <w:trPr>
          <w:cantSplit/>
          <w:jc w:val="center"/>
        </w:trPr>
        <w:tc>
          <w:tcPr>
            <w:tcW w:w="1080" w:type="dxa"/>
            <w:vAlign w:val="center"/>
          </w:tcPr>
          <w:p w14:paraId="68655224" w14:textId="77777777" w:rsidR="00784220" w:rsidRDefault="00784220">
            <w:pPr>
              <w:spacing w:line="240" w:lineRule="auto"/>
            </w:pPr>
          </w:p>
        </w:tc>
        <w:tc>
          <w:tcPr>
            <w:tcW w:w="2088" w:type="dxa"/>
            <w:vAlign w:val="center"/>
          </w:tcPr>
          <w:p w14:paraId="68655225" w14:textId="77777777" w:rsidR="00784220" w:rsidRDefault="00784220">
            <w:pPr>
              <w:spacing w:line="240" w:lineRule="auto"/>
            </w:pPr>
          </w:p>
        </w:tc>
        <w:tc>
          <w:tcPr>
            <w:tcW w:w="4752" w:type="dxa"/>
            <w:vAlign w:val="center"/>
          </w:tcPr>
          <w:p w14:paraId="68655226" w14:textId="77777777" w:rsidR="00784220" w:rsidRDefault="00FE5BE6">
            <w:pPr>
              <w:spacing w:line="240" w:lineRule="auto"/>
            </w:pPr>
            <w:r>
              <w:rPr>
                <w:sz w:val="21"/>
              </w:rPr>
              <w:t>Louisiana National Guard</w:t>
            </w:r>
          </w:p>
        </w:tc>
        <w:tc>
          <w:tcPr>
            <w:tcW w:w="1440" w:type="dxa"/>
            <w:vAlign w:val="center"/>
          </w:tcPr>
          <w:p w14:paraId="68655227" w14:textId="77777777" w:rsidR="00784220" w:rsidRDefault="00FE5BE6">
            <w:pPr>
              <w:spacing w:line="240" w:lineRule="auto"/>
              <w:jc w:val="center"/>
            </w:pPr>
            <w:r>
              <w:rPr>
                <w:sz w:val="21"/>
              </w:rPr>
              <w:t>S</w:t>
            </w:r>
          </w:p>
        </w:tc>
      </w:tr>
      <w:tr w:rsidR="00784220" w14:paraId="6865522D" w14:textId="77777777" w:rsidTr="001000A2">
        <w:trPr>
          <w:cantSplit/>
          <w:jc w:val="center"/>
        </w:trPr>
        <w:tc>
          <w:tcPr>
            <w:tcW w:w="1080" w:type="dxa"/>
            <w:vAlign w:val="center"/>
          </w:tcPr>
          <w:p w14:paraId="68655229" w14:textId="77777777" w:rsidR="00784220" w:rsidRDefault="00784220">
            <w:pPr>
              <w:spacing w:line="240" w:lineRule="auto"/>
            </w:pPr>
          </w:p>
        </w:tc>
        <w:tc>
          <w:tcPr>
            <w:tcW w:w="2088" w:type="dxa"/>
            <w:vAlign w:val="center"/>
          </w:tcPr>
          <w:p w14:paraId="6865522A" w14:textId="77777777" w:rsidR="00784220" w:rsidRDefault="00784220">
            <w:pPr>
              <w:spacing w:line="240" w:lineRule="auto"/>
            </w:pPr>
          </w:p>
        </w:tc>
        <w:tc>
          <w:tcPr>
            <w:tcW w:w="4752" w:type="dxa"/>
            <w:vAlign w:val="center"/>
          </w:tcPr>
          <w:p w14:paraId="6865522B" w14:textId="77777777" w:rsidR="00784220" w:rsidRDefault="00FE5BE6">
            <w:pPr>
              <w:spacing w:line="240" w:lineRule="auto"/>
            </w:pPr>
            <w:r>
              <w:rPr>
                <w:sz w:val="21"/>
              </w:rPr>
              <w:t>Department of Corrections</w:t>
            </w:r>
          </w:p>
        </w:tc>
        <w:tc>
          <w:tcPr>
            <w:tcW w:w="1440" w:type="dxa"/>
            <w:vAlign w:val="center"/>
          </w:tcPr>
          <w:p w14:paraId="6865522C" w14:textId="77777777" w:rsidR="00784220" w:rsidRDefault="00FE5BE6">
            <w:pPr>
              <w:spacing w:line="240" w:lineRule="auto"/>
              <w:jc w:val="center"/>
            </w:pPr>
            <w:r>
              <w:rPr>
                <w:sz w:val="21"/>
              </w:rPr>
              <w:t>S</w:t>
            </w:r>
          </w:p>
        </w:tc>
      </w:tr>
      <w:tr w:rsidR="00784220" w14:paraId="68655232" w14:textId="77777777" w:rsidTr="001000A2">
        <w:trPr>
          <w:cantSplit/>
          <w:jc w:val="center"/>
        </w:trPr>
        <w:tc>
          <w:tcPr>
            <w:tcW w:w="1080" w:type="dxa"/>
            <w:vAlign w:val="center"/>
          </w:tcPr>
          <w:p w14:paraId="6865522E" w14:textId="77777777" w:rsidR="00784220" w:rsidRDefault="00784220">
            <w:pPr>
              <w:spacing w:line="240" w:lineRule="auto"/>
            </w:pPr>
          </w:p>
        </w:tc>
        <w:tc>
          <w:tcPr>
            <w:tcW w:w="2088" w:type="dxa"/>
            <w:vAlign w:val="center"/>
          </w:tcPr>
          <w:p w14:paraId="6865522F" w14:textId="77777777" w:rsidR="00784220" w:rsidRDefault="00784220">
            <w:pPr>
              <w:spacing w:line="240" w:lineRule="auto"/>
            </w:pPr>
          </w:p>
        </w:tc>
        <w:tc>
          <w:tcPr>
            <w:tcW w:w="4752" w:type="dxa"/>
            <w:vAlign w:val="center"/>
          </w:tcPr>
          <w:p w14:paraId="68655230" w14:textId="77777777" w:rsidR="00784220" w:rsidRDefault="00FE5BE6">
            <w:pPr>
              <w:spacing w:line="240" w:lineRule="auto"/>
            </w:pPr>
            <w:r>
              <w:rPr>
                <w:sz w:val="21"/>
              </w:rPr>
              <w:t>Department of Environmental Quality</w:t>
            </w:r>
          </w:p>
        </w:tc>
        <w:tc>
          <w:tcPr>
            <w:tcW w:w="1440" w:type="dxa"/>
            <w:vAlign w:val="center"/>
          </w:tcPr>
          <w:p w14:paraId="68655231" w14:textId="77777777" w:rsidR="00784220" w:rsidRDefault="00FE5BE6">
            <w:pPr>
              <w:spacing w:line="240" w:lineRule="auto"/>
              <w:jc w:val="center"/>
            </w:pPr>
            <w:r>
              <w:rPr>
                <w:sz w:val="21"/>
              </w:rPr>
              <w:t>S</w:t>
            </w:r>
          </w:p>
        </w:tc>
      </w:tr>
      <w:tr w:rsidR="00784220" w14:paraId="68655237" w14:textId="77777777" w:rsidTr="001000A2">
        <w:trPr>
          <w:cantSplit/>
          <w:jc w:val="center"/>
        </w:trPr>
        <w:tc>
          <w:tcPr>
            <w:tcW w:w="1080" w:type="dxa"/>
            <w:vAlign w:val="center"/>
          </w:tcPr>
          <w:p w14:paraId="68655233" w14:textId="77777777" w:rsidR="00784220" w:rsidRDefault="00784220">
            <w:pPr>
              <w:spacing w:line="240" w:lineRule="auto"/>
            </w:pPr>
          </w:p>
        </w:tc>
        <w:tc>
          <w:tcPr>
            <w:tcW w:w="2088" w:type="dxa"/>
            <w:vAlign w:val="center"/>
          </w:tcPr>
          <w:p w14:paraId="68655234" w14:textId="77777777" w:rsidR="00784220" w:rsidRDefault="00784220">
            <w:pPr>
              <w:spacing w:line="240" w:lineRule="auto"/>
            </w:pPr>
          </w:p>
        </w:tc>
        <w:tc>
          <w:tcPr>
            <w:tcW w:w="4752" w:type="dxa"/>
            <w:vAlign w:val="center"/>
          </w:tcPr>
          <w:p w14:paraId="68655235" w14:textId="77777777" w:rsidR="00784220" w:rsidRDefault="00FE5BE6">
            <w:pPr>
              <w:spacing w:line="240" w:lineRule="auto"/>
            </w:pPr>
            <w:r>
              <w:rPr>
                <w:sz w:val="21"/>
              </w:rPr>
              <w:t>Louisiana Department of Health</w:t>
            </w:r>
          </w:p>
        </w:tc>
        <w:tc>
          <w:tcPr>
            <w:tcW w:w="1440" w:type="dxa"/>
            <w:vAlign w:val="center"/>
          </w:tcPr>
          <w:p w14:paraId="68655236" w14:textId="77777777" w:rsidR="00784220" w:rsidRDefault="00FE5BE6">
            <w:pPr>
              <w:spacing w:line="240" w:lineRule="auto"/>
              <w:jc w:val="center"/>
            </w:pPr>
            <w:r>
              <w:rPr>
                <w:sz w:val="21"/>
              </w:rPr>
              <w:t>S</w:t>
            </w:r>
          </w:p>
        </w:tc>
      </w:tr>
      <w:tr w:rsidR="00784220" w14:paraId="6865523C" w14:textId="77777777" w:rsidTr="001000A2">
        <w:trPr>
          <w:cantSplit/>
          <w:jc w:val="center"/>
        </w:trPr>
        <w:tc>
          <w:tcPr>
            <w:tcW w:w="1080" w:type="dxa"/>
            <w:vAlign w:val="center"/>
          </w:tcPr>
          <w:p w14:paraId="68655238" w14:textId="29DE3F9E" w:rsidR="00784220" w:rsidRDefault="00DC0907">
            <w:pPr>
              <w:spacing w:line="240" w:lineRule="auto"/>
            </w:pPr>
            <w:r>
              <w:rPr>
                <w:b/>
                <w:sz w:val="21"/>
              </w:rPr>
              <w:t xml:space="preserve"> </w:t>
            </w:r>
          </w:p>
        </w:tc>
        <w:tc>
          <w:tcPr>
            <w:tcW w:w="2088" w:type="dxa"/>
            <w:vAlign w:val="center"/>
          </w:tcPr>
          <w:p w14:paraId="68655239" w14:textId="5D28FCC4" w:rsidR="00784220" w:rsidRDefault="00DC0907">
            <w:pPr>
              <w:spacing w:line="240" w:lineRule="auto"/>
            </w:pPr>
            <w:r>
              <w:rPr>
                <w:sz w:val="21"/>
              </w:rPr>
              <w:t xml:space="preserve"> </w:t>
            </w:r>
          </w:p>
        </w:tc>
        <w:tc>
          <w:tcPr>
            <w:tcW w:w="4752" w:type="dxa"/>
            <w:vAlign w:val="center"/>
          </w:tcPr>
          <w:p w14:paraId="6865523A" w14:textId="77777777" w:rsidR="00784220" w:rsidRDefault="00FE5BE6">
            <w:pPr>
              <w:spacing w:line="240" w:lineRule="auto"/>
            </w:pPr>
            <w:r>
              <w:rPr>
                <w:sz w:val="21"/>
              </w:rPr>
              <w:t>Louisiana Board of Regents</w:t>
            </w:r>
          </w:p>
        </w:tc>
        <w:tc>
          <w:tcPr>
            <w:tcW w:w="1440" w:type="dxa"/>
            <w:vAlign w:val="center"/>
          </w:tcPr>
          <w:p w14:paraId="6865523B" w14:textId="77777777" w:rsidR="00784220" w:rsidRDefault="00FE5BE6">
            <w:pPr>
              <w:spacing w:line="240" w:lineRule="auto"/>
              <w:jc w:val="center"/>
            </w:pPr>
            <w:r>
              <w:rPr>
                <w:sz w:val="21"/>
              </w:rPr>
              <w:t>S</w:t>
            </w:r>
          </w:p>
        </w:tc>
      </w:tr>
      <w:tr w:rsidR="00784220" w14:paraId="68655241" w14:textId="77777777" w:rsidTr="001000A2">
        <w:trPr>
          <w:cantSplit/>
          <w:jc w:val="center"/>
        </w:trPr>
        <w:tc>
          <w:tcPr>
            <w:tcW w:w="1080" w:type="dxa"/>
            <w:vAlign w:val="center"/>
          </w:tcPr>
          <w:p w14:paraId="6865523D" w14:textId="77777777" w:rsidR="00784220" w:rsidRDefault="00784220">
            <w:pPr>
              <w:spacing w:line="240" w:lineRule="auto"/>
            </w:pPr>
          </w:p>
        </w:tc>
        <w:tc>
          <w:tcPr>
            <w:tcW w:w="2088" w:type="dxa"/>
            <w:vAlign w:val="center"/>
          </w:tcPr>
          <w:p w14:paraId="6865523E" w14:textId="77777777" w:rsidR="00784220" w:rsidRDefault="00784220">
            <w:pPr>
              <w:spacing w:line="240" w:lineRule="auto"/>
            </w:pPr>
          </w:p>
        </w:tc>
        <w:tc>
          <w:tcPr>
            <w:tcW w:w="4752" w:type="dxa"/>
            <w:vAlign w:val="center"/>
          </w:tcPr>
          <w:p w14:paraId="6865523F" w14:textId="77777777" w:rsidR="00784220" w:rsidRDefault="00FE5BE6">
            <w:pPr>
              <w:spacing w:line="240" w:lineRule="auto"/>
            </w:pPr>
            <w:r>
              <w:rPr>
                <w:sz w:val="21"/>
              </w:rPr>
              <w:t>Louisiana State Police</w:t>
            </w:r>
          </w:p>
        </w:tc>
        <w:tc>
          <w:tcPr>
            <w:tcW w:w="1440" w:type="dxa"/>
            <w:vAlign w:val="center"/>
          </w:tcPr>
          <w:p w14:paraId="68655240" w14:textId="77777777" w:rsidR="00784220" w:rsidRDefault="00FE5BE6">
            <w:pPr>
              <w:spacing w:line="240" w:lineRule="auto"/>
              <w:jc w:val="center"/>
            </w:pPr>
            <w:r>
              <w:rPr>
                <w:sz w:val="21"/>
              </w:rPr>
              <w:t>S</w:t>
            </w:r>
          </w:p>
        </w:tc>
      </w:tr>
      <w:tr w:rsidR="00784220" w14:paraId="68655246" w14:textId="77777777" w:rsidTr="001000A2">
        <w:trPr>
          <w:cantSplit/>
          <w:jc w:val="center"/>
        </w:trPr>
        <w:tc>
          <w:tcPr>
            <w:tcW w:w="1080" w:type="dxa"/>
            <w:vAlign w:val="center"/>
          </w:tcPr>
          <w:p w14:paraId="68655242" w14:textId="77777777" w:rsidR="00784220" w:rsidRDefault="00784220">
            <w:pPr>
              <w:spacing w:line="240" w:lineRule="auto"/>
            </w:pPr>
          </w:p>
        </w:tc>
        <w:tc>
          <w:tcPr>
            <w:tcW w:w="2088" w:type="dxa"/>
            <w:vAlign w:val="center"/>
          </w:tcPr>
          <w:p w14:paraId="68655243" w14:textId="77777777" w:rsidR="00784220" w:rsidRDefault="00784220">
            <w:pPr>
              <w:spacing w:line="240" w:lineRule="auto"/>
            </w:pPr>
          </w:p>
        </w:tc>
        <w:tc>
          <w:tcPr>
            <w:tcW w:w="4752" w:type="dxa"/>
            <w:vAlign w:val="center"/>
          </w:tcPr>
          <w:p w14:paraId="68655244" w14:textId="77777777" w:rsidR="00784220" w:rsidRDefault="00FE5BE6">
            <w:pPr>
              <w:spacing w:line="240" w:lineRule="auto"/>
            </w:pPr>
            <w:r>
              <w:rPr>
                <w:sz w:val="21"/>
              </w:rPr>
              <w:t>Louisiana State University System</w:t>
            </w:r>
          </w:p>
        </w:tc>
        <w:tc>
          <w:tcPr>
            <w:tcW w:w="1440" w:type="dxa"/>
            <w:vAlign w:val="center"/>
          </w:tcPr>
          <w:p w14:paraId="68655245" w14:textId="77777777" w:rsidR="00784220" w:rsidRDefault="00FE5BE6">
            <w:pPr>
              <w:spacing w:line="240" w:lineRule="auto"/>
              <w:jc w:val="center"/>
            </w:pPr>
            <w:r>
              <w:rPr>
                <w:sz w:val="21"/>
              </w:rPr>
              <w:t>S</w:t>
            </w:r>
          </w:p>
        </w:tc>
      </w:tr>
      <w:tr w:rsidR="00784220" w14:paraId="6865524B" w14:textId="77777777" w:rsidTr="001000A2">
        <w:trPr>
          <w:cantSplit/>
          <w:jc w:val="center"/>
        </w:trPr>
        <w:tc>
          <w:tcPr>
            <w:tcW w:w="1080" w:type="dxa"/>
            <w:vAlign w:val="center"/>
          </w:tcPr>
          <w:p w14:paraId="68655247" w14:textId="77777777" w:rsidR="00784220" w:rsidRDefault="00784220">
            <w:pPr>
              <w:spacing w:line="240" w:lineRule="auto"/>
            </w:pPr>
          </w:p>
        </w:tc>
        <w:tc>
          <w:tcPr>
            <w:tcW w:w="2088" w:type="dxa"/>
            <w:vAlign w:val="center"/>
          </w:tcPr>
          <w:p w14:paraId="68655248" w14:textId="77777777" w:rsidR="00784220" w:rsidRDefault="00784220">
            <w:pPr>
              <w:spacing w:line="240" w:lineRule="auto"/>
            </w:pPr>
          </w:p>
        </w:tc>
        <w:tc>
          <w:tcPr>
            <w:tcW w:w="4752" w:type="dxa"/>
            <w:vAlign w:val="center"/>
          </w:tcPr>
          <w:p w14:paraId="68655249" w14:textId="77777777" w:rsidR="00784220" w:rsidRDefault="00FE5BE6">
            <w:pPr>
              <w:spacing w:line="240" w:lineRule="auto"/>
            </w:pPr>
            <w:r>
              <w:rPr>
                <w:sz w:val="21"/>
              </w:rPr>
              <w:t>Department of Transportation and Development</w:t>
            </w:r>
          </w:p>
        </w:tc>
        <w:tc>
          <w:tcPr>
            <w:tcW w:w="1440" w:type="dxa"/>
            <w:vAlign w:val="center"/>
          </w:tcPr>
          <w:p w14:paraId="6865524A" w14:textId="77777777" w:rsidR="00784220" w:rsidRDefault="00FE5BE6">
            <w:pPr>
              <w:spacing w:line="240" w:lineRule="auto"/>
              <w:jc w:val="center"/>
            </w:pPr>
            <w:r>
              <w:rPr>
                <w:sz w:val="21"/>
              </w:rPr>
              <w:t>S</w:t>
            </w:r>
          </w:p>
        </w:tc>
      </w:tr>
      <w:tr w:rsidR="00784220" w14:paraId="68655250" w14:textId="77777777" w:rsidTr="001000A2">
        <w:trPr>
          <w:cantSplit/>
          <w:jc w:val="center"/>
        </w:trPr>
        <w:tc>
          <w:tcPr>
            <w:tcW w:w="1080" w:type="dxa"/>
            <w:vAlign w:val="center"/>
          </w:tcPr>
          <w:p w14:paraId="6865524C" w14:textId="77777777" w:rsidR="00784220" w:rsidRDefault="00784220">
            <w:pPr>
              <w:spacing w:line="240" w:lineRule="auto"/>
            </w:pPr>
          </w:p>
        </w:tc>
        <w:tc>
          <w:tcPr>
            <w:tcW w:w="2088" w:type="dxa"/>
            <w:vAlign w:val="center"/>
          </w:tcPr>
          <w:p w14:paraId="6865524D" w14:textId="77777777" w:rsidR="00784220" w:rsidRDefault="00784220">
            <w:pPr>
              <w:spacing w:line="240" w:lineRule="auto"/>
            </w:pPr>
          </w:p>
        </w:tc>
        <w:tc>
          <w:tcPr>
            <w:tcW w:w="4752" w:type="dxa"/>
            <w:vAlign w:val="center"/>
          </w:tcPr>
          <w:p w14:paraId="6865524E" w14:textId="77777777" w:rsidR="00784220" w:rsidRDefault="00FE5BE6">
            <w:pPr>
              <w:spacing w:line="240" w:lineRule="auto"/>
            </w:pPr>
            <w:r>
              <w:rPr>
                <w:sz w:val="21"/>
              </w:rPr>
              <w:t>Governor’s Office of Homeland Security and Emergency Preparedness</w:t>
            </w:r>
          </w:p>
        </w:tc>
        <w:tc>
          <w:tcPr>
            <w:tcW w:w="1440" w:type="dxa"/>
            <w:vAlign w:val="center"/>
          </w:tcPr>
          <w:p w14:paraId="6865524F" w14:textId="77777777" w:rsidR="00784220" w:rsidRDefault="00FE5BE6">
            <w:pPr>
              <w:spacing w:line="240" w:lineRule="auto"/>
              <w:jc w:val="center"/>
            </w:pPr>
            <w:r>
              <w:rPr>
                <w:sz w:val="21"/>
              </w:rPr>
              <w:t>S</w:t>
            </w:r>
          </w:p>
        </w:tc>
      </w:tr>
      <w:tr w:rsidR="00784220" w14:paraId="68655255" w14:textId="77777777" w:rsidTr="001000A2">
        <w:trPr>
          <w:cantSplit/>
          <w:jc w:val="center"/>
        </w:trPr>
        <w:tc>
          <w:tcPr>
            <w:tcW w:w="1080" w:type="dxa"/>
            <w:vAlign w:val="center"/>
          </w:tcPr>
          <w:p w14:paraId="68655251" w14:textId="77777777" w:rsidR="00784220" w:rsidRDefault="00784220">
            <w:pPr>
              <w:spacing w:line="240" w:lineRule="auto"/>
            </w:pPr>
          </w:p>
        </w:tc>
        <w:tc>
          <w:tcPr>
            <w:tcW w:w="2088" w:type="dxa"/>
            <w:vAlign w:val="center"/>
          </w:tcPr>
          <w:p w14:paraId="68655252" w14:textId="77777777" w:rsidR="00784220" w:rsidRDefault="00784220">
            <w:pPr>
              <w:spacing w:line="240" w:lineRule="auto"/>
            </w:pPr>
          </w:p>
        </w:tc>
        <w:tc>
          <w:tcPr>
            <w:tcW w:w="4752" w:type="dxa"/>
            <w:vAlign w:val="center"/>
          </w:tcPr>
          <w:p w14:paraId="68655253" w14:textId="77777777" w:rsidR="00784220" w:rsidRDefault="00FE5BE6">
            <w:pPr>
              <w:spacing w:line="240" w:lineRule="auto"/>
            </w:pPr>
            <w:r>
              <w:rPr>
                <w:sz w:val="21"/>
              </w:rPr>
              <w:t>Department of Wildlife and Fisheries</w:t>
            </w:r>
          </w:p>
        </w:tc>
        <w:tc>
          <w:tcPr>
            <w:tcW w:w="1440" w:type="dxa"/>
            <w:vAlign w:val="center"/>
          </w:tcPr>
          <w:p w14:paraId="68655254" w14:textId="77777777" w:rsidR="00784220" w:rsidRDefault="00FE5BE6">
            <w:pPr>
              <w:spacing w:line="240" w:lineRule="auto"/>
              <w:jc w:val="center"/>
            </w:pPr>
            <w:r>
              <w:rPr>
                <w:sz w:val="21"/>
              </w:rPr>
              <w:t>S</w:t>
            </w:r>
          </w:p>
        </w:tc>
      </w:tr>
      <w:tr w:rsidR="00784220" w14:paraId="6865525A" w14:textId="77777777" w:rsidTr="001000A2">
        <w:trPr>
          <w:cantSplit/>
          <w:jc w:val="center"/>
        </w:trPr>
        <w:tc>
          <w:tcPr>
            <w:tcW w:w="1080" w:type="dxa"/>
            <w:vAlign w:val="center"/>
          </w:tcPr>
          <w:p w14:paraId="68655256" w14:textId="77777777" w:rsidR="00784220" w:rsidRDefault="00784220">
            <w:pPr>
              <w:spacing w:line="240" w:lineRule="auto"/>
            </w:pPr>
          </w:p>
        </w:tc>
        <w:tc>
          <w:tcPr>
            <w:tcW w:w="2088" w:type="dxa"/>
            <w:vAlign w:val="center"/>
          </w:tcPr>
          <w:p w14:paraId="68655257" w14:textId="77777777" w:rsidR="00784220" w:rsidRDefault="00784220">
            <w:pPr>
              <w:spacing w:line="240" w:lineRule="auto"/>
            </w:pPr>
          </w:p>
        </w:tc>
        <w:tc>
          <w:tcPr>
            <w:tcW w:w="4752" w:type="dxa"/>
            <w:vAlign w:val="center"/>
          </w:tcPr>
          <w:p w14:paraId="68655258" w14:textId="77777777" w:rsidR="00784220" w:rsidRDefault="00FE5BE6">
            <w:pPr>
              <w:spacing w:line="240" w:lineRule="auto"/>
            </w:pPr>
            <w:r>
              <w:rPr>
                <w:sz w:val="21"/>
              </w:rPr>
              <w:t>Southern University and Ag Center</w:t>
            </w:r>
          </w:p>
        </w:tc>
        <w:tc>
          <w:tcPr>
            <w:tcW w:w="1440" w:type="dxa"/>
            <w:vAlign w:val="center"/>
          </w:tcPr>
          <w:p w14:paraId="68655259" w14:textId="77777777" w:rsidR="00784220" w:rsidRDefault="00FE5BE6">
            <w:pPr>
              <w:spacing w:line="240" w:lineRule="auto"/>
              <w:jc w:val="center"/>
            </w:pPr>
            <w:r>
              <w:rPr>
                <w:sz w:val="21"/>
              </w:rPr>
              <w:t>S</w:t>
            </w:r>
          </w:p>
        </w:tc>
      </w:tr>
      <w:tr w:rsidR="00784220" w14:paraId="6865525F" w14:textId="77777777" w:rsidTr="001000A2">
        <w:trPr>
          <w:cantSplit/>
          <w:jc w:val="center"/>
        </w:trPr>
        <w:tc>
          <w:tcPr>
            <w:tcW w:w="1080" w:type="dxa"/>
            <w:vAlign w:val="center"/>
          </w:tcPr>
          <w:p w14:paraId="6865525B" w14:textId="77777777" w:rsidR="00784220" w:rsidRDefault="00784220">
            <w:pPr>
              <w:spacing w:line="240" w:lineRule="auto"/>
            </w:pPr>
          </w:p>
        </w:tc>
        <w:tc>
          <w:tcPr>
            <w:tcW w:w="2088" w:type="dxa"/>
            <w:vAlign w:val="center"/>
          </w:tcPr>
          <w:p w14:paraId="6865525C" w14:textId="77777777" w:rsidR="00784220" w:rsidRDefault="00784220">
            <w:pPr>
              <w:spacing w:line="240" w:lineRule="auto"/>
            </w:pPr>
          </w:p>
        </w:tc>
        <w:tc>
          <w:tcPr>
            <w:tcW w:w="4752" w:type="dxa"/>
            <w:vAlign w:val="center"/>
          </w:tcPr>
          <w:p w14:paraId="6865525D" w14:textId="77777777" w:rsidR="00784220" w:rsidRDefault="00FE5BE6">
            <w:pPr>
              <w:spacing w:line="240" w:lineRule="auto"/>
            </w:pPr>
            <w:r>
              <w:rPr>
                <w:sz w:val="21"/>
              </w:rPr>
              <w:t>Non-Governmental Organizations (NGO)</w:t>
            </w:r>
          </w:p>
        </w:tc>
        <w:tc>
          <w:tcPr>
            <w:tcW w:w="1440" w:type="dxa"/>
            <w:vAlign w:val="center"/>
          </w:tcPr>
          <w:p w14:paraId="6865525E" w14:textId="77777777" w:rsidR="00784220" w:rsidRDefault="00FE5BE6">
            <w:pPr>
              <w:spacing w:line="240" w:lineRule="auto"/>
              <w:jc w:val="center"/>
            </w:pPr>
            <w:r>
              <w:rPr>
                <w:sz w:val="21"/>
              </w:rPr>
              <w:t>S</w:t>
            </w:r>
          </w:p>
        </w:tc>
      </w:tr>
      <w:tr w:rsidR="00784220" w14:paraId="68655264" w14:textId="77777777" w:rsidTr="001000A2">
        <w:trPr>
          <w:cantSplit/>
          <w:jc w:val="center"/>
        </w:trPr>
        <w:tc>
          <w:tcPr>
            <w:tcW w:w="1080" w:type="dxa"/>
            <w:vAlign w:val="center"/>
          </w:tcPr>
          <w:p w14:paraId="68655260" w14:textId="77777777" w:rsidR="00784220" w:rsidRDefault="00784220">
            <w:pPr>
              <w:spacing w:line="240" w:lineRule="auto"/>
            </w:pPr>
          </w:p>
        </w:tc>
        <w:tc>
          <w:tcPr>
            <w:tcW w:w="2088" w:type="dxa"/>
            <w:vAlign w:val="center"/>
          </w:tcPr>
          <w:p w14:paraId="68655261" w14:textId="77777777" w:rsidR="00784220" w:rsidRDefault="00784220">
            <w:pPr>
              <w:spacing w:line="240" w:lineRule="auto"/>
            </w:pPr>
          </w:p>
        </w:tc>
        <w:tc>
          <w:tcPr>
            <w:tcW w:w="4752" w:type="dxa"/>
            <w:vAlign w:val="center"/>
          </w:tcPr>
          <w:p w14:paraId="68655262" w14:textId="77777777" w:rsidR="00784220" w:rsidRDefault="00784220">
            <w:pPr>
              <w:spacing w:line="240" w:lineRule="auto"/>
            </w:pPr>
          </w:p>
        </w:tc>
        <w:tc>
          <w:tcPr>
            <w:tcW w:w="1440" w:type="dxa"/>
            <w:vAlign w:val="center"/>
          </w:tcPr>
          <w:p w14:paraId="68655263" w14:textId="77777777" w:rsidR="00784220" w:rsidRDefault="00784220">
            <w:pPr>
              <w:spacing w:line="240" w:lineRule="auto"/>
              <w:jc w:val="center"/>
            </w:pPr>
          </w:p>
        </w:tc>
      </w:tr>
      <w:tr w:rsidR="00784220" w14:paraId="68655269" w14:textId="77777777" w:rsidTr="001000A2">
        <w:trPr>
          <w:cantSplit/>
          <w:jc w:val="center"/>
        </w:trPr>
        <w:tc>
          <w:tcPr>
            <w:tcW w:w="1080" w:type="dxa"/>
            <w:vAlign w:val="center"/>
          </w:tcPr>
          <w:p w14:paraId="68655265" w14:textId="77777777" w:rsidR="00784220" w:rsidRDefault="00FE5BE6">
            <w:pPr>
              <w:spacing w:line="240" w:lineRule="auto"/>
            </w:pPr>
            <w:r>
              <w:rPr>
                <w:b/>
                <w:sz w:val="21"/>
              </w:rPr>
              <w:t>ESF 12</w:t>
            </w:r>
          </w:p>
        </w:tc>
        <w:tc>
          <w:tcPr>
            <w:tcW w:w="2088" w:type="dxa"/>
            <w:vAlign w:val="center"/>
          </w:tcPr>
          <w:p w14:paraId="68655266" w14:textId="77777777" w:rsidR="00784220" w:rsidRDefault="00FE5BE6">
            <w:pPr>
              <w:spacing w:line="240" w:lineRule="auto"/>
            </w:pPr>
            <w:r>
              <w:rPr>
                <w:sz w:val="21"/>
              </w:rPr>
              <w:t>Energy and Utilities</w:t>
            </w:r>
          </w:p>
        </w:tc>
        <w:tc>
          <w:tcPr>
            <w:tcW w:w="4752" w:type="dxa"/>
            <w:vAlign w:val="center"/>
          </w:tcPr>
          <w:p w14:paraId="68655267" w14:textId="77777777" w:rsidR="00784220" w:rsidRDefault="00FE5BE6">
            <w:pPr>
              <w:spacing w:line="240" w:lineRule="auto"/>
            </w:pPr>
            <w:r>
              <w:rPr>
                <w:sz w:val="21"/>
              </w:rPr>
              <w:t>Department of Conservation and Energy/Intrastate Natural Gas</w:t>
            </w:r>
          </w:p>
        </w:tc>
        <w:tc>
          <w:tcPr>
            <w:tcW w:w="1440" w:type="dxa"/>
            <w:vAlign w:val="center"/>
          </w:tcPr>
          <w:p w14:paraId="68655268" w14:textId="77777777" w:rsidR="00784220" w:rsidRDefault="00FE5BE6">
            <w:pPr>
              <w:spacing w:line="240" w:lineRule="auto"/>
              <w:jc w:val="center"/>
            </w:pPr>
            <w:r>
              <w:rPr>
                <w:sz w:val="21"/>
              </w:rPr>
              <w:t>P</w:t>
            </w:r>
          </w:p>
        </w:tc>
      </w:tr>
      <w:tr w:rsidR="00784220" w14:paraId="6865526E" w14:textId="77777777" w:rsidTr="001000A2">
        <w:trPr>
          <w:cantSplit/>
          <w:jc w:val="center"/>
        </w:trPr>
        <w:tc>
          <w:tcPr>
            <w:tcW w:w="1080" w:type="dxa"/>
            <w:vAlign w:val="center"/>
          </w:tcPr>
          <w:p w14:paraId="6865526A" w14:textId="77777777" w:rsidR="00784220" w:rsidRDefault="00784220">
            <w:pPr>
              <w:spacing w:line="240" w:lineRule="auto"/>
            </w:pPr>
          </w:p>
        </w:tc>
        <w:tc>
          <w:tcPr>
            <w:tcW w:w="2088" w:type="dxa"/>
            <w:vAlign w:val="center"/>
          </w:tcPr>
          <w:p w14:paraId="6865526B" w14:textId="77777777" w:rsidR="00784220" w:rsidRDefault="00784220">
            <w:pPr>
              <w:spacing w:line="240" w:lineRule="auto"/>
            </w:pPr>
          </w:p>
        </w:tc>
        <w:tc>
          <w:tcPr>
            <w:tcW w:w="4752" w:type="dxa"/>
            <w:vAlign w:val="center"/>
          </w:tcPr>
          <w:p w14:paraId="6865526C" w14:textId="77777777" w:rsidR="00784220" w:rsidRDefault="00FE5BE6">
            <w:pPr>
              <w:spacing w:line="240" w:lineRule="auto"/>
            </w:pPr>
            <w:r>
              <w:rPr>
                <w:sz w:val="21"/>
              </w:rPr>
              <w:t>Louisiana Public Service Commission/Power</w:t>
            </w:r>
          </w:p>
        </w:tc>
        <w:tc>
          <w:tcPr>
            <w:tcW w:w="1440" w:type="dxa"/>
            <w:vAlign w:val="center"/>
          </w:tcPr>
          <w:p w14:paraId="6865526D" w14:textId="77777777" w:rsidR="00784220" w:rsidRDefault="00FE5BE6">
            <w:pPr>
              <w:spacing w:line="240" w:lineRule="auto"/>
              <w:jc w:val="center"/>
            </w:pPr>
            <w:r>
              <w:rPr>
                <w:sz w:val="21"/>
              </w:rPr>
              <w:t>P</w:t>
            </w:r>
          </w:p>
        </w:tc>
      </w:tr>
      <w:tr w:rsidR="00784220" w14:paraId="68655273" w14:textId="77777777" w:rsidTr="001000A2">
        <w:trPr>
          <w:cantSplit/>
          <w:jc w:val="center"/>
        </w:trPr>
        <w:tc>
          <w:tcPr>
            <w:tcW w:w="1080" w:type="dxa"/>
            <w:vAlign w:val="center"/>
          </w:tcPr>
          <w:p w14:paraId="6865526F" w14:textId="77777777" w:rsidR="00784220" w:rsidRDefault="00784220">
            <w:pPr>
              <w:spacing w:line="240" w:lineRule="auto"/>
            </w:pPr>
          </w:p>
        </w:tc>
        <w:tc>
          <w:tcPr>
            <w:tcW w:w="2088" w:type="dxa"/>
            <w:vAlign w:val="center"/>
          </w:tcPr>
          <w:p w14:paraId="68655270" w14:textId="77777777" w:rsidR="00784220" w:rsidRDefault="00784220">
            <w:pPr>
              <w:spacing w:line="240" w:lineRule="auto"/>
            </w:pPr>
          </w:p>
        </w:tc>
        <w:tc>
          <w:tcPr>
            <w:tcW w:w="4752" w:type="dxa"/>
            <w:vAlign w:val="center"/>
          </w:tcPr>
          <w:p w14:paraId="68655271" w14:textId="77777777" w:rsidR="00784220" w:rsidRDefault="00FE5BE6">
            <w:pPr>
              <w:spacing w:line="240" w:lineRule="auto"/>
            </w:pPr>
            <w:r>
              <w:rPr>
                <w:sz w:val="21"/>
              </w:rPr>
              <w:t>Louisiana Department of Health</w:t>
            </w:r>
          </w:p>
        </w:tc>
        <w:tc>
          <w:tcPr>
            <w:tcW w:w="1440" w:type="dxa"/>
            <w:vAlign w:val="center"/>
          </w:tcPr>
          <w:p w14:paraId="68655272" w14:textId="77777777" w:rsidR="00784220" w:rsidRDefault="00FE5BE6">
            <w:pPr>
              <w:spacing w:line="240" w:lineRule="auto"/>
              <w:jc w:val="center"/>
            </w:pPr>
            <w:r>
              <w:rPr>
                <w:sz w:val="21"/>
              </w:rPr>
              <w:t>P</w:t>
            </w:r>
          </w:p>
        </w:tc>
      </w:tr>
      <w:tr w:rsidR="00784220" w14:paraId="68655278" w14:textId="77777777" w:rsidTr="001000A2">
        <w:trPr>
          <w:cantSplit/>
          <w:jc w:val="center"/>
        </w:trPr>
        <w:tc>
          <w:tcPr>
            <w:tcW w:w="1080" w:type="dxa"/>
            <w:vAlign w:val="center"/>
          </w:tcPr>
          <w:p w14:paraId="68655274" w14:textId="77777777" w:rsidR="00784220" w:rsidRDefault="00784220">
            <w:pPr>
              <w:spacing w:line="240" w:lineRule="auto"/>
            </w:pPr>
          </w:p>
        </w:tc>
        <w:tc>
          <w:tcPr>
            <w:tcW w:w="2088" w:type="dxa"/>
            <w:vAlign w:val="center"/>
          </w:tcPr>
          <w:p w14:paraId="68655275" w14:textId="77777777" w:rsidR="00784220" w:rsidRDefault="00784220">
            <w:pPr>
              <w:spacing w:line="240" w:lineRule="auto"/>
            </w:pPr>
          </w:p>
        </w:tc>
        <w:tc>
          <w:tcPr>
            <w:tcW w:w="4752" w:type="dxa"/>
            <w:vAlign w:val="center"/>
          </w:tcPr>
          <w:p w14:paraId="68655276" w14:textId="77777777" w:rsidR="00784220" w:rsidRDefault="00FE5BE6">
            <w:pPr>
              <w:spacing w:line="240" w:lineRule="auto"/>
            </w:pPr>
            <w:r>
              <w:rPr>
                <w:sz w:val="21"/>
              </w:rPr>
              <w:t>Louisiana Department of Environmental Quality</w:t>
            </w:r>
          </w:p>
        </w:tc>
        <w:tc>
          <w:tcPr>
            <w:tcW w:w="1440" w:type="dxa"/>
            <w:vAlign w:val="center"/>
          </w:tcPr>
          <w:p w14:paraId="68655277" w14:textId="77777777" w:rsidR="00784220" w:rsidRDefault="00FE5BE6">
            <w:pPr>
              <w:spacing w:line="240" w:lineRule="auto"/>
              <w:jc w:val="center"/>
            </w:pPr>
            <w:r>
              <w:rPr>
                <w:sz w:val="21"/>
              </w:rPr>
              <w:t>S</w:t>
            </w:r>
          </w:p>
        </w:tc>
      </w:tr>
      <w:tr w:rsidR="00784220" w14:paraId="6865527D" w14:textId="77777777" w:rsidTr="001000A2">
        <w:trPr>
          <w:cantSplit/>
          <w:jc w:val="center"/>
        </w:trPr>
        <w:tc>
          <w:tcPr>
            <w:tcW w:w="1080" w:type="dxa"/>
            <w:vAlign w:val="center"/>
          </w:tcPr>
          <w:p w14:paraId="68655279" w14:textId="77777777" w:rsidR="00784220" w:rsidRDefault="00784220">
            <w:pPr>
              <w:spacing w:line="240" w:lineRule="auto"/>
            </w:pPr>
          </w:p>
        </w:tc>
        <w:tc>
          <w:tcPr>
            <w:tcW w:w="2088" w:type="dxa"/>
            <w:vAlign w:val="center"/>
          </w:tcPr>
          <w:p w14:paraId="6865527A" w14:textId="77777777" w:rsidR="00784220" w:rsidRDefault="00784220">
            <w:pPr>
              <w:spacing w:line="240" w:lineRule="auto"/>
            </w:pPr>
          </w:p>
        </w:tc>
        <w:tc>
          <w:tcPr>
            <w:tcW w:w="4752" w:type="dxa"/>
            <w:vAlign w:val="center"/>
          </w:tcPr>
          <w:p w14:paraId="6865527B" w14:textId="77777777" w:rsidR="00784220" w:rsidRDefault="00FE5BE6">
            <w:pPr>
              <w:spacing w:line="240" w:lineRule="auto"/>
            </w:pPr>
            <w:r>
              <w:rPr>
                <w:sz w:val="21"/>
              </w:rPr>
              <w:t>(Wastewater Utilities)</w:t>
            </w:r>
          </w:p>
        </w:tc>
        <w:tc>
          <w:tcPr>
            <w:tcW w:w="1440" w:type="dxa"/>
            <w:vAlign w:val="center"/>
          </w:tcPr>
          <w:p w14:paraId="6865527C" w14:textId="77777777" w:rsidR="00784220" w:rsidRDefault="00FE5BE6">
            <w:pPr>
              <w:spacing w:line="240" w:lineRule="auto"/>
              <w:jc w:val="center"/>
            </w:pPr>
            <w:r>
              <w:rPr>
                <w:sz w:val="21"/>
              </w:rPr>
              <w:t>S</w:t>
            </w:r>
          </w:p>
        </w:tc>
      </w:tr>
      <w:tr w:rsidR="00784220" w14:paraId="68655282" w14:textId="77777777" w:rsidTr="001000A2">
        <w:trPr>
          <w:cantSplit/>
          <w:jc w:val="center"/>
        </w:trPr>
        <w:tc>
          <w:tcPr>
            <w:tcW w:w="1080" w:type="dxa"/>
            <w:vAlign w:val="center"/>
          </w:tcPr>
          <w:p w14:paraId="6865527E" w14:textId="77777777" w:rsidR="00784220" w:rsidRDefault="00784220">
            <w:pPr>
              <w:spacing w:line="240" w:lineRule="auto"/>
            </w:pPr>
          </w:p>
        </w:tc>
        <w:tc>
          <w:tcPr>
            <w:tcW w:w="2088" w:type="dxa"/>
            <w:vAlign w:val="center"/>
          </w:tcPr>
          <w:p w14:paraId="6865527F" w14:textId="77777777" w:rsidR="00784220" w:rsidRDefault="00784220">
            <w:pPr>
              <w:spacing w:line="240" w:lineRule="auto"/>
            </w:pPr>
          </w:p>
        </w:tc>
        <w:tc>
          <w:tcPr>
            <w:tcW w:w="4752" w:type="dxa"/>
            <w:vAlign w:val="center"/>
          </w:tcPr>
          <w:p w14:paraId="68655280" w14:textId="77777777" w:rsidR="00784220" w:rsidRDefault="00FE5BE6">
            <w:pPr>
              <w:spacing w:line="240" w:lineRule="auto"/>
            </w:pPr>
            <w:r>
              <w:rPr>
                <w:sz w:val="21"/>
              </w:rPr>
              <w:t>Department of Agriculture &amp; Forestry</w:t>
            </w:r>
          </w:p>
        </w:tc>
        <w:tc>
          <w:tcPr>
            <w:tcW w:w="1440" w:type="dxa"/>
            <w:vAlign w:val="center"/>
          </w:tcPr>
          <w:p w14:paraId="68655281" w14:textId="77777777" w:rsidR="00784220" w:rsidRDefault="00FE5BE6">
            <w:pPr>
              <w:spacing w:line="240" w:lineRule="auto"/>
              <w:jc w:val="center"/>
            </w:pPr>
            <w:r>
              <w:rPr>
                <w:sz w:val="21"/>
              </w:rPr>
              <w:t>S</w:t>
            </w:r>
          </w:p>
        </w:tc>
      </w:tr>
      <w:tr w:rsidR="00784220" w14:paraId="68655287" w14:textId="77777777" w:rsidTr="001000A2">
        <w:trPr>
          <w:cantSplit/>
          <w:jc w:val="center"/>
        </w:trPr>
        <w:tc>
          <w:tcPr>
            <w:tcW w:w="1080" w:type="dxa"/>
            <w:vAlign w:val="center"/>
          </w:tcPr>
          <w:p w14:paraId="68655283" w14:textId="77777777" w:rsidR="00784220" w:rsidRDefault="00784220">
            <w:pPr>
              <w:spacing w:line="240" w:lineRule="auto"/>
            </w:pPr>
          </w:p>
        </w:tc>
        <w:tc>
          <w:tcPr>
            <w:tcW w:w="2088" w:type="dxa"/>
            <w:vAlign w:val="center"/>
          </w:tcPr>
          <w:p w14:paraId="68655284" w14:textId="77777777" w:rsidR="00784220" w:rsidRDefault="00784220">
            <w:pPr>
              <w:spacing w:line="240" w:lineRule="auto"/>
            </w:pPr>
          </w:p>
        </w:tc>
        <w:tc>
          <w:tcPr>
            <w:tcW w:w="4752" w:type="dxa"/>
            <w:vAlign w:val="center"/>
          </w:tcPr>
          <w:p w14:paraId="68655285" w14:textId="77777777" w:rsidR="00784220" w:rsidRDefault="00FE5BE6">
            <w:pPr>
              <w:spacing w:line="240" w:lineRule="auto"/>
            </w:pPr>
            <w:r>
              <w:rPr>
                <w:sz w:val="21"/>
              </w:rPr>
              <w:t>Louisiana National Guard</w:t>
            </w:r>
          </w:p>
        </w:tc>
        <w:tc>
          <w:tcPr>
            <w:tcW w:w="1440" w:type="dxa"/>
            <w:vAlign w:val="center"/>
          </w:tcPr>
          <w:p w14:paraId="68655286" w14:textId="77777777" w:rsidR="00784220" w:rsidRDefault="00FE5BE6">
            <w:pPr>
              <w:spacing w:line="240" w:lineRule="auto"/>
              <w:jc w:val="center"/>
            </w:pPr>
            <w:r>
              <w:rPr>
                <w:sz w:val="21"/>
              </w:rPr>
              <w:t>S</w:t>
            </w:r>
          </w:p>
        </w:tc>
      </w:tr>
      <w:tr w:rsidR="00784220" w14:paraId="6865528C" w14:textId="77777777" w:rsidTr="001000A2">
        <w:trPr>
          <w:cantSplit/>
          <w:jc w:val="center"/>
        </w:trPr>
        <w:tc>
          <w:tcPr>
            <w:tcW w:w="1080" w:type="dxa"/>
            <w:vAlign w:val="center"/>
          </w:tcPr>
          <w:p w14:paraId="68655288" w14:textId="77777777" w:rsidR="00784220" w:rsidRDefault="00784220">
            <w:pPr>
              <w:spacing w:line="240" w:lineRule="auto"/>
            </w:pPr>
          </w:p>
        </w:tc>
        <w:tc>
          <w:tcPr>
            <w:tcW w:w="2088" w:type="dxa"/>
            <w:vAlign w:val="center"/>
          </w:tcPr>
          <w:p w14:paraId="68655289" w14:textId="77777777" w:rsidR="00784220" w:rsidRDefault="00784220">
            <w:pPr>
              <w:spacing w:line="240" w:lineRule="auto"/>
            </w:pPr>
          </w:p>
        </w:tc>
        <w:tc>
          <w:tcPr>
            <w:tcW w:w="4752" w:type="dxa"/>
            <w:vAlign w:val="center"/>
          </w:tcPr>
          <w:p w14:paraId="6865528A" w14:textId="77777777" w:rsidR="00784220" w:rsidRDefault="00FE5BE6">
            <w:pPr>
              <w:spacing w:line="240" w:lineRule="auto"/>
            </w:pPr>
            <w:r>
              <w:rPr>
                <w:sz w:val="21"/>
              </w:rPr>
              <w:t>Non-Governmental Organizations (NGO)</w:t>
            </w:r>
          </w:p>
        </w:tc>
        <w:tc>
          <w:tcPr>
            <w:tcW w:w="1440" w:type="dxa"/>
            <w:vAlign w:val="center"/>
          </w:tcPr>
          <w:p w14:paraId="6865528B" w14:textId="77777777" w:rsidR="00784220" w:rsidRDefault="00FE5BE6">
            <w:pPr>
              <w:spacing w:line="240" w:lineRule="auto"/>
              <w:jc w:val="center"/>
            </w:pPr>
            <w:r>
              <w:rPr>
                <w:sz w:val="21"/>
              </w:rPr>
              <w:t>S</w:t>
            </w:r>
          </w:p>
        </w:tc>
      </w:tr>
      <w:tr w:rsidR="00784220" w14:paraId="68655291" w14:textId="77777777" w:rsidTr="001000A2">
        <w:trPr>
          <w:cantSplit/>
          <w:jc w:val="center"/>
        </w:trPr>
        <w:tc>
          <w:tcPr>
            <w:tcW w:w="1080" w:type="dxa"/>
            <w:vAlign w:val="center"/>
          </w:tcPr>
          <w:p w14:paraId="6865528D" w14:textId="77777777" w:rsidR="00784220" w:rsidRDefault="00784220">
            <w:pPr>
              <w:spacing w:line="240" w:lineRule="auto"/>
            </w:pPr>
          </w:p>
        </w:tc>
        <w:tc>
          <w:tcPr>
            <w:tcW w:w="2088" w:type="dxa"/>
            <w:vAlign w:val="center"/>
          </w:tcPr>
          <w:p w14:paraId="6865528E" w14:textId="77777777" w:rsidR="00784220" w:rsidRDefault="00784220">
            <w:pPr>
              <w:spacing w:line="240" w:lineRule="auto"/>
            </w:pPr>
          </w:p>
        </w:tc>
        <w:tc>
          <w:tcPr>
            <w:tcW w:w="4752" w:type="dxa"/>
            <w:vAlign w:val="center"/>
          </w:tcPr>
          <w:p w14:paraId="6865528F" w14:textId="77777777" w:rsidR="00784220" w:rsidRDefault="00784220">
            <w:pPr>
              <w:spacing w:line="240" w:lineRule="auto"/>
            </w:pPr>
          </w:p>
        </w:tc>
        <w:tc>
          <w:tcPr>
            <w:tcW w:w="1440" w:type="dxa"/>
            <w:vAlign w:val="center"/>
          </w:tcPr>
          <w:p w14:paraId="68655290" w14:textId="77777777" w:rsidR="00784220" w:rsidRDefault="00784220">
            <w:pPr>
              <w:spacing w:line="240" w:lineRule="auto"/>
              <w:jc w:val="center"/>
            </w:pPr>
          </w:p>
        </w:tc>
      </w:tr>
      <w:tr w:rsidR="00784220" w14:paraId="68655296" w14:textId="77777777" w:rsidTr="001000A2">
        <w:trPr>
          <w:cantSplit/>
          <w:jc w:val="center"/>
        </w:trPr>
        <w:tc>
          <w:tcPr>
            <w:tcW w:w="1080" w:type="dxa"/>
            <w:vAlign w:val="center"/>
          </w:tcPr>
          <w:p w14:paraId="68655292" w14:textId="77777777" w:rsidR="00784220" w:rsidRDefault="00FE5BE6">
            <w:pPr>
              <w:spacing w:line="240" w:lineRule="auto"/>
            </w:pPr>
            <w:r>
              <w:rPr>
                <w:b/>
                <w:sz w:val="21"/>
              </w:rPr>
              <w:t>ESF 13</w:t>
            </w:r>
          </w:p>
        </w:tc>
        <w:tc>
          <w:tcPr>
            <w:tcW w:w="2088" w:type="dxa"/>
            <w:vAlign w:val="center"/>
          </w:tcPr>
          <w:p w14:paraId="68655293" w14:textId="77777777" w:rsidR="00784220" w:rsidRDefault="00FE5BE6">
            <w:pPr>
              <w:spacing w:line="240" w:lineRule="auto"/>
            </w:pPr>
            <w:r>
              <w:rPr>
                <w:sz w:val="21"/>
              </w:rPr>
              <w:t>Public Safety and Security</w:t>
            </w:r>
          </w:p>
        </w:tc>
        <w:tc>
          <w:tcPr>
            <w:tcW w:w="4752" w:type="dxa"/>
            <w:vAlign w:val="center"/>
          </w:tcPr>
          <w:p w14:paraId="68655294" w14:textId="77777777" w:rsidR="00784220" w:rsidRDefault="00FE5BE6">
            <w:pPr>
              <w:spacing w:line="240" w:lineRule="auto"/>
            </w:pPr>
            <w:r>
              <w:rPr>
                <w:sz w:val="21"/>
              </w:rPr>
              <w:t>Louisiana State Police</w:t>
            </w:r>
          </w:p>
        </w:tc>
        <w:tc>
          <w:tcPr>
            <w:tcW w:w="1440" w:type="dxa"/>
            <w:vAlign w:val="center"/>
          </w:tcPr>
          <w:p w14:paraId="68655295" w14:textId="77777777" w:rsidR="00784220" w:rsidRDefault="00FE5BE6">
            <w:pPr>
              <w:spacing w:line="240" w:lineRule="auto"/>
              <w:jc w:val="center"/>
            </w:pPr>
            <w:r>
              <w:rPr>
                <w:sz w:val="21"/>
              </w:rPr>
              <w:t>P</w:t>
            </w:r>
          </w:p>
        </w:tc>
      </w:tr>
      <w:tr w:rsidR="00784220" w14:paraId="6865529B" w14:textId="77777777" w:rsidTr="001000A2">
        <w:trPr>
          <w:cantSplit/>
          <w:jc w:val="center"/>
        </w:trPr>
        <w:tc>
          <w:tcPr>
            <w:tcW w:w="1080" w:type="dxa"/>
            <w:vAlign w:val="center"/>
          </w:tcPr>
          <w:p w14:paraId="68655297" w14:textId="77777777" w:rsidR="00784220" w:rsidRDefault="00784220">
            <w:pPr>
              <w:spacing w:line="240" w:lineRule="auto"/>
            </w:pPr>
          </w:p>
        </w:tc>
        <w:tc>
          <w:tcPr>
            <w:tcW w:w="2088" w:type="dxa"/>
            <w:vAlign w:val="center"/>
          </w:tcPr>
          <w:p w14:paraId="68655298" w14:textId="77777777" w:rsidR="00784220" w:rsidRDefault="00784220">
            <w:pPr>
              <w:spacing w:line="240" w:lineRule="auto"/>
            </w:pPr>
          </w:p>
        </w:tc>
        <w:tc>
          <w:tcPr>
            <w:tcW w:w="4752" w:type="dxa"/>
            <w:vAlign w:val="center"/>
          </w:tcPr>
          <w:p w14:paraId="68655299" w14:textId="77777777" w:rsidR="00784220" w:rsidRDefault="00FE5BE6">
            <w:pPr>
              <w:spacing w:line="240" w:lineRule="auto"/>
            </w:pPr>
            <w:r>
              <w:rPr>
                <w:sz w:val="21"/>
              </w:rPr>
              <w:t>Department of Justice</w:t>
            </w:r>
          </w:p>
        </w:tc>
        <w:tc>
          <w:tcPr>
            <w:tcW w:w="1440" w:type="dxa"/>
            <w:vAlign w:val="center"/>
          </w:tcPr>
          <w:p w14:paraId="6865529A" w14:textId="77777777" w:rsidR="00784220" w:rsidRDefault="00FE5BE6">
            <w:pPr>
              <w:spacing w:line="240" w:lineRule="auto"/>
              <w:jc w:val="center"/>
            </w:pPr>
            <w:r>
              <w:rPr>
                <w:sz w:val="21"/>
              </w:rPr>
              <w:t>P</w:t>
            </w:r>
          </w:p>
        </w:tc>
      </w:tr>
      <w:tr w:rsidR="00784220" w14:paraId="686552A0" w14:textId="77777777" w:rsidTr="001000A2">
        <w:trPr>
          <w:cantSplit/>
          <w:jc w:val="center"/>
        </w:trPr>
        <w:tc>
          <w:tcPr>
            <w:tcW w:w="1080" w:type="dxa"/>
            <w:vAlign w:val="center"/>
          </w:tcPr>
          <w:p w14:paraId="6865529C" w14:textId="77777777" w:rsidR="00784220" w:rsidRDefault="00784220">
            <w:pPr>
              <w:spacing w:line="240" w:lineRule="auto"/>
            </w:pPr>
          </w:p>
        </w:tc>
        <w:tc>
          <w:tcPr>
            <w:tcW w:w="2088" w:type="dxa"/>
            <w:vAlign w:val="center"/>
          </w:tcPr>
          <w:p w14:paraId="6865529D" w14:textId="77777777" w:rsidR="00784220" w:rsidRDefault="00784220">
            <w:pPr>
              <w:spacing w:line="240" w:lineRule="auto"/>
            </w:pPr>
          </w:p>
        </w:tc>
        <w:tc>
          <w:tcPr>
            <w:tcW w:w="4752" w:type="dxa"/>
            <w:vAlign w:val="center"/>
          </w:tcPr>
          <w:p w14:paraId="6865529E" w14:textId="77777777" w:rsidR="00784220" w:rsidRDefault="00FE5BE6">
            <w:pPr>
              <w:spacing w:line="240" w:lineRule="auto"/>
            </w:pPr>
            <w:r>
              <w:rPr>
                <w:sz w:val="21"/>
              </w:rPr>
              <w:t>Department of Agriculture and Forestry</w:t>
            </w:r>
          </w:p>
        </w:tc>
        <w:tc>
          <w:tcPr>
            <w:tcW w:w="1440" w:type="dxa"/>
            <w:vAlign w:val="center"/>
          </w:tcPr>
          <w:p w14:paraId="6865529F" w14:textId="77777777" w:rsidR="00784220" w:rsidRDefault="00FE5BE6">
            <w:pPr>
              <w:spacing w:line="240" w:lineRule="auto"/>
              <w:jc w:val="center"/>
            </w:pPr>
            <w:r>
              <w:rPr>
                <w:sz w:val="21"/>
              </w:rPr>
              <w:t>S</w:t>
            </w:r>
          </w:p>
        </w:tc>
      </w:tr>
      <w:tr w:rsidR="00784220" w14:paraId="686552A5" w14:textId="77777777" w:rsidTr="001000A2">
        <w:trPr>
          <w:cantSplit/>
          <w:jc w:val="center"/>
        </w:trPr>
        <w:tc>
          <w:tcPr>
            <w:tcW w:w="1080" w:type="dxa"/>
            <w:vAlign w:val="center"/>
          </w:tcPr>
          <w:p w14:paraId="686552A1" w14:textId="77777777" w:rsidR="00784220" w:rsidRDefault="00784220">
            <w:pPr>
              <w:spacing w:line="240" w:lineRule="auto"/>
            </w:pPr>
          </w:p>
        </w:tc>
        <w:tc>
          <w:tcPr>
            <w:tcW w:w="2088" w:type="dxa"/>
            <w:vAlign w:val="center"/>
          </w:tcPr>
          <w:p w14:paraId="686552A2" w14:textId="77777777" w:rsidR="00784220" w:rsidRDefault="00784220">
            <w:pPr>
              <w:spacing w:line="240" w:lineRule="auto"/>
            </w:pPr>
          </w:p>
        </w:tc>
        <w:tc>
          <w:tcPr>
            <w:tcW w:w="4752" w:type="dxa"/>
            <w:vAlign w:val="center"/>
          </w:tcPr>
          <w:p w14:paraId="686552A3" w14:textId="77777777" w:rsidR="00784220" w:rsidRDefault="00FE5BE6">
            <w:pPr>
              <w:spacing w:line="240" w:lineRule="auto"/>
            </w:pPr>
            <w:r>
              <w:rPr>
                <w:sz w:val="21"/>
              </w:rPr>
              <w:t>Department of Corrections</w:t>
            </w:r>
          </w:p>
        </w:tc>
        <w:tc>
          <w:tcPr>
            <w:tcW w:w="1440" w:type="dxa"/>
            <w:vAlign w:val="center"/>
          </w:tcPr>
          <w:p w14:paraId="686552A4" w14:textId="77777777" w:rsidR="00784220" w:rsidRDefault="00FE5BE6">
            <w:pPr>
              <w:spacing w:line="240" w:lineRule="auto"/>
              <w:jc w:val="center"/>
            </w:pPr>
            <w:r>
              <w:rPr>
                <w:sz w:val="21"/>
              </w:rPr>
              <w:t>S</w:t>
            </w:r>
          </w:p>
        </w:tc>
      </w:tr>
      <w:tr w:rsidR="00784220" w14:paraId="686552AA" w14:textId="77777777" w:rsidTr="001000A2">
        <w:trPr>
          <w:cantSplit/>
          <w:jc w:val="center"/>
        </w:trPr>
        <w:tc>
          <w:tcPr>
            <w:tcW w:w="1080" w:type="dxa"/>
            <w:vAlign w:val="center"/>
          </w:tcPr>
          <w:p w14:paraId="686552A6" w14:textId="77777777" w:rsidR="00784220" w:rsidRDefault="00784220">
            <w:pPr>
              <w:spacing w:line="240" w:lineRule="auto"/>
            </w:pPr>
          </w:p>
        </w:tc>
        <w:tc>
          <w:tcPr>
            <w:tcW w:w="2088" w:type="dxa"/>
            <w:vAlign w:val="center"/>
          </w:tcPr>
          <w:p w14:paraId="686552A7" w14:textId="77777777" w:rsidR="00784220" w:rsidRDefault="00784220">
            <w:pPr>
              <w:spacing w:line="240" w:lineRule="auto"/>
            </w:pPr>
          </w:p>
        </w:tc>
        <w:tc>
          <w:tcPr>
            <w:tcW w:w="4752" w:type="dxa"/>
            <w:vAlign w:val="center"/>
          </w:tcPr>
          <w:p w14:paraId="686552A8" w14:textId="77777777" w:rsidR="00784220" w:rsidRDefault="00FE5BE6">
            <w:pPr>
              <w:spacing w:line="240" w:lineRule="auto"/>
            </w:pPr>
            <w:r>
              <w:rPr>
                <w:sz w:val="21"/>
              </w:rPr>
              <w:t>Department of Culture, Recreation and Tourism</w:t>
            </w:r>
          </w:p>
        </w:tc>
        <w:tc>
          <w:tcPr>
            <w:tcW w:w="1440" w:type="dxa"/>
            <w:vAlign w:val="center"/>
          </w:tcPr>
          <w:p w14:paraId="686552A9" w14:textId="77777777" w:rsidR="00784220" w:rsidRDefault="00FE5BE6">
            <w:pPr>
              <w:spacing w:line="240" w:lineRule="auto"/>
              <w:jc w:val="center"/>
            </w:pPr>
            <w:r>
              <w:rPr>
                <w:sz w:val="21"/>
              </w:rPr>
              <w:t>S</w:t>
            </w:r>
          </w:p>
        </w:tc>
      </w:tr>
      <w:tr w:rsidR="00784220" w14:paraId="686552AF" w14:textId="77777777" w:rsidTr="001000A2">
        <w:trPr>
          <w:cantSplit/>
          <w:jc w:val="center"/>
        </w:trPr>
        <w:tc>
          <w:tcPr>
            <w:tcW w:w="1080" w:type="dxa"/>
            <w:vAlign w:val="center"/>
          </w:tcPr>
          <w:p w14:paraId="686552AB" w14:textId="77777777" w:rsidR="00784220" w:rsidRDefault="00784220">
            <w:pPr>
              <w:spacing w:line="240" w:lineRule="auto"/>
            </w:pPr>
          </w:p>
        </w:tc>
        <w:tc>
          <w:tcPr>
            <w:tcW w:w="2088" w:type="dxa"/>
            <w:vAlign w:val="center"/>
          </w:tcPr>
          <w:p w14:paraId="686552AC" w14:textId="77777777" w:rsidR="00784220" w:rsidRDefault="00784220">
            <w:pPr>
              <w:spacing w:line="240" w:lineRule="auto"/>
            </w:pPr>
          </w:p>
        </w:tc>
        <w:tc>
          <w:tcPr>
            <w:tcW w:w="4752" w:type="dxa"/>
            <w:vAlign w:val="center"/>
          </w:tcPr>
          <w:p w14:paraId="686552AD" w14:textId="77777777" w:rsidR="00784220" w:rsidRDefault="00FE5BE6">
            <w:pPr>
              <w:spacing w:line="240" w:lineRule="auto"/>
            </w:pPr>
            <w:r>
              <w:rPr>
                <w:sz w:val="21"/>
              </w:rPr>
              <w:t>Department of Revenue - Office of Alcohol and Tobacco Control</w:t>
            </w:r>
          </w:p>
        </w:tc>
        <w:tc>
          <w:tcPr>
            <w:tcW w:w="1440" w:type="dxa"/>
            <w:vAlign w:val="center"/>
          </w:tcPr>
          <w:p w14:paraId="686552AE" w14:textId="77777777" w:rsidR="00784220" w:rsidRDefault="00FE5BE6">
            <w:pPr>
              <w:spacing w:line="240" w:lineRule="auto"/>
              <w:jc w:val="center"/>
            </w:pPr>
            <w:r>
              <w:rPr>
                <w:sz w:val="21"/>
              </w:rPr>
              <w:t>S</w:t>
            </w:r>
          </w:p>
        </w:tc>
      </w:tr>
      <w:tr w:rsidR="00784220" w14:paraId="686552B4" w14:textId="77777777" w:rsidTr="001000A2">
        <w:trPr>
          <w:cantSplit/>
          <w:jc w:val="center"/>
        </w:trPr>
        <w:tc>
          <w:tcPr>
            <w:tcW w:w="1080" w:type="dxa"/>
            <w:vAlign w:val="center"/>
          </w:tcPr>
          <w:p w14:paraId="686552B0" w14:textId="77777777" w:rsidR="00784220" w:rsidRDefault="00784220">
            <w:pPr>
              <w:spacing w:line="240" w:lineRule="auto"/>
            </w:pPr>
          </w:p>
        </w:tc>
        <w:tc>
          <w:tcPr>
            <w:tcW w:w="2088" w:type="dxa"/>
            <w:vAlign w:val="center"/>
          </w:tcPr>
          <w:p w14:paraId="686552B1" w14:textId="77777777" w:rsidR="00784220" w:rsidRDefault="00784220">
            <w:pPr>
              <w:spacing w:line="240" w:lineRule="auto"/>
            </w:pPr>
          </w:p>
        </w:tc>
        <w:tc>
          <w:tcPr>
            <w:tcW w:w="4752" w:type="dxa"/>
            <w:vAlign w:val="center"/>
          </w:tcPr>
          <w:p w14:paraId="686552B2" w14:textId="77777777" w:rsidR="00784220" w:rsidRDefault="00FE5BE6">
            <w:pPr>
              <w:spacing w:line="240" w:lineRule="auto"/>
            </w:pPr>
            <w:r>
              <w:rPr>
                <w:sz w:val="21"/>
              </w:rPr>
              <w:t>Department of Transportation and Development</w:t>
            </w:r>
          </w:p>
        </w:tc>
        <w:tc>
          <w:tcPr>
            <w:tcW w:w="1440" w:type="dxa"/>
            <w:vAlign w:val="center"/>
          </w:tcPr>
          <w:p w14:paraId="686552B3" w14:textId="77777777" w:rsidR="00784220" w:rsidRDefault="00FE5BE6">
            <w:pPr>
              <w:spacing w:line="240" w:lineRule="auto"/>
              <w:jc w:val="center"/>
            </w:pPr>
            <w:r>
              <w:rPr>
                <w:sz w:val="21"/>
              </w:rPr>
              <w:t>S</w:t>
            </w:r>
          </w:p>
        </w:tc>
      </w:tr>
      <w:tr w:rsidR="00784220" w14:paraId="686552B9" w14:textId="77777777" w:rsidTr="001000A2">
        <w:trPr>
          <w:cantSplit/>
          <w:jc w:val="center"/>
        </w:trPr>
        <w:tc>
          <w:tcPr>
            <w:tcW w:w="1080" w:type="dxa"/>
            <w:vAlign w:val="center"/>
          </w:tcPr>
          <w:p w14:paraId="686552B5" w14:textId="77777777" w:rsidR="00784220" w:rsidRDefault="00784220">
            <w:pPr>
              <w:spacing w:line="240" w:lineRule="auto"/>
            </w:pPr>
          </w:p>
        </w:tc>
        <w:tc>
          <w:tcPr>
            <w:tcW w:w="2088" w:type="dxa"/>
            <w:vAlign w:val="center"/>
          </w:tcPr>
          <w:p w14:paraId="686552B6" w14:textId="77777777" w:rsidR="00784220" w:rsidRDefault="00784220">
            <w:pPr>
              <w:spacing w:line="240" w:lineRule="auto"/>
            </w:pPr>
          </w:p>
        </w:tc>
        <w:tc>
          <w:tcPr>
            <w:tcW w:w="4752" w:type="dxa"/>
            <w:vAlign w:val="center"/>
          </w:tcPr>
          <w:p w14:paraId="686552B7" w14:textId="77777777" w:rsidR="00784220" w:rsidRDefault="00FE5BE6">
            <w:pPr>
              <w:spacing w:line="240" w:lineRule="auto"/>
            </w:pPr>
            <w:r>
              <w:rPr>
                <w:sz w:val="21"/>
              </w:rPr>
              <w:t>Department of Wildlife and Fisheries</w:t>
            </w:r>
          </w:p>
        </w:tc>
        <w:tc>
          <w:tcPr>
            <w:tcW w:w="1440" w:type="dxa"/>
            <w:vAlign w:val="center"/>
          </w:tcPr>
          <w:p w14:paraId="686552B8" w14:textId="77777777" w:rsidR="00784220" w:rsidRDefault="00FE5BE6">
            <w:pPr>
              <w:spacing w:line="240" w:lineRule="auto"/>
              <w:jc w:val="center"/>
            </w:pPr>
            <w:r>
              <w:rPr>
                <w:sz w:val="21"/>
              </w:rPr>
              <w:t>S</w:t>
            </w:r>
          </w:p>
        </w:tc>
      </w:tr>
      <w:tr w:rsidR="00784220" w14:paraId="686552BE" w14:textId="77777777" w:rsidTr="001000A2">
        <w:trPr>
          <w:cantSplit/>
          <w:jc w:val="center"/>
        </w:trPr>
        <w:tc>
          <w:tcPr>
            <w:tcW w:w="1080" w:type="dxa"/>
            <w:vAlign w:val="center"/>
          </w:tcPr>
          <w:p w14:paraId="686552BA" w14:textId="77777777" w:rsidR="00784220" w:rsidRDefault="00784220">
            <w:pPr>
              <w:spacing w:line="240" w:lineRule="auto"/>
            </w:pPr>
          </w:p>
        </w:tc>
        <w:tc>
          <w:tcPr>
            <w:tcW w:w="2088" w:type="dxa"/>
            <w:vAlign w:val="center"/>
          </w:tcPr>
          <w:p w14:paraId="686552BB" w14:textId="77777777" w:rsidR="00784220" w:rsidRDefault="00784220">
            <w:pPr>
              <w:spacing w:line="240" w:lineRule="auto"/>
            </w:pPr>
          </w:p>
        </w:tc>
        <w:tc>
          <w:tcPr>
            <w:tcW w:w="4752" w:type="dxa"/>
            <w:vAlign w:val="center"/>
          </w:tcPr>
          <w:p w14:paraId="686552BC" w14:textId="77777777" w:rsidR="00784220" w:rsidRDefault="00FE5BE6">
            <w:pPr>
              <w:spacing w:line="240" w:lineRule="auto"/>
            </w:pPr>
            <w:r>
              <w:rPr>
                <w:sz w:val="21"/>
              </w:rPr>
              <w:t>Louisiana National Guard</w:t>
            </w:r>
          </w:p>
        </w:tc>
        <w:tc>
          <w:tcPr>
            <w:tcW w:w="1440" w:type="dxa"/>
            <w:vAlign w:val="center"/>
          </w:tcPr>
          <w:p w14:paraId="686552BD" w14:textId="77777777" w:rsidR="00784220" w:rsidRDefault="00FE5BE6">
            <w:pPr>
              <w:spacing w:line="240" w:lineRule="auto"/>
              <w:jc w:val="center"/>
            </w:pPr>
            <w:r>
              <w:rPr>
                <w:sz w:val="21"/>
              </w:rPr>
              <w:t>S</w:t>
            </w:r>
          </w:p>
        </w:tc>
      </w:tr>
      <w:tr w:rsidR="00784220" w14:paraId="686552C3" w14:textId="77777777" w:rsidTr="001000A2">
        <w:trPr>
          <w:cantSplit/>
          <w:jc w:val="center"/>
        </w:trPr>
        <w:tc>
          <w:tcPr>
            <w:tcW w:w="1080" w:type="dxa"/>
            <w:vAlign w:val="center"/>
          </w:tcPr>
          <w:p w14:paraId="686552BF" w14:textId="77777777" w:rsidR="00784220" w:rsidRDefault="00784220">
            <w:pPr>
              <w:spacing w:line="240" w:lineRule="auto"/>
            </w:pPr>
          </w:p>
        </w:tc>
        <w:tc>
          <w:tcPr>
            <w:tcW w:w="2088" w:type="dxa"/>
            <w:vAlign w:val="center"/>
          </w:tcPr>
          <w:p w14:paraId="686552C0" w14:textId="77777777" w:rsidR="00784220" w:rsidRDefault="00784220">
            <w:pPr>
              <w:spacing w:line="240" w:lineRule="auto"/>
            </w:pPr>
          </w:p>
        </w:tc>
        <w:tc>
          <w:tcPr>
            <w:tcW w:w="4752" w:type="dxa"/>
            <w:vAlign w:val="center"/>
          </w:tcPr>
          <w:p w14:paraId="686552C1" w14:textId="77777777" w:rsidR="00784220" w:rsidRDefault="00FE5BE6">
            <w:pPr>
              <w:spacing w:line="240" w:lineRule="auto"/>
            </w:pPr>
            <w:r>
              <w:rPr>
                <w:sz w:val="21"/>
              </w:rPr>
              <w:t>Office of Juvenile Justice</w:t>
            </w:r>
          </w:p>
        </w:tc>
        <w:tc>
          <w:tcPr>
            <w:tcW w:w="1440" w:type="dxa"/>
            <w:vAlign w:val="center"/>
          </w:tcPr>
          <w:p w14:paraId="686552C2" w14:textId="77777777" w:rsidR="00784220" w:rsidRDefault="00FE5BE6">
            <w:pPr>
              <w:spacing w:line="240" w:lineRule="auto"/>
              <w:jc w:val="center"/>
            </w:pPr>
            <w:r>
              <w:rPr>
                <w:sz w:val="21"/>
              </w:rPr>
              <w:t>S</w:t>
            </w:r>
          </w:p>
        </w:tc>
      </w:tr>
      <w:tr w:rsidR="00784220" w14:paraId="686552C8" w14:textId="77777777" w:rsidTr="001000A2">
        <w:trPr>
          <w:cantSplit/>
          <w:jc w:val="center"/>
        </w:trPr>
        <w:tc>
          <w:tcPr>
            <w:tcW w:w="1080" w:type="dxa"/>
            <w:vAlign w:val="center"/>
          </w:tcPr>
          <w:p w14:paraId="686552C4" w14:textId="77777777" w:rsidR="00784220" w:rsidRDefault="00784220">
            <w:pPr>
              <w:spacing w:line="240" w:lineRule="auto"/>
            </w:pPr>
          </w:p>
        </w:tc>
        <w:tc>
          <w:tcPr>
            <w:tcW w:w="2088" w:type="dxa"/>
            <w:vAlign w:val="center"/>
          </w:tcPr>
          <w:p w14:paraId="686552C5" w14:textId="77777777" w:rsidR="00784220" w:rsidRDefault="00784220">
            <w:pPr>
              <w:spacing w:line="240" w:lineRule="auto"/>
            </w:pPr>
          </w:p>
        </w:tc>
        <w:tc>
          <w:tcPr>
            <w:tcW w:w="4752" w:type="dxa"/>
            <w:vAlign w:val="center"/>
          </w:tcPr>
          <w:p w14:paraId="686552C6" w14:textId="77777777" w:rsidR="00784220" w:rsidRDefault="00FE5BE6">
            <w:pPr>
              <w:spacing w:line="240" w:lineRule="auto"/>
            </w:pPr>
            <w:r>
              <w:rPr>
                <w:sz w:val="21"/>
              </w:rPr>
              <w:t>Office of the Lieutenant Governor</w:t>
            </w:r>
          </w:p>
        </w:tc>
        <w:tc>
          <w:tcPr>
            <w:tcW w:w="1440" w:type="dxa"/>
            <w:vAlign w:val="center"/>
          </w:tcPr>
          <w:p w14:paraId="686552C7" w14:textId="77777777" w:rsidR="00784220" w:rsidRDefault="00FE5BE6">
            <w:pPr>
              <w:spacing w:line="240" w:lineRule="auto"/>
              <w:jc w:val="center"/>
            </w:pPr>
            <w:r>
              <w:rPr>
                <w:sz w:val="21"/>
              </w:rPr>
              <w:t>S</w:t>
            </w:r>
          </w:p>
        </w:tc>
      </w:tr>
      <w:tr w:rsidR="00784220" w14:paraId="686552CD" w14:textId="77777777" w:rsidTr="001000A2">
        <w:trPr>
          <w:cantSplit/>
          <w:jc w:val="center"/>
        </w:trPr>
        <w:tc>
          <w:tcPr>
            <w:tcW w:w="1080" w:type="dxa"/>
            <w:vAlign w:val="center"/>
          </w:tcPr>
          <w:p w14:paraId="686552C9" w14:textId="77777777" w:rsidR="00784220" w:rsidRDefault="00784220">
            <w:pPr>
              <w:spacing w:line="240" w:lineRule="auto"/>
            </w:pPr>
          </w:p>
        </w:tc>
        <w:tc>
          <w:tcPr>
            <w:tcW w:w="2088" w:type="dxa"/>
            <w:vAlign w:val="center"/>
          </w:tcPr>
          <w:p w14:paraId="686552CA" w14:textId="77777777" w:rsidR="00784220" w:rsidRDefault="00784220">
            <w:pPr>
              <w:spacing w:line="240" w:lineRule="auto"/>
            </w:pPr>
          </w:p>
        </w:tc>
        <w:tc>
          <w:tcPr>
            <w:tcW w:w="4752" w:type="dxa"/>
            <w:vAlign w:val="center"/>
          </w:tcPr>
          <w:p w14:paraId="686552CB" w14:textId="77777777" w:rsidR="00784220" w:rsidRDefault="00FE5BE6">
            <w:pPr>
              <w:spacing w:line="240" w:lineRule="auto"/>
            </w:pPr>
            <w:r>
              <w:rPr>
                <w:sz w:val="21"/>
              </w:rPr>
              <w:t>Office of the State Fire Marshal</w:t>
            </w:r>
          </w:p>
        </w:tc>
        <w:tc>
          <w:tcPr>
            <w:tcW w:w="1440" w:type="dxa"/>
            <w:vAlign w:val="center"/>
          </w:tcPr>
          <w:p w14:paraId="686552CC" w14:textId="77777777" w:rsidR="00784220" w:rsidRDefault="00FE5BE6">
            <w:pPr>
              <w:spacing w:line="240" w:lineRule="auto"/>
              <w:jc w:val="center"/>
            </w:pPr>
            <w:r>
              <w:rPr>
                <w:sz w:val="21"/>
              </w:rPr>
              <w:t>S</w:t>
            </w:r>
          </w:p>
        </w:tc>
      </w:tr>
      <w:tr w:rsidR="00784220" w14:paraId="686552D2" w14:textId="77777777" w:rsidTr="001000A2">
        <w:trPr>
          <w:cantSplit/>
          <w:jc w:val="center"/>
        </w:trPr>
        <w:tc>
          <w:tcPr>
            <w:tcW w:w="1080" w:type="dxa"/>
            <w:vAlign w:val="center"/>
          </w:tcPr>
          <w:p w14:paraId="686552CE" w14:textId="77777777" w:rsidR="00784220" w:rsidRDefault="00784220">
            <w:pPr>
              <w:spacing w:line="240" w:lineRule="auto"/>
            </w:pPr>
          </w:p>
        </w:tc>
        <w:tc>
          <w:tcPr>
            <w:tcW w:w="2088" w:type="dxa"/>
            <w:vAlign w:val="center"/>
          </w:tcPr>
          <w:p w14:paraId="686552CF" w14:textId="77777777" w:rsidR="00784220" w:rsidRDefault="00784220">
            <w:pPr>
              <w:spacing w:line="240" w:lineRule="auto"/>
            </w:pPr>
          </w:p>
        </w:tc>
        <w:tc>
          <w:tcPr>
            <w:tcW w:w="4752" w:type="dxa"/>
            <w:vAlign w:val="center"/>
          </w:tcPr>
          <w:p w14:paraId="686552D0" w14:textId="77777777" w:rsidR="00784220" w:rsidRDefault="00784220">
            <w:pPr>
              <w:spacing w:line="240" w:lineRule="auto"/>
            </w:pPr>
          </w:p>
        </w:tc>
        <w:tc>
          <w:tcPr>
            <w:tcW w:w="1440" w:type="dxa"/>
            <w:vAlign w:val="center"/>
          </w:tcPr>
          <w:p w14:paraId="686552D1" w14:textId="77777777" w:rsidR="00784220" w:rsidRDefault="00784220">
            <w:pPr>
              <w:spacing w:line="240" w:lineRule="auto"/>
              <w:jc w:val="center"/>
            </w:pPr>
          </w:p>
        </w:tc>
      </w:tr>
      <w:tr w:rsidR="00784220" w14:paraId="686552D5" w14:textId="77777777" w:rsidTr="001000A2">
        <w:trPr>
          <w:cantSplit/>
          <w:jc w:val="center"/>
        </w:trPr>
        <w:tc>
          <w:tcPr>
            <w:tcW w:w="1080" w:type="dxa"/>
            <w:vAlign w:val="center"/>
          </w:tcPr>
          <w:p w14:paraId="686552D3" w14:textId="77777777" w:rsidR="00784220" w:rsidRDefault="00FE5BE6">
            <w:pPr>
              <w:spacing w:line="240" w:lineRule="auto"/>
            </w:pPr>
            <w:r>
              <w:rPr>
                <w:b/>
                <w:sz w:val="21"/>
              </w:rPr>
              <w:t>ESF 14</w:t>
            </w:r>
          </w:p>
        </w:tc>
        <w:tc>
          <w:tcPr>
            <w:tcW w:w="8280" w:type="dxa"/>
            <w:gridSpan w:val="3"/>
            <w:vAlign w:val="center"/>
          </w:tcPr>
          <w:p w14:paraId="686552D4" w14:textId="77777777" w:rsidR="00784220" w:rsidRDefault="00FE5BE6">
            <w:pPr>
              <w:spacing w:line="240" w:lineRule="auto"/>
            </w:pPr>
            <w:r>
              <w:rPr>
                <w:sz w:val="21"/>
              </w:rPr>
              <w:t>In accordance with the National Disaster Recovery Framework, ESF 14 will be organized into Recovery Support Functions (RSF).</w:t>
            </w:r>
          </w:p>
        </w:tc>
      </w:tr>
      <w:tr w:rsidR="00784220" w14:paraId="686552DA" w14:textId="77777777" w:rsidTr="001000A2">
        <w:trPr>
          <w:cantSplit/>
          <w:jc w:val="center"/>
        </w:trPr>
        <w:tc>
          <w:tcPr>
            <w:tcW w:w="1080" w:type="dxa"/>
            <w:vAlign w:val="center"/>
          </w:tcPr>
          <w:p w14:paraId="686552D6" w14:textId="77777777" w:rsidR="00784220" w:rsidRDefault="00784220">
            <w:pPr>
              <w:spacing w:line="240" w:lineRule="auto"/>
            </w:pPr>
          </w:p>
        </w:tc>
        <w:tc>
          <w:tcPr>
            <w:tcW w:w="2088" w:type="dxa"/>
            <w:vAlign w:val="center"/>
          </w:tcPr>
          <w:p w14:paraId="686552D7" w14:textId="77777777" w:rsidR="00784220" w:rsidRDefault="00784220">
            <w:pPr>
              <w:spacing w:line="240" w:lineRule="auto"/>
            </w:pPr>
          </w:p>
        </w:tc>
        <w:tc>
          <w:tcPr>
            <w:tcW w:w="4752" w:type="dxa"/>
            <w:vAlign w:val="center"/>
          </w:tcPr>
          <w:p w14:paraId="686552D8"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2D9" w14:textId="77777777" w:rsidR="00784220" w:rsidRDefault="00FE5BE6">
            <w:pPr>
              <w:spacing w:line="240" w:lineRule="auto"/>
              <w:jc w:val="center"/>
            </w:pPr>
            <w:r>
              <w:rPr>
                <w:sz w:val="21"/>
              </w:rPr>
              <w:t>P</w:t>
            </w:r>
          </w:p>
        </w:tc>
      </w:tr>
      <w:tr w:rsidR="00784220" w14:paraId="686552DF" w14:textId="77777777" w:rsidTr="001000A2">
        <w:trPr>
          <w:cantSplit/>
          <w:jc w:val="center"/>
        </w:trPr>
        <w:tc>
          <w:tcPr>
            <w:tcW w:w="1080" w:type="dxa"/>
            <w:vAlign w:val="center"/>
          </w:tcPr>
          <w:p w14:paraId="686552DB" w14:textId="77777777" w:rsidR="00784220" w:rsidRDefault="00784220">
            <w:pPr>
              <w:spacing w:line="240" w:lineRule="auto"/>
            </w:pPr>
          </w:p>
        </w:tc>
        <w:tc>
          <w:tcPr>
            <w:tcW w:w="2088" w:type="dxa"/>
            <w:vAlign w:val="center"/>
          </w:tcPr>
          <w:p w14:paraId="686552DC" w14:textId="77777777" w:rsidR="00784220" w:rsidRDefault="00784220">
            <w:pPr>
              <w:spacing w:line="240" w:lineRule="auto"/>
            </w:pPr>
          </w:p>
        </w:tc>
        <w:tc>
          <w:tcPr>
            <w:tcW w:w="4752" w:type="dxa"/>
            <w:vAlign w:val="center"/>
          </w:tcPr>
          <w:p w14:paraId="686552DD" w14:textId="77777777" w:rsidR="00784220" w:rsidRDefault="00784220">
            <w:pPr>
              <w:spacing w:line="240" w:lineRule="auto"/>
            </w:pPr>
          </w:p>
        </w:tc>
        <w:tc>
          <w:tcPr>
            <w:tcW w:w="1440" w:type="dxa"/>
            <w:vAlign w:val="center"/>
          </w:tcPr>
          <w:p w14:paraId="686552DE" w14:textId="77777777" w:rsidR="00784220" w:rsidRDefault="00784220">
            <w:pPr>
              <w:spacing w:line="240" w:lineRule="auto"/>
              <w:jc w:val="center"/>
            </w:pPr>
          </w:p>
        </w:tc>
      </w:tr>
      <w:tr w:rsidR="00784220" w14:paraId="686552E4" w14:textId="77777777" w:rsidTr="001000A2">
        <w:trPr>
          <w:cantSplit/>
          <w:jc w:val="center"/>
        </w:trPr>
        <w:tc>
          <w:tcPr>
            <w:tcW w:w="1080" w:type="dxa"/>
            <w:vAlign w:val="center"/>
          </w:tcPr>
          <w:p w14:paraId="686552E0" w14:textId="77777777" w:rsidR="00784220" w:rsidRDefault="00FE5BE6">
            <w:pPr>
              <w:spacing w:line="240" w:lineRule="auto"/>
            </w:pPr>
            <w:r>
              <w:rPr>
                <w:b/>
                <w:sz w:val="21"/>
              </w:rPr>
              <w:t>ESF 15</w:t>
            </w:r>
          </w:p>
        </w:tc>
        <w:tc>
          <w:tcPr>
            <w:tcW w:w="2088" w:type="dxa"/>
            <w:vAlign w:val="center"/>
          </w:tcPr>
          <w:p w14:paraId="686552E1" w14:textId="77777777" w:rsidR="00784220" w:rsidRDefault="00FE5BE6">
            <w:pPr>
              <w:spacing w:line="240" w:lineRule="auto"/>
            </w:pPr>
            <w:r>
              <w:rPr>
                <w:sz w:val="21"/>
              </w:rPr>
              <w:t>Emergency Public Information</w:t>
            </w:r>
          </w:p>
        </w:tc>
        <w:tc>
          <w:tcPr>
            <w:tcW w:w="4752" w:type="dxa"/>
            <w:vAlign w:val="center"/>
          </w:tcPr>
          <w:p w14:paraId="686552E2" w14:textId="77777777" w:rsidR="00784220" w:rsidRDefault="00FE5BE6">
            <w:pPr>
              <w:spacing w:line="240" w:lineRule="auto"/>
            </w:pPr>
            <w:r>
              <w:rPr>
                <w:sz w:val="21"/>
              </w:rPr>
              <w:t>Governor’s Office of Homeland Security and Emergency Preparedness</w:t>
            </w:r>
          </w:p>
        </w:tc>
        <w:tc>
          <w:tcPr>
            <w:tcW w:w="1440" w:type="dxa"/>
            <w:vAlign w:val="center"/>
          </w:tcPr>
          <w:p w14:paraId="686552E3" w14:textId="77777777" w:rsidR="00784220" w:rsidRDefault="00FE5BE6">
            <w:pPr>
              <w:spacing w:line="240" w:lineRule="auto"/>
              <w:jc w:val="center"/>
            </w:pPr>
            <w:r>
              <w:rPr>
                <w:sz w:val="21"/>
              </w:rPr>
              <w:t>P</w:t>
            </w:r>
          </w:p>
        </w:tc>
      </w:tr>
      <w:tr w:rsidR="00784220" w14:paraId="686552E9" w14:textId="77777777" w:rsidTr="001000A2">
        <w:trPr>
          <w:cantSplit/>
          <w:jc w:val="center"/>
        </w:trPr>
        <w:tc>
          <w:tcPr>
            <w:tcW w:w="1080" w:type="dxa"/>
            <w:vAlign w:val="center"/>
          </w:tcPr>
          <w:p w14:paraId="686552E5" w14:textId="77777777" w:rsidR="00784220" w:rsidRDefault="00784220">
            <w:pPr>
              <w:spacing w:line="240" w:lineRule="auto"/>
            </w:pPr>
          </w:p>
        </w:tc>
        <w:tc>
          <w:tcPr>
            <w:tcW w:w="2088" w:type="dxa"/>
            <w:vAlign w:val="center"/>
          </w:tcPr>
          <w:p w14:paraId="686552E6" w14:textId="77777777" w:rsidR="00784220" w:rsidRDefault="00784220">
            <w:pPr>
              <w:spacing w:line="240" w:lineRule="auto"/>
            </w:pPr>
          </w:p>
        </w:tc>
        <w:tc>
          <w:tcPr>
            <w:tcW w:w="4752" w:type="dxa"/>
            <w:vAlign w:val="center"/>
          </w:tcPr>
          <w:p w14:paraId="686552E7" w14:textId="77777777" w:rsidR="00784220" w:rsidRDefault="00FE5BE6">
            <w:pPr>
              <w:spacing w:line="240" w:lineRule="auto"/>
            </w:pPr>
            <w:r>
              <w:rPr>
                <w:sz w:val="21"/>
              </w:rPr>
              <w:t>Louisiana National Guard</w:t>
            </w:r>
          </w:p>
        </w:tc>
        <w:tc>
          <w:tcPr>
            <w:tcW w:w="1440" w:type="dxa"/>
            <w:vAlign w:val="center"/>
          </w:tcPr>
          <w:p w14:paraId="686552E8" w14:textId="77777777" w:rsidR="00784220" w:rsidRDefault="00FE5BE6">
            <w:pPr>
              <w:spacing w:line="240" w:lineRule="auto"/>
              <w:jc w:val="center"/>
            </w:pPr>
            <w:r>
              <w:rPr>
                <w:sz w:val="21"/>
              </w:rPr>
              <w:t>S</w:t>
            </w:r>
          </w:p>
        </w:tc>
      </w:tr>
      <w:tr w:rsidR="00784220" w14:paraId="686552EE" w14:textId="77777777" w:rsidTr="001000A2">
        <w:trPr>
          <w:cantSplit/>
          <w:jc w:val="center"/>
        </w:trPr>
        <w:tc>
          <w:tcPr>
            <w:tcW w:w="1080" w:type="dxa"/>
            <w:vAlign w:val="center"/>
          </w:tcPr>
          <w:p w14:paraId="686552EA" w14:textId="77777777" w:rsidR="00784220" w:rsidRDefault="00784220">
            <w:pPr>
              <w:spacing w:line="240" w:lineRule="auto"/>
            </w:pPr>
          </w:p>
        </w:tc>
        <w:tc>
          <w:tcPr>
            <w:tcW w:w="2088" w:type="dxa"/>
            <w:vAlign w:val="center"/>
          </w:tcPr>
          <w:p w14:paraId="686552EB" w14:textId="77777777" w:rsidR="00784220" w:rsidRDefault="00784220">
            <w:pPr>
              <w:spacing w:line="240" w:lineRule="auto"/>
            </w:pPr>
          </w:p>
        </w:tc>
        <w:tc>
          <w:tcPr>
            <w:tcW w:w="4752" w:type="dxa"/>
            <w:vAlign w:val="center"/>
          </w:tcPr>
          <w:p w14:paraId="686552EC" w14:textId="77777777" w:rsidR="00784220" w:rsidRDefault="00FE5BE6">
            <w:pPr>
              <w:spacing w:line="240" w:lineRule="auto"/>
            </w:pPr>
            <w:r>
              <w:rPr>
                <w:sz w:val="21"/>
              </w:rPr>
              <w:t>Senate and House Legislative Liaisons</w:t>
            </w:r>
          </w:p>
        </w:tc>
        <w:tc>
          <w:tcPr>
            <w:tcW w:w="1440" w:type="dxa"/>
            <w:vAlign w:val="center"/>
          </w:tcPr>
          <w:p w14:paraId="686552ED" w14:textId="77777777" w:rsidR="00784220" w:rsidRDefault="00FE5BE6">
            <w:pPr>
              <w:spacing w:line="240" w:lineRule="auto"/>
              <w:jc w:val="center"/>
            </w:pPr>
            <w:r>
              <w:rPr>
                <w:sz w:val="21"/>
              </w:rPr>
              <w:t>S</w:t>
            </w:r>
          </w:p>
        </w:tc>
      </w:tr>
      <w:tr w:rsidR="00784220" w14:paraId="686552F3" w14:textId="77777777" w:rsidTr="001000A2">
        <w:trPr>
          <w:cantSplit/>
          <w:jc w:val="center"/>
        </w:trPr>
        <w:tc>
          <w:tcPr>
            <w:tcW w:w="1080" w:type="dxa"/>
            <w:vAlign w:val="center"/>
          </w:tcPr>
          <w:p w14:paraId="686552EF" w14:textId="77777777" w:rsidR="00784220" w:rsidRDefault="00784220">
            <w:pPr>
              <w:spacing w:line="240" w:lineRule="auto"/>
            </w:pPr>
          </w:p>
        </w:tc>
        <w:tc>
          <w:tcPr>
            <w:tcW w:w="2088" w:type="dxa"/>
            <w:vAlign w:val="center"/>
          </w:tcPr>
          <w:p w14:paraId="686552F0" w14:textId="77777777" w:rsidR="00784220" w:rsidRDefault="00784220">
            <w:pPr>
              <w:spacing w:line="240" w:lineRule="auto"/>
            </w:pPr>
          </w:p>
        </w:tc>
        <w:tc>
          <w:tcPr>
            <w:tcW w:w="4752" w:type="dxa"/>
            <w:vAlign w:val="center"/>
          </w:tcPr>
          <w:p w14:paraId="686552F1" w14:textId="77777777" w:rsidR="00784220" w:rsidRDefault="00FE5BE6">
            <w:pPr>
              <w:spacing w:line="240" w:lineRule="auto"/>
            </w:pPr>
            <w:r>
              <w:rPr>
                <w:sz w:val="21"/>
              </w:rPr>
              <w:t>Department of Agriculture and Forestry</w:t>
            </w:r>
          </w:p>
        </w:tc>
        <w:tc>
          <w:tcPr>
            <w:tcW w:w="1440" w:type="dxa"/>
            <w:vAlign w:val="center"/>
          </w:tcPr>
          <w:p w14:paraId="686552F2" w14:textId="77777777" w:rsidR="00784220" w:rsidRDefault="00FE5BE6">
            <w:pPr>
              <w:spacing w:line="240" w:lineRule="auto"/>
              <w:jc w:val="center"/>
            </w:pPr>
            <w:r>
              <w:rPr>
                <w:sz w:val="21"/>
              </w:rPr>
              <w:t>S</w:t>
            </w:r>
          </w:p>
        </w:tc>
      </w:tr>
      <w:tr w:rsidR="00784220" w14:paraId="686552F8" w14:textId="77777777" w:rsidTr="001000A2">
        <w:trPr>
          <w:cantSplit/>
          <w:jc w:val="center"/>
        </w:trPr>
        <w:tc>
          <w:tcPr>
            <w:tcW w:w="1080" w:type="dxa"/>
            <w:vAlign w:val="center"/>
          </w:tcPr>
          <w:p w14:paraId="686552F4" w14:textId="77777777" w:rsidR="00784220" w:rsidRDefault="00784220">
            <w:pPr>
              <w:spacing w:line="240" w:lineRule="auto"/>
            </w:pPr>
          </w:p>
        </w:tc>
        <w:tc>
          <w:tcPr>
            <w:tcW w:w="2088" w:type="dxa"/>
            <w:vAlign w:val="center"/>
          </w:tcPr>
          <w:p w14:paraId="686552F5" w14:textId="77777777" w:rsidR="00784220" w:rsidRDefault="00784220">
            <w:pPr>
              <w:spacing w:line="240" w:lineRule="auto"/>
            </w:pPr>
          </w:p>
        </w:tc>
        <w:tc>
          <w:tcPr>
            <w:tcW w:w="4752" w:type="dxa"/>
            <w:vAlign w:val="center"/>
          </w:tcPr>
          <w:p w14:paraId="686552F6" w14:textId="77777777" w:rsidR="00784220" w:rsidRDefault="00FE5BE6">
            <w:pPr>
              <w:spacing w:line="240" w:lineRule="auto"/>
            </w:pPr>
            <w:r>
              <w:rPr>
                <w:sz w:val="21"/>
              </w:rPr>
              <w:t>Department of Corrections</w:t>
            </w:r>
          </w:p>
        </w:tc>
        <w:tc>
          <w:tcPr>
            <w:tcW w:w="1440" w:type="dxa"/>
            <w:vAlign w:val="center"/>
          </w:tcPr>
          <w:p w14:paraId="686552F7" w14:textId="77777777" w:rsidR="00784220" w:rsidRDefault="00FE5BE6">
            <w:pPr>
              <w:spacing w:line="240" w:lineRule="auto"/>
              <w:jc w:val="center"/>
            </w:pPr>
            <w:r>
              <w:rPr>
                <w:sz w:val="21"/>
              </w:rPr>
              <w:t>S</w:t>
            </w:r>
          </w:p>
        </w:tc>
      </w:tr>
      <w:tr w:rsidR="00784220" w14:paraId="686552FD" w14:textId="77777777" w:rsidTr="001000A2">
        <w:trPr>
          <w:cantSplit/>
          <w:jc w:val="center"/>
        </w:trPr>
        <w:tc>
          <w:tcPr>
            <w:tcW w:w="1080" w:type="dxa"/>
            <w:vAlign w:val="center"/>
          </w:tcPr>
          <w:p w14:paraId="686552F9" w14:textId="77777777" w:rsidR="00784220" w:rsidRDefault="00784220">
            <w:pPr>
              <w:spacing w:line="240" w:lineRule="auto"/>
            </w:pPr>
          </w:p>
        </w:tc>
        <w:tc>
          <w:tcPr>
            <w:tcW w:w="2088" w:type="dxa"/>
            <w:vAlign w:val="center"/>
          </w:tcPr>
          <w:p w14:paraId="686552FA" w14:textId="77777777" w:rsidR="00784220" w:rsidRDefault="00784220">
            <w:pPr>
              <w:spacing w:line="240" w:lineRule="auto"/>
            </w:pPr>
          </w:p>
        </w:tc>
        <w:tc>
          <w:tcPr>
            <w:tcW w:w="4752" w:type="dxa"/>
            <w:vAlign w:val="center"/>
          </w:tcPr>
          <w:p w14:paraId="686552FB" w14:textId="77777777" w:rsidR="00784220" w:rsidRDefault="00FE5BE6">
            <w:pPr>
              <w:spacing w:line="240" w:lineRule="auto"/>
            </w:pPr>
            <w:r>
              <w:rPr>
                <w:sz w:val="21"/>
              </w:rPr>
              <w:t>Department of Culture, Recreation &amp; Tourism</w:t>
            </w:r>
          </w:p>
        </w:tc>
        <w:tc>
          <w:tcPr>
            <w:tcW w:w="1440" w:type="dxa"/>
            <w:vAlign w:val="center"/>
          </w:tcPr>
          <w:p w14:paraId="686552FC" w14:textId="77777777" w:rsidR="00784220" w:rsidRDefault="00FE5BE6">
            <w:pPr>
              <w:spacing w:line="240" w:lineRule="auto"/>
              <w:jc w:val="center"/>
            </w:pPr>
            <w:r>
              <w:rPr>
                <w:sz w:val="21"/>
              </w:rPr>
              <w:t>S</w:t>
            </w:r>
          </w:p>
        </w:tc>
      </w:tr>
      <w:tr w:rsidR="00784220" w14:paraId="68655302" w14:textId="77777777" w:rsidTr="001000A2">
        <w:trPr>
          <w:cantSplit/>
          <w:jc w:val="center"/>
        </w:trPr>
        <w:tc>
          <w:tcPr>
            <w:tcW w:w="1080" w:type="dxa"/>
            <w:vAlign w:val="center"/>
          </w:tcPr>
          <w:p w14:paraId="686552FE" w14:textId="77777777" w:rsidR="00784220" w:rsidRDefault="00784220">
            <w:pPr>
              <w:spacing w:line="240" w:lineRule="auto"/>
            </w:pPr>
          </w:p>
        </w:tc>
        <w:tc>
          <w:tcPr>
            <w:tcW w:w="2088" w:type="dxa"/>
            <w:vAlign w:val="center"/>
          </w:tcPr>
          <w:p w14:paraId="686552FF" w14:textId="77777777" w:rsidR="00784220" w:rsidRDefault="00784220">
            <w:pPr>
              <w:spacing w:line="240" w:lineRule="auto"/>
            </w:pPr>
          </w:p>
        </w:tc>
        <w:tc>
          <w:tcPr>
            <w:tcW w:w="4752" w:type="dxa"/>
            <w:vAlign w:val="center"/>
          </w:tcPr>
          <w:p w14:paraId="68655300" w14:textId="77777777" w:rsidR="00784220" w:rsidRDefault="00FE5BE6">
            <w:pPr>
              <w:spacing w:line="240" w:lineRule="auto"/>
            </w:pPr>
            <w:r>
              <w:rPr>
                <w:sz w:val="21"/>
              </w:rPr>
              <w:t>Office of the Lieutenant Governor</w:t>
            </w:r>
          </w:p>
        </w:tc>
        <w:tc>
          <w:tcPr>
            <w:tcW w:w="1440" w:type="dxa"/>
            <w:vAlign w:val="center"/>
          </w:tcPr>
          <w:p w14:paraId="68655301" w14:textId="77777777" w:rsidR="00784220" w:rsidRDefault="00FE5BE6">
            <w:pPr>
              <w:spacing w:line="240" w:lineRule="auto"/>
              <w:jc w:val="center"/>
            </w:pPr>
            <w:r>
              <w:rPr>
                <w:sz w:val="21"/>
              </w:rPr>
              <w:t>S</w:t>
            </w:r>
          </w:p>
        </w:tc>
      </w:tr>
      <w:tr w:rsidR="00784220" w14:paraId="68655307" w14:textId="77777777" w:rsidTr="001000A2">
        <w:trPr>
          <w:cantSplit/>
          <w:jc w:val="center"/>
        </w:trPr>
        <w:tc>
          <w:tcPr>
            <w:tcW w:w="1080" w:type="dxa"/>
            <w:vAlign w:val="center"/>
          </w:tcPr>
          <w:p w14:paraId="68655303" w14:textId="77777777" w:rsidR="00784220" w:rsidRDefault="00784220">
            <w:pPr>
              <w:spacing w:line="240" w:lineRule="auto"/>
            </w:pPr>
          </w:p>
        </w:tc>
        <w:tc>
          <w:tcPr>
            <w:tcW w:w="2088" w:type="dxa"/>
            <w:vAlign w:val="center"/>
          </w:tcPr>
          <w:p w14:paraId="68655304" w14:textId="77777777" w:rsidR="00784220" w:rsidRDefault="00784220">
            <w:pPr>
              <w:spacing w:line="240" w:lineRule="auto"/>
            </w:pPr>
          </w:p>
        </w:tc>
        <w:tc>
          <w:tcPr>
            <w:tcW w:w="4752" w:type="dxa"/>
            <w:vAlign w:val="center"/>
          </w:tcPr>
          <w:p w14:paraId="68655305" w14:textId="77777777" w:rsidR="00784220" w:rsidRDefault="00FE5BE6">
            <w:pPr>
              <w:spacing w:line="240" w:lineRule="auto"/>
            </w:pPr>
            <w:r>
              <w:rPr>
                <w:sz w:val="21"/>
              </w:rPr>
              <w:t>Department of Economic Development</w:t>
            </w:r>
          </w:p>
        </w:tc>
        <w:tc>
          <w:tcPr>
            <w:tcW w:w="1440" w:type="dxa"/>
            <w:vAlign w:val="center"/>
          </w:tcPr>
          <w:p w14:paraId="68655306" w14:textId="77777777" w:rsidR="00784220" w:rsidRDefault="00FE5BE6">
            <w:pPr>
              <w:spacing w:line="240" w:lineRule="auto"/>
              <w:jc w:val="center"/>
            </w:pPr>
            <w:r>
              <w:rPr>
                <w:sz w:val="21"/>
              </w:rPr>
              <w:t>S</w:t>
            </w:r>
          </w:p>
        </w:tc>
      </w:tr>
      <w:tr w:rsidR="00784220" w14:paraId="6865530C" w14:textId="77777777" w:rsidTr="001000A2">
        <w:trPr>
          <w:cantSplit/>
          <w:jc w:val="center"/>
        </w:trPr>
        <w:tc>
          <w:tcPr>
            <w:tcW w:w="1080" w:type="dxa"/>
            <w:vAlign w:val="center"/>
          </w:tcPr>
          <w:p w14:paraId="68655308" w14:textId="77777777" w:rsidR="00784220" w:rsidRDefault="00784220">
            <w:pPr>
              <w:spacing w:line="240" w:lineRule="auto"/>
            </w:pPr>
          </w:p>
        </w:tc>
        <w:tc>
          <w:tcPr>
            <w:tcW w:w="2088" w:type="dxa"/>
            <w:vAlign w:val="center"/>
          </w:tcPr>
          <w:p w14:paraId="68655309" w14:textId="77777777" w:rsidR="00784220" w:rsidRDefault="00784220">
            <w:pPr>
              <w:spacing w:line="240" w:lineRule="auto"/>
            </w:pPr>
          </w:p>
        </w:tc>
        <w:tc>
          <w:tcPr>
            <w:tcW w:w="4752" w:type="dxa"/>
            <w:vAlign w:val="center"/>
          </w:tcPr>
          <w:p w14:paraId="6865530A" w14:textId="77777777" w:rsidR="00784220" w:rsidRDefault="00FE5BE6">
            <w:pPr>
              <w:spacing w:line="240" w:lineRule="auto"/>
            </w:pPr>
            <w:r>
              <w:rPr>
                <w:sz w:val="21"/>
              </w:rPr>
              <w:t>Department of Education</w:t>
            </w:r>
          </w:p>
        </w:tc>
        <w:tc>
          <w:tcPr>
            <w:tcW w:w="1440" w:type="dxa"/>
            <w:vAlign w:val="center"/>
          </w:tcPr>
          <w:p w14:paraId="6865530B" w14:textId="77777777" w:rsidR="00784220" w:rsidRDefault="00FE5BE6">
            <w:pPr>
              <w:spacing w:line="240" w:lineRule="auto"/>
              <w:jc w:val="center"/>
            </w:pPr>
            <w:r>
              <w:rPr>
                <w:sz w:val="21"/>
              </w:rPr>
              <w:t>S</w:t>
            </w:r>
          </w:p>
        </w:tc>
      </w:tr>
      <w:tr w:rsidR="00784220" w14:paraId="68655311" w14:textId="77777777" w:rsidTr="001000A2">
        <w:trPr>
          <w:cantSplit/>
          <w:jc w:val="center"/>
        </w:trPr>
        <w:tc>
          <w:tcPr>
            <w:tcW w:w="1080" w:type="dxa"/>
            <w:vAlign w:val="center"/>
          </w:tcPr>
          <w:p w14:paraId="6865530D" w14:textId="77777777" w:rsidR="00784220" w:rsidRDefault="00784220">
            <w:pPr>
              <w:spacing w:line="240" w:lineRule="auto"/>
            </w:pPr>
          </w:p>
        </w:tc>
        <w:tc>
          <w:tcPr>
            <w:tcW w:w="2088" w:type="dxa"/>
            <w:vAlign w:val="center"/>
          </w:tcPr>
          <w:p w14:paraId="6865530E" w14:textId="77777777" w:rsidR="00784220" w:rsidRDefault="00784220">
            <w:pPr>
              <w:spacing w:line="240" w:lineRule="auto"/>
            </w:pPr>
          </w:p>
        </w:tc>
        <w:tc>
          <w:tcPr>
            <w:tcW w:w="4752" w:type="dxa"/>
            <w:vAlign w:val="center"/>
          </w:tcPr>
          <w:p w14:paraId="6865530F" w14:textId="77777777" w:rsidR="00784220" w:rsidRDefault="00FE5BE6">
            <w:pPr>
              <w:spacing w:line="240" w:lineRule="auto"/>
            </w:pPr>
            <w:r>
              <w:rPr>
                <w:sz w:val="21"/>
              </w:rPr>
              <w:t>Department of Environmental Quality</w:t>
            </w:r>
          </w:p>
        </w:tc>
        <w:tc>
          <w:tcPr>
            <w:tcW w:w="1440" w:type="dxa"/>
            <w:vAlign w:val="center"/>
          </w:tcPr>
          <w:p w14:paraId="68655310" w14:textId="77777777" w:rsidR="00784220" w:rsidRDefault="00FE5BE6">
            <w:pPr>
              <w:spacing w:line="240" w:lineRule="auto"/>
              <w:jc w:val="center"/>
            </w:pPr>
            <w:r>
              <w:rPr>
                <w:sz w:val="21"/>
              </w:rPr>
              <w:t>S</w:t>
            </w:r>
          </w:p>
        </w:tc>
      </w:tr>
      <w:tr w:rsidR="00784220" w14:paraId="68655316" w14:textId="77777777" w:rsidTr="001000A2">
        <w:trPr>
          <w:cantSplit/>
          <w:jc w:val="center"/>
        </w:trPr>
        <w:tc>
          <w:tcPr>
            <w:tcW w:w="1080" w:type="dxa"/>
            <w:vAlign w:val="center"/>
          </w:tcPr>
          <w:p w14:paraId="68655312" w14:textId="77777777" w:rsidR="00784220" w:rsidRDefault="00784220">
            <w:pPr>
              <w:spacing w:line="240" w:lineRule="auto"/>
            </w:pPr>
          </w:p>
        </w:tc>
        <w:tc>
          <w:tcPr>
            <w:tcW w:w="2088" w:type="dxa"/>
            <w:vAlign w:val="center"/>
          </w:tcPr>
          <w:p w14:paraId="68655313" w14:textId="77777777" w:rsidR="00784220" w:rsidRDefault="00784220">
            <w:pPr>
              <w:spacing w:line="240" w:lineRule="auto"/>
            </w:pPr>
          </w:p>
        </w:tc>
        <w:tc>
          <w:tcPr>
            <w:tcW w:w="4752" w:type="dxa"/>
            <w:vAlign w:val="center"/>
          </w:tcPr>
          <w:p w14:paraId="68655314" w14:textId="77777777" w:rsidR="00784220" w:rsidRDefault="00FE5BE6">
            <w:pPr>
              <w:spacing w:line="240" w:lineRule="auto"/>
            </w:pPr>
            <w:r>
              <w:rPr>
                <w:sz w:val="21"/>
              </w:rPr>
              <w:t>State Fire Marshal</w:t>
            </w:r>
          </w:p>
        </w:tc>
        <w:tc>
          <w:tcPr>
            <w:tcW w:w="1440" w:type="dxa"/>
            <w:vAlign w:val="center"/>
          </w:tcPr>
          <w:p w14:paraId="68655315" w14:textId="77777777" w:rsidR="00784220" w:rsidRDefault="00FE5BE6">
            <w:pPr>
              <w:spacing w:line="240" w:lineRule="auto"/>
              <w:jc w:val="center"/>
            </w:pPr>
            <w:r>
              <w:rPr>
                <w:sz w:val="21"/>
              </w:rPr>
              <w:t>S</w:t>
            </w:r>
          </w:p>
        </w:tc>
      </w:tr>
      <w:tr w:rsidR="00784220" w14:paraId="6865531B" w14:textId="77777777" w:rsidTr="001000A2">
        <w:trPr>
          <w:cantSplit/>
          <w:jc w:val="center"/>
        </w:trPr>
        <w:tc>
          <w:tcPr>
            <w:tcW w:w="1080" w:type="dxa"/>
            <w:vAlign w:val="center"/>
          </w:tcPr>
          <w:p w14:paraId="68655317" w14:textId="77777777" w:rsidR="00784220" w:rsidRDefault="00784220">
            <w:pPr>
              <w:spacing w:line="240" w:lineRule="auto"/>
            </w:pPr>
          </w:p>
        </w:tc>
        <w:tc>
          <w:tcPr>
            <w:tcW w:w="2088" w:type="dxa"/>
            <w:vAlign w:val="center"/>
          </w:tcPr>
          <w:p w14:paraId="68655318" w14:textId="77777777" w:rsidR="00784220" w:rsidRDefault="00784220">
            <w:pPr>
              <w:spacing w:line="240" w:lineRule="auto"/>
            </w:pPr>
          </w:p>
        </w:tc>
        <w:tc>
          <w:tcPr>
            <w:tcW w:w="4752" w:type="dxa"/>
            <w:vAlign w:val="center"/>
          </w:tcPr>
          <w:p w14:paraId="68655319" w14:textId="77777777" w:rsidR="00784220" w:rsidRDefault="00FE5BE6">
            <w:pPr>
              <w:spacing w:line="240" w:lineRule="auto"/>
            </w:pPr>
            <w:r>
              <w:rPr>
                <w:sz w:val="21"/>
              </w:rPr>
              <w:t>Governor – Division of Administration</w:t>
            </w:r>
          </w:p>
        </w:tc>
        <w:tc>
          <w:tcPr>
            <w:tcW w:w="1440" w:type="dxa"/>
            <w:vAlign w:val="center"/>
          </w:tcPr>
          <w:p w14:paraId="6865531A" w14:textId="77777777" w:rsidR="00784220" w:rsidRDefault="00FE5BE6">
            <w:pPr>
              <w:spacing w:line="240" w:lineRule="auto"/>
              <w:jc w:val="center"/>
            </w:pPr>
            <w:r>
              <w:rPr>
                <w:sz w:val="21"/>
              </w:rPr>
              <w:t>S</w:t>
            </w:r>
          </w:p>
        </w:tc>
      </w:tr>
      <w:tr w:rsidR="00784220" w14:paraId="68655320" w14:textId="77777777" w:rsidTr="001000A2">
        <w:trPr>
          <w:cantSplit/>
          <w:jc w:val="center"/>
        </w:trPr>
        <w:tc>
          <w:tcPr>
            <w:tcW w:w="1080" w:type="dxa"/>
            <w:vAlign w:val="center"/>
          </w:tcPr>
          <w:p w14:paraId="6865531C" w14:textId="77777777" w:rsidR="00784220" w:rsidRDefault="00784220">
            <w:pPr>
              <w:spacing w:line="240" w:lineRule="auto"/>
            </w:pPr>
          </w:p>
        </w:tc>
        <w:tc>
          <w:tcPr>
            <w:tcW w:w="2088" w:type="dxa"/>
            <w:vAlign w:val="center"/>
          </w:tcPr>
          <w:p w14:paraId="6865531D" w14:textId="77777777" w:rsidR="00784220" w:rsidRDefault="00784220">
            <w:pPr>
              <w:spacing w:line="240" w:lineRule="auto"/>
            </w:pPr>
          </w:p>
        </w:tc>
        <w:tc>
          <w:tcPr>
            <w:tcW w:w="4752" w:type="dxa"/>
            <w:vAlign w:val="center"/>
          </w:tcPr>
          <w:p w14:paraId="6865531E" w14:textId="77777777" w:rsidR="00784220" w:rsidRDefault="00FE5BE6">
            <w:pPr>
              <w:spacing w:line="240" w:lineRule="auto"/>
            </w:pPr>
            <w:r>
              <w:rPr>
                <w:sz w:val="21"/>
              </w:rPr>
              <w:t>Governor – Office of Disability Affairs</w:t>
            </w:r>
          </w:p>
        </w:tc>
        <w:tc>
          <w:tcPr>
            <w:tcW w:w="1440" w:type="dxa"/>
            <w:vAlign w:val="center"/>
          </w:tcPr>
          <w:p w14:paraId="6865531F" w14:textId="77777777" w:rsidR="00784220" w:rsidRDefault="00FE5BE6">
            <w:pPr>
              <w:spacing w:line="240" w:lineRule="auto"/>
              <w:jc w:val="center"/>
            </w:pPr>
            <w:r>
              <w:rPr>
                <w:sz w:val="21"/>
              </w:rPr>
              <w:t>S</w:t>
            </w:r>
          </w:p>
        </w:tc>
      </w:tr>
      <w:tr w:rsidR="00784220" w14:paraId="68655325" w14:textId="77777777" w:rsidTr="001000A2">
        <w:trPr>
          <w:cantSplit/>
          <w:jc w:val="center"/>
        </w:trPr>
        <w:tc>
          <w:tcPr>
            <w:tcW w:w="1080" w:type="dxa"/>
            <w:vAlign w:val="center"/>
          </w:tcPr>
          <w:p w14:paraId="68655321" w14:textId="77777777" w:rsidR="00784220" w:rsidRDefault="00784220">
            <w:pPr>
              <w:spacing w:line="240" w:lineRule="auto"/>
            </w:pPr>
          </w:p>
        </w:tc>
        <w:tc>
          <w:tcPr>
            <w:tcW w:w="2088" w:type="dxa"/>
            <w:vAlign w:val="center"/>
          </w:tcPr>
          <w:p w14:paraId="68655322" w14:textId="77777777" w:rsidR="00784220" w:rsidRDefault="00784220">
            <w:pPr>
              <w:spacing w:line="240" w:lineRule="auto"/>
            </w:pPr>
          </w:p>
        </w:tc>
        <w:tc>
          <w:tcPr>
            <w:tcW w:w="4752" w:type="dxa"/>
            <w:vAlign w:val="center"/>
          </w:tcPr>
          <w:p w14:paraId="68655323" w14:textId="77777777" w:rsidR="00784220" w:rsidRDefault="00FE5BE6">
            <w:pPr>
              <w:spacing w:line="240" w:lineRule="auto"/>
            </w:pPr>
            <w:r>
              <w:rPr>
                <w:sz w:val="21"/>
              </w:rPr>
              <w:t>Governor – Office of Elderly Affairs</w:t>
            </w:r>
          </w:p>
        </w:tc>
        <w:tc>
          <w:tcPr>
            <w:tcW w:w="1440" w:type="dxa"/>
            <w:vAlign w:val="center"/>
          </w:tcPr>
          <w:p w14:paraId="68655324" w14:textId="77777777" w:rsidR="00784220" w:rsidRDefault="00FE5BE6">
            <w:pPr>
              <w:spacing w:line="240" w:lineRule="auto"/>
              <w:jc w:val="center"/>
            </w:pPr>
            <w:r>
              <w:rPr>
                <w:sz w:val="21"/>
              </w:rPr>
              <w:t>S</w:t>
            </w:r>
          </w:p>
        </w:tc>
      </w:tr>
      <w:tr w:rsidR="00784220" w14:paraId="6865532A" w14:textId="77777777" w:rsidTr="001000A2">
        <w:trPr>
          <w:cantSplit/>
          <w:jc w:val="center"/>
        </w:trPr>
        <w:tc>
          <w:tcPr>
            <w:tcW w:w="1080" w:type="dxa"/>
            <w:vAlign w:val="center"/>
          </w:tcPr>
          <w:p w14:paraId="68655326" w14:textId="1D14028D" w:rsidR="00784220" w:rsidRDefault="00FE5BE6">
            <w:pPr>
              <w:spacing w:line="240" w:lineRule="auto"/>
            </w:pPr>
            <w:r>
              <w:rPr>
                <w:b/>
                <w:sz w:val="21"/>
              </w:rPr>
              <w:t xml:space="preserve"> </w:t>
            </w:r>
          </w:p>
        </w:tc>
        <w:tc>
          <w:tcPr>
            <w:tcW w:w="2088" w:type="dxa"/>
            <w:vAlign w:val="center"/>
          </w:tcPr>
          <w:p w14:paraId="68655327" w14:textId="24FF18DF" w:rsidR="00784220" w:rsidRDefault="00FE5BE6">
            <w:pPr>
              <w:spacing w:line="240" w:lineRule="auto"/>
            </w:pPr>
            <w:r>
              <w:rPr>
                <w:sz w:val="21"/>
              </w:rPr>
              <w:t xml:space="preserve"> </w:t>
            </w:r>
          </w:p>
        </w:tc>
        <w:tc>
          <w:tcPr>
            <w:tcW w:w="4752" w:type="dxa"/>
            <w:vAlign w:val="center"/>
          </w:tcPr>
          <w:p w14:paraId="68655328" w14:textId="77777777" w:rsidR="00784220" w:rsidRDefault="00FE5BE6">
            <w:pPr>
              <w:spacing w:line="240" w:lineRule="auto"/>
            </w:pPr>
            <w:r>
              <w:rPr>
                <w:sz w:val="21"/>
              </w:rPr>
              <w:t>Governor – Office of Financial Institutions</w:t>
            </w:r>
          </w:p>
        </w:tc>
        <w:tc>
          <w:tcPr>
            <w:tcW w:w="1440" w:type="dxa"/>
            <w:vAlign w:val="center"/>
          </w:tcPr>
          <w:p w14:paraId="68655329" w14:textId="77777777" w:rsidR="00784220" w:rsidRDefault="00FE5BE6">
            <w:pPr>
              <w:spacing w:line="240" w:lineRule="auto"/>
              <w:jc w:val="center"/>
            </w:pPr>
            <w:r>
              <w:rPr>
                <w:sz w:val="21"/>
              </w:rPr>
              <w:t>S</w:t>
            </w:r>
          </w:p>
        </w:tc>
      </w:tr>
      <w:tr w:rsidR="00784220" w14:paraId="6865532F" w14:textId="77777777" w:rsidTr="001000A2">
        <w:trPr>
          <w:cantSplit/>
          <w:jc w:val="center"/>
        </w:trPr>
        <w:tc>
          <w:tcPr>
            <w:tcW w:w="1080" w:type="dxa"/>
            <w:vAlign w:val="center"/>
          </w:tcPr>
          <w:p w14:paraId="6865532B" w14:textId="77777777" w:rsidR="00784220" w:rsidRDefault="00784220">
            <w:pPr>
              <w:spacing w:line="240" w:lineRule="auto"/>
            </w:pPr>
          </w:p>
        </w:tc>
        <w:tc>
          <w:tcPr>
            <w:tcW w:w="2088" w:type="dxa"/>
            <w:vAlign w:val="center"/>
          </w:tcPr>
          <w:p w14:paraId="6865532C" w14:textId="77777777" w:rsidR="00784220" w:rsidRDefault="00784220">
            <w:pPr>
              <w:spacing w:line="240" w:lineRule="auto"/>
            </w:pPr>
          </w:p>
        </w:tc>
        <w:tc>
          <w:tcPr>
            <w:tcW w:w="4752" w:type="dxa"/>
            <w:vAlign w:val="center"/>
          </w:tcPr>
          <w:p w14:paraId="6865532D" w14:textId="77777777" w:rsidR="00784220" w:rsidRDefault="00FE5BE6">
            <w:pPr>
              <w:spacing w:line="240" w:lineRule="auto"/>
            </w:pPr>
            <w:r>
              <w:rPr>
                <w:sz w:val="21"/>
              </w:rPr>
              <w:t>Governor – Office of Indian Affairs</w:t>
            </w:r>
          </w:p>
        </w:tc>
        <w:tc>
          <w:tcPr>
            <w:tcW w:w="1440" w:type="dxa"/>
            <w:vAlign w:val="center"/>
          </w:tcPr>
          <w:p w14:paraId="6865532E" w14:textId="77777777" w:rsidR="00784220" w:rsidRDefault="00FE5BE6">
            <w:pPr>
              <w:spacing w:line="240" w:lineRule="auto"/>
              <w:jc w:val="center"/>
            </w:pPr>
            <w:r>
              <w:rPr>
                <w:sz w:val="21"/>
              </w:rPr>
              <w:t>S</w:t>
            </w:r>
          </w:p>
        </w:tc>
      </w:tr>
      <w:tr w:rsidR="00784220" w14:paraId="68655334" w14:textId="77777777" w:rsidTr="001000A2">
        <w:trPr>
          <w:cantSplit/>
          <w:jc w:val="center"/>
        </w:trPr>
        <w:tc>
          <w:tcPr>
            <w:tcW w:w="1080" w:type="dxa"/>
            <w:vAlign w:val="center"/>
          </w:tcPr>
          <w:p w14:paraId="68655330" w14:textId="77777777" w:rsidR="00784220" w:rsidRDefault="00784220">
            <w:pPr>
              <w:spacing w:line="240" w:lineRule="auto"/>
            </w:pPr>
          </w:p>
        </w:tc>
        <w:tc>
          <w:tcPr>
            <w:tcW w:w="2088" w:type="dxa"/>
            <w:vAlign w:val="center"/>
          </w:tcPr>
          <w:p w14:paraId="68655331" w14:textId="77777777" w:rsidR="00784220" w:rsidRDefault="00784220">
            <w:pPr>
              <w:spacing w:line="240" w:lineRule="auto"/>
            </w:pPr>
          </w:p>
        </w:tc>
        <w:tc>
          <w:tcPr>
            <w:tcW w:w="4752" w:type="dxa"/>
            <w:vAlign w:val="center"/>
          </w:tcPr>
          <w:p w14:paraId="68655332" w14:textId="77777777" w:rsidR="00784220" w:rsidRDefault="00FE5BE6">
            <w:pPr>
              <w:spacing w:line="240" w:lineRule="auto"/>
            </w:pPr>
            <w:r>
              <w:rPr>
                <w:sz w:val="21"/>
              </w:rPr>
              <w:t>Louisiana Oil Spill Coordinators Office</w:t>
            </w:r>
          </w:p>
        </w:tc>
        <w:tc>
          <w:tcPr>
            <w:tcW w:w="1440" w:type="dxa"/>
            <w:vAlign w:val="center"/>
          </w:tcPr>
          <w:p w14:paraId="68655333" w14:textId="77777777" w:rsidR="00784220" w:rsidRDefault="00FE5BE6">
            <w:pPr>
              <w:spacing w:line="240" w:lineRule="auto"/>
              <w:jc w:val="center"/>
            </w:pPr>
            <w:r>
              <w:rPr>
                <w:sz w:val="21"/>
              </w:rPr>
              <w:t>S</w:t>
            </w:r>
          </w:p>
        </w:tc>
      </w:tr>
      <w:tr w:rsidR="00784220" w14:paraId="68655339" w14:textId="77777777" w:rsidTr="001000A2">
        <w:trPr>
          <w:cantSplit/>
          <w:jc w:val="center"/>
        </w:trPr>
        <w:tc>
          <w:tcPr>
            <w:tcW w:w="1080" w:type="dxa"/>
            <w:vAlign w:val="center"/>
          </w:tcPr>
          <w:p w14:paraId="68655335" w14:textId="77777777" w:rsidR="00784220" w:rsidRDefault="00784220">
            <w:pPr>
              <w:spacing w:line="240" w:lineRule="auto"/>
            </w:pPr>
          </w:p>
        </w:tc>
        <w:tc>
          <w:tcPr>
            <w:tcW w:w="2088" w:type="dxa"/>
            <w:vAlign w:val="center"/>
          </w:tcPr>
          <w:p w14:paraId="68655336" w14:textId="77777777" w:rsidR="00784220" w:rsidRDefault="00784220">
            <w:pPr>
              <w:spacing w:line="240" w:lineRule="auto"/>
            </w:pPr>
          </w:p>
        </w:tc>
        <w:tc>
          <w:tcPr>
            <w:tcW w:w="4752" w:type="dxa"/>
            <w:vAlign w:val="center"/>
          </w:tcPr>
          <w:p w14:paraId="68655337" w14:textId="77777777" w:rsidR="00784220" w:rsidRDefault="00FE5BE6">
            <w:pPr>
              <w:spacing w:line="240" w:lineRule="auto"/>
            </w:pPr>
            <w:r>
              <w:rPr>
                <w:sz w:val="21"/>
              </w:rPr>
              <w:t>Louisiana State University System</w:t>
            </w:r>
          </w:p>
        </w:tc>
        <w:tc>
          <w:tcPr>
            <w:tcW w:w="1440" w:type="dxa"/>
            <w:vAlign w:val="center"/>
          </w:tcPr>
          <w:p w14:paraId="68655338" w14:textId="77777777" w:rsidR="00784220" w:rsidRDefault="00FE5BE6">
            <w:pPr>
              <w:spacing w:line="240" w:lineRule="auto"/>
              <w:jc w:val="center"/>
            </w:pPr>
            <w:r>
              <w:rPr>
                <w:sz w:val="21"/>
              </w:rPr>
              <w:t>S</w:t>
            </w:r>
          </w:p>
        </w:tc>
      </w:tr>
      <w:tr w:rsidR="00784220" w14:paraId="6865533E" w14:textId="77777777" w:rsidTr="001000A2">
        <w:trPr>
          <w:cantSplit/>
          <w:jc w:val="center"/>
        </w:trPr>
        <w:tc>
          <w:tcPr>
            <w:tcW w:w="1080" w:type="dxa"/>
            <w:vAlign w:val="center"/>
          </w:tcPr>
          <w:p w14:paraId="6865533A" w14:textId="77777777" w:rsidR="00784220" w:rsidRDefault="00784220">
            <w:pPr>
              <w:spacing w:line="240" w:lineRule="auto"/>
            </w:pPr>
          </w:p>
        </w:tc>
        <w:tc>
          <w:tcPr>
            <w:tcW w:w="2088" w:type="dxa"/>
            <w:vAlign w:val="center"/>
          </w:tcPr>
          <w:p w14:paraId="6865533B" w14:textId="77777777" w:rsidR="00784220" w:rsidRDefault="00784220">
            <w:pPr>
              <w:spacing w:line="240" w:lineRule="auto"/>
            </w:pPr>
          </w:p>
        </w:tc>
        <w:tc>
          <w:tcPr>
            <w:tcW w:w="4752" w:type="dxa"/>
            <w:vAlign w:val="center"/>
          </w:tcPr>
          <w:p w14:paraId="6865533C" w14:textId="77777777" w:rsidR="00784220" w:rsidRDefault="00FE5BE6">
            <w:pPr>
              <w:spacing w:line="240" w:lineRule="auto"/>
            </w:pPr>
            <w:r>
              <w:rPr>
                <w:sz w:val="21"/>
              </w:rPr>
              <w:t>Louisiana Department of Health</w:t>
            </w:r>
          </w:p>
        </w:tc>
        <w:tc>
          <w:tcPr>
            <w:tcW w:w="1440" w:type="dxa"/>
            <w:vAlign w:val="center"/>
          </w:tcPr>
          <w:p w14:paraId="6865533D" w14:textId="77777777" w:rsidR="00784220" w:rsidRDefault="00FE5BE6">
            <w:pPr>
              <w:spacing w:line="240" w:lineRule="auto"/>
              <w:jc w:val="center"/>
            </w:pPr>
            <w:r>
              <w:rPr>
                <w:sz w:val="21"/>
              </w:rPr>
              <w:t>S</w:t>
            </w:r>
          </w:p>
        </w:tc>
      </w:tr>
      <w:tr w:rsidR="00784220" w14:paraId="68655343" w14:textId="77777777" w:rsidTr="001000A2">
        <w:trPr>
          <w:cantSplit/>
          <w:jc w:val="center"/>
        </w:trPr>
        <w:tc>
          <w:tcPr>
            <w:tcW w:w="1080" w:type="dxa"/>
            <w:vAlign w:val="center"/>
          </w:tcPr>
          <w:p w14:paraId="6865533F" w14:textId="77777777" w:rsidR="00784220" w:rsidRDefault="00784220">
            <w:pPr>
              <w:spacing w:line="240" w:lineRule="auto"/>
            </w:pPr>
          </w:p>
        </w:tc>
        <w:tc>
          <w:tcPr>
            <w:tcW w:w="2088" w:type="dxa"/>
            <w:vAlign w:val="center"/>
          </w:tcPr>
          <w:p w14:paraId="68655340" w14:textId="77777777" w:rsidR="00784220" w:rsidRDefault="00784220">
            <w:pPr>
              <w:spacing w:line="240" w:lineRule="auto"/>
            </w:pPr>
          </w:p>
        </w:tc>
        <w:tc>
          <w:tcPr>
            <w:tcW w:w="4752" w:type="dxa"/>
            <w:vAlign w:val="center"/>
          </w:tcPr>
          <w:p w14:paraId="68655341" w14:textId="77777777" w:rsidR="00784220" w:rsidRDefault="00FE5BE6">
            <w:pPr>
              <w:spacing w:line="240" w:lineRule="auto"/>
            </w:pPr>
            <w:r>
              <w:rPr>
                <w:sz w:val="21"/>
              </w:rPr>
              <w:t>Department of Justice</w:t>
            </w:r>
          </w:p>
        </w:tc>
        <w:tc>
          <w:tcPr>
            <w:tcW w:w="1440" w:type="dxa"/>
            <w:vAlign w:val="center"/>
          </w:tcPr>
          <w:p w14:paraId="68655342" w14:textId="77777777" w:rsidR="00784220" w:rsidRDefault="00FE5BE6">
            <w:pPr>
              <w:spacing w:line="240" w:lineRule="auto"/>
              <w:jc w:val="center"/>
            </w:pPr>
            <w:r>
              <w:rPr>
                <w:sz w:val="21"/>
              </w:rPr>
              <w:t>S</w:t>
            </w:r>
          </w:p>
        </w:tc>
      </w:tr>
      <w:tr w:rsidR="00784220" w14:paraId="68655348" w14:textId="77777777" w:rsidTr="001000A2">
        <w:trPr>
          <w:cantSplit/>
          <w:jc w:val="center"/>
        </w:trPr>
        <w:tc>
          <w:tcPr>
            <w:tcW w:w="1080" w:type="dxa"/>
            <w:vAlign w:val="center"/>
          </w:tcPr>
          <w:p w14:paraId="68655344" w14:textId="77777777" w:rsidR="00784220" w:rsidRDefault="00784220">
            <w:pPr>
              <w:spacing w:line="240" w:lineRule="auto"/>
            </w:pPr>
          </w:p>
        </w:tc>
        <w:tc>
          <w:tcPr>
            <w:tcW w:w="2088" w:type="dxa"/>
            <w:vAlign w:val="center"/>
          </w:tcPr>
          <w:p w14:paraId="68655345" w14:textId="77777777" w:rsidR="00784220" w:rsidRDefault="00784220">
            <w:pPr>
              <w:spacing w:line="240" w:lineRule="auto"/>
            </w:pPr>
          </w:p>
        </w:tc>
        <w:tc>
          <w:tcPr>
            <w:tcW w:w="4752" w:type="dxa"/>
            <w:vAlign w:val="center"/>
          </w:tcPr>
          <w:p w14:paraId="68655346" w14:textId="77777777" w:rsidR="00784220" w:rsidRDefault="00FE5BE6">
            <w:pPr>
              <w:spacing w:line="240" w:lineRule="auto"/>
            </w:pPr>
            <w:r>
              <w:rPr>
                <w:sz w:val="21"/>
              </w:rPr>
              <w:t>Department of Insurance</w:t>
            </w:r>
          </w:p>
        </w:tc>
        <w:tc>
          <w:tcPr>
            <w:tcW w:w="1440" w:type="dxa"/>
            <w:vAlign w:val="center"/>
          </w:tcPr>
          <w:p w14:paraId="68655347" w14:textId="77777777" w:rsidR="00784220" w:rsidRDefault="00FE5BE6">
            <w:pPr>
              <w:spacing w:line="240" w:lineRule="auto"/>
              <w:jc w:val="center"/>
            </w:pPr>
            <w:r>
              <w:rPr>
                <w:sz w:val="21"/>
              </w:rPr>
              <w:t>S</w:t>
            </w:r>
          </w:p>
        </w:tc>
      </w:tr>
      <w:tr w:rsidR="00784220" w14:paraId="6865534D" w14:textId="77777777" w:rsidTr="001000A2">
        <w:trPr>
          <w:cantSplit/>
          <w:jc w:val="center"/>
        </w:trPr>
        <w:tc>
          <w:tcPr>
            <w:tcW w:w="1080" w:type="dxa"/>
            <w:vAlign w:val="center"/>
          </w:tcPr>
          <w:p w14:paraId="68655349" w14:textId="77777777" w:rsidR="00784220" w:rsidRDefault="00784220">
            <w:pPr>
              <w:spacing w:line="240" w:lineRule="auto"/>
            </w:pPr>
          </w:p>
        </w:tc>
        <w:tc>
          <w:tcPr>
            <w:tcW w:w="2088" w:type="dxa"/>
            <w:vAlign w:val="center"/>
          </w:tcPr>
          <w:p w14:paraId="6865534A" w14:textId="77777777" w:rsidR="00784220" w:rsidRDefault="00784220">
            <w:pPr>
              <w:spacing w:line="240" w:lineRule="auto"/>
            </w:pPr>
          </w:p>
        </w:tc>
        <w:tc>
          <w:tcPr>
            <w:tcW w:w="4752" w:type="dxa"/>
            <w:vAlign w:val="center"/>
          </w:tcPr>
          <w:p w14:paraId="6865534B" w14:textId="77777777" w:rsidR="00784220" w:rsidRDefault="00FE5BE6">
            <w:pPr>
              <w:spacing w:line="240" w:lineRule="auto"/>
            </w:pPr>
            <w:r>
              <w:rPr>
                <w:sz w:val="21"/>
              </w:rPr>
              <w:t>Louisiana Works</w:t>
            </w:r>
          </w:p>
        </w:tc>
        <w:tc>
          <w:tcPr>
            <w:tcW w:w="1440" w:type="dxa"/>
            <w:vAlign w:val="center"/>
          </w:tcPr>
          <w:p w14:paraId="6865534C" w14:textId="77777777" w:rsidR="00784220" w:rsidRDefault="00FE5BE6">
            <w:pPr>
              <w:spacing w:line="240" w:lineRule="auto"/>
              <w:jc w:val="center"/>
            </w:pPr>
            <w:r>
              <w:rPr>
                <w:sz w:val="21"/>
              </w:rPr>
              <w:t>S</w:t>
            </w:r>
          </w:p>
        </w:tc>
      </w:tr>
      <w:tr w:rsidR="00784220" w14:paraId="68655352" w14:textId="77777777" w:rsidTr="001000A2">
        <w:trPr>
          <w:cantSplit/>
          <w:jc w:val="center"/>
        </w:trPr>
        <w:tc>
          <w:tcPr>
            <w:tcW w:w="1080" w:type="dxa"/>
            <w:vAlign w:val="center"/>
          </w:tcPr>
          <w:p w14:paraId="6865534E" w14:textId="77777777" w:rsidR="00784220" w:rsidRDefault="00784220">
            <w:pPr>
              <w:spacing w:line="240" w:lineRule="auto"/>
            </w:pPr>
          </w:p>
        </w:tc>
        <w:tc>
          <w:tcPr>
            <w:tcW w:w="2088" w:type="dxa"/>
            <w:vAlign w:val="center"/>
          </w:tcPr>
          <w:p w14:paraId="6865534F" w14:textId="77777777" w:rsidR="00784220" w:rsidRDefault="00784220">
            <w:pPr>
              <w:spacing w:line="240" w:lineRule="auto"/>
            </w:pPr>
          </w:p>
        </w:tc>
        <w:tc>
          <w:tcPr>
            <w:tcW w:w="4752" w:type="dxa"/>
            <w:vAlign w:val="center"/>
          </w:tcPr>
          <w:p w14:paraId="68655350" w14:textId="77777777" w:rsidR="00784220" w:rsidRDefault="00FE5BE6">
            <w:pPr>
              <w:spacing w:line="240" w:lineRule="auto"/>
            </w:pPr>
            <w:r>
              <w:rPr>
                <w:sz w:val="21"/>
              </w:rPr>
              <w:t>Department of Conservation and Energy</w:t>
            </w:r>
          </w:p>
        </w:tc>
        <w:tc>
          <w:tcPr>
            <w:tcW w:w="1440" w:type="dxa"/>
            <w:vAlign w:val="center"/>
          </w:tcPr>
          <w:p w14:paraId="68655351" w14:textId="77777777" w:rsidR="00784220" w:rsidRDefault="00FE5BE6">
            <w:pPr>
              <w:spacing w:line="240" w:lineRule="auto"/>
              <w:jc w:val="center"/>
            </w:pPr>
            <w:r>
              <w:rPr>
                <w:sz w:val="21"/>
              </w:rPr>
              <w:t>S</w:t>
            </w:r>
          </w:p>
        </w:tc>
      </w:tr>
      <w:tr w:rsidR="00784220" w14:paraId="68655357" w14:textId="77777777" w:rsidTr="001000A2">
        <w:trPr>
          <w:cantSplit/>
          <w:jc w:val="center"/>
        </w:trPr>
        <w:tc>
          <w:tcPr>
            <w:tcW w:w="1080" w:type="dxa"/>
            <w:vAlign w:val="center"/>
          </w:tcPr>
          <w:p w14:paraId="68655353" w14:textId="77777777" w:rsidR="00784220" w:rsidRDefault="00784220">
            <w:pPr>
              <w:spacing w:line="240" w:lineRule="auto"/>
            </w:pPr>
          </w:p>
        </w:tc>
        <w:tc>
          <w:tcPr>
            <w:tcW w:w="2088" w:type="dxa"/>
            <w:vAlign w:val="center"/>
          </w:tcPr>
          <w:p w14:paraId="68655354" w14:textId="77777777" w:rsidR="00784220" w:rsidRDefault="00784220">
            <w:pPr>
              <w:spacing w:line="240" w:lineRule="auto"/>
            </w:pPr>
          </w:p>
        </w:tc>
        <w:tc>
          <w:tcPr>
            <w:tcW w:w="4752" w:type="dxa"/>
            <w:vAlign w:val="center"/>
          </w:tcPr>
          <w:p w14:paraId="68655355" w14:textId="77777777" w:rsidR="00784220" w:rsidRDefault="00FE5BE6">
            <w:pPr>
              <w:spacing w:line="240" w:lineRule="auto"/>
            </w:pPr>
            <w:r>
              <w:rPr>
                <w:sz w:val="21"/>
              </w:rPr>
              <w:t>Louisiana Public Service Commission</w:t>
            </w:r>
          </w:p>
        </w:tc>
        <w:tc>
          <w:tcPr>
            <w:tcW w:w="1440" w:type="dxa"/>
            <w:vAlign w:val="center"/>
          </w:tcPr>
          <w:p w14:paraId="68655356" w14:textId="77777777" w:rsidR="00784220" w:rsidRDefault="00FE5BE6">
            <w:pPr>
              <w:spacing w:line="240" w:lineRule="auto"/>
              <w:jc w:val="center"/>
            </w:pPr>
            <w:r>
              <w:rPr>
                <w:sz w:val="21"/>
              </w:rPr>
              <w:t>S</w:t>
            </w:r>
          </w:p>
        </w:tc>
      </w:tr>
      <w:tr w:rsidR="00784220" w14:paraId="6865535C" w14:textId="77777777" w:rsidTr="001000A2">
        <w:trPr>
          <w:cantSplit/>
          <w:jc w:val="center"/>
        </w:trPr>
        <w:tc>
          <w:tcPr>
            <w:tcW w:w="1080" w:type="dxa"/>
            <w:vAlign w:val="center"/>
          </w:tcPr>
          <w:p w14:paraId="68655358" w14:textId="77777777" w:rsidR="00784220" w:rsidRDefault="00784220">
            <w:pPr>
              <w:spacing w:line="240" w:lineRule="auto"/>
            </w:pPr>
          </w:p>
        </w:tc>
        <w:tc>
          <w:tcPr>
            <w:tcW w:w="2088" w:type="dxa"/>
            <w:vAlign w:val="center"/>
          </w:tcPr>
          <w:p w14:paraId="68655359" w14:textId="77777777" w:rsidR="00784220" w:rsidRDefault="00784220">
            <w:pPr>
              <w:spacing w:line="240" w:lineRule="auto"/>
            </w:pPr>
          </w:p>
        </w:tc>
        <w:tc>
          <w:tcPr>
            <w:tcW w:w="4752" w:type="dxa"/>
            <w:vAlign w:val="center"/>
          </w:tcPr>
          <w:p w14:paraId="6865535A" w14:textId="77777777" w:rsidR="00784220" w:rsidRDefault="00FE5BE6">
            <w:pPr>
              <w:spacing w:line="240" w:lineRule="auto"/>
            </w:pPr>
            <w:r>
              <w:rPr>
                <w:sz w:val="21"/>
              </w:rPr>
              <w:t>Louisiana Board of Regents</w:t>
            </w:r>
          </w:p>
        </w:tc>
        <w:tc>
          <w:tcPr>
            <w:tcW w:w="1440" w:type="dxa"/>
            <w:vAlign w:val="center"/>
          </w:tcPr>
          <w:p w14:paraId="6865535B" w14:textId="77777777" w:rsidR="00784220" w:rsidRDefault="00FE5BE6">
            <w:pPr>
              <w:spacing w:line="240" w:lineRule="auto"/>
              <w:jc w:val="center"/>
            </w:pPr>
            <w:r>
              <w:rPr>
                <w:sz w:val="21"/>
              </w:rPr>
              <w:t>S</w:t>
            </w:r>
          </w:p>
        </w:tc>
      </w:tr>
      <w:tr w:rsidR="00784220" w14:paraId="68655361" w14:textId="77777777" w:rsidTr="001000A2">
        <w:trPr>
          <w:cantSplit/>
          <w:jc w:val="center"/>
        </w:trPr>
        <w:tc>
          <w:tcPr>
            <w:tcW w:w="1080" w:type="dxa"/>
            <w:vAlign w:val="center"/>
          </w:tcPr>
          <w:p w14:paraId="6865535D" w14:textId="77777777" w:rsidR="00784220" w:rsidRDefault="00784220">
            <w:pPr>
              <w:spacing w:line="240" w:lineRule="auto"/>
            </w:pPr>
          </w:p>
        </w:tc>
        <w:tc>
          <w:tcPr>
            <w:tcW w:w="2088" w:type="dxa"/>
            <w:vAlign w:val="center"/>
          </w:tcPr>
          <w:p w14:paraId="6865535E" w14:textId="77777777" w:rsidR="00784220" w:rsidRDefault="00784220">
            <w:pPr>
              <w:spacing w:line="240" w:lineRule="auto"/>
            </w:pPr>
          </w:p>
        </w:tc>
        <w:tc>
          <w:tcPr>
            <w:tcW w:w="4752" w:type="dxa"/>
            <w:vAlign w:val="center"/>
          </w:tcPr>
          <w:p w14:paraId="6865535F" w14:textId="77777777" w:rsidR="00784220" w:rsidRDefault="00FE5BE6">
            <w:pPr>
              <w:spacing w:line="240" w:lineRule="auto"/>
            </w:pPr>
            <w:r>
              <w:rPr>
                <w:sz w:val="21"/>
              </w:rPr>
              <w:t>Department of Revenue</w:t>
            </w:r>
          </w:p>
        </w:tc>
        <w:tc>
          <w:tcPr>
            <w:tcW w:w="1440" w:type="dxa"/>
            <w:vAlign w:val="center"/>
          </w:tcPr>
          <w:p w14:paraId="68655360" w14:textId="77777777" w:rsidR="00784220" w:rsidRDefault="00FE5BE6">
            <w:pPr>
              <w:spacing w:line="240" w:lineRule="auto"/>
              <w:jc w:val="center"/>
            </w:pPr>
            <w:r>
              <w:rPr>
                <w:sz w:val="21"/>
              </w:rPr>
              <w:t>S</w:t>
            </w:r>
          </w:p>
        </w:tc>
      </w:tr>
      <w:tr w:rsidR="00784220" w14:paraId="68655366" w14:textId="77777777" w:rsidTr="001000A2">
        <w:trPr>
          <w:cantSplit/>
          <w:jc w:val="center"/>
        </w:trPr>
        <w:tc>
          <w:tcPr>
            <w:tcW w:w="1080" w:type="dxa"/>
            <w:vAlign w:val="center"/>
          </w:tcPr>
          <w:p w14:paraId="68655362" w14:textId="77777777" w:rsidR="00784220" w:rsidRDefault="00784220">
            <w:pPr>
              <w:spacing w:line="240" w:lineRule="auto"/>
            </w:pPr>
          </w:p>
        </w:tc>
        <w:tc>
          <w:tcPr>
            <w:tcW w:w="2088" w:type="dxa"/>
            <w:vAlign w:val="center"/>
          </w:tcPr>
          <w:p w14:paraId="68655363" w14:textId="77777777" w:rsidR="00784220" w:rsidRDefault="00784220">
            <w:pPr>
              <w:spacing w:line="240" w:lineRule="auto"/>
            </w:pPr>
          </w:p>
        </w:tc>
        <w:tc>
          <w:tcPr>
            <w:tcW w:w="4752" w:type="dxa"/>
            <w:vAlign w:val="center"/>
          </w:tcPr>
          <w:p w14:paraId="68655364" w14:textId="77777777" w:rsidR="00784220" w:rsidRDefault="00FE5BE6">
            <w:pPr>
              <w:spacing w:line="240" w:lineRule="auto"/>
            </w:pPr>
            <w:r>
              <w:rPr>
                <w:sz w:val="21"/>
              </w:rPr>
              <w:t>Department of Children and Family Services</w:t>
            </w:r>
          </w:p>
        </w:tc>
        <w:tc>
          <w:tcPr>
            <w:tcW w:w="1440" w:type="dxa"/>
            <w:vAlign w:val="center"/>
          </w:tcPr>
          <w:p w14:paraId="68655365" w14:textId="77777777" w:rsidR="00784220" w:rsidRDefault="00FE5BE6">
            <w:pPr>
              <w:spacing w:line="240" w:lineRule="auto"/>
              <w:jc w:val="center"/>
            </w:pPr>
            <w:r>
              <w:rPr>
                <w:sz w:val="21"/>
              </w:rPr>
              <w:t>S</w:t>
            </w:r>
          </w:p>
        </w:tc>
      </w:tr>
      <w:tr w:rsidR="00784220" w14:paraId="6865536B" w14:textId="77777777" w:rsidTr="001000A2">
        <w:trPr>
          <w:cantSplit/>
          <w:jc w:val="center"/>
        </w:trPr>
        <w:tc>
          <w:tcPr>
            <w:tcW w:w="1080" w:type="dxa"/>
            <w:vAlign w:val="center"/>
          </w:tcPr>
          <w:p w14:paraId="68655367" w14:textId="77777777" w:rsidR="00784220" w:rsidRDefault="00784220">
            <w:pPr>
              <w:spacing w:line="240" w:lineRule="auto"/>
            </w:pPr>
          </w:p>
        </w:tc>
        <w:tc>
          <w:tcPr>
            <w:tcW w:w="2088" w:type="dxa"/>
            <w:vAlign w:val="center"/>
          </w:tcPr>
          <w:p w14:paraId="68655368" w14:textId="77777777" w:rsidR="00784220" w:rsidRDefault="00784220">
            <w:pPr>
              <w:spacing w:line="240" w:lineRule="auto"/>
            </w:pPr>
          </w:p>
        </w:tc>
        <w:tc>
          <w:tcPr>
            <w:tcW w:w="4752" w:type="dxa"/>
            <w:vAlign w:val="center"/>
          </w:tcPr>
          <w:p w14:paraId="68655369" w14:textId="77777777" w:rsidR="00784220" w:rsidRDefault="00FE5BE6">
            <w:pPr>
              <w:spacing w:line="240" w:lineRule="auto"/>
            </w:pPr>
            <w:r>
              <w:rPr>
                <w:sz w:val="21"/>
              </w:rPr>
              <w:t>Secretary of State</w:t>
            </w:r>
          </w:p>
        </w:tc>
        <w:tc>
          <w:tcPr>
            <w:tcW w:w="1440" w:type="dxa"/>
            <w:vAlign w:val="center"/>
          </w:tcPr>
          <w:p w14:paraId="6865536A" w14:textId="77777777" w:rsidR="00784220" w:rsidRDefault="00FE5BE6">
            <w:pPr>
              <w:spacing w:line="240" w:lineRule="auto"/>
              <w:jc w:val="center"/>
            </w:pPr>
            <w:r>
              <w:rPr>
                <w:sz w:val="21"/>
              </w:rPr>
              <w:t>S</w:t>
            </w:r>
          </w:p>
        </w:tc>
      </w:tr>
      <w:tr w:rsidR="00784220" w14:paraId="68655370" w14:textId="77777777" w:rsidTr="001000A2">
        <w:trPr>
          <w:cantSplit/>
          <w:jc w:val="center"/>
        </w:trPr>
        <w:tc>
          <w:tcPr>
            <w:tcW w:w="1080" w:type="dxa"/>
            <w:vAlign w:val="center"/>
          </w:tcPr>
          <w:p w14:paraId="6865536C" w14:textId="77777777" w:rsidR="00784220" w:rsidRDefault="00784220">
            <w:pPr>
              <w:spacing w:line="240" w:lineRule="auto"/>
            </w:pPr>
          </w:p>
        </w:tc>
        <w:tc>
          <w:tcPr>
            <w:tcW w:w="2088" w:type="dxa"/>
            <w:vAlign w:val="center"/>
          </w:tcPr>
          <w:p w14:paraId="6865536D" w14:textId="77777777" w:rsidR="00784220" w:rsidRDefault="00784220">
            <w:pPr>
              <w:spacing w:line="240" w:lineRule="auto"/>
            </w:pPr>
          </w:p>
        </w:tc>
        <w:tc>
          <w:tcPr>
            <w:tcW w:w="4752" w:type="dxa"/>
            <w:vAlign w:val="center"/>
          </w:tcPr>
          <w:p w14:paraId="6865536E" w14:textId="77777777" w:rsidR="00784220" w:rsidRDefault="00FE5BE6">
            <w:pPr>
              <w:spacing w:line="240" w:lineRule="auto"/>
            </w:pPr>
            <w:r>
              <w:rPr>
                <w:sz w:val="21"/>
              </w:rPr>
              <w:t>Louisiana State Police</w:t>
            </w:r>
          </w:p>
        </w:tc>
        <w:tc>
          <w:tcPr>
            <w:tcW w:w="1440" w:type="dxa"/>
            <w:vAlign w:val="center"/>
          </w:tcPr>
          <w:p w14:paraId="6865536F" w14:textId="77777777" w:rsidR="00784220" w:rsidRDefault="00FE5BE6">
            <w:pPr>
              <w:spacing w:line="240" w:lineRule="auto"/>
              <w:jc w:val="center"/>
            </w:pPr>
            <w:r>
              <w:rPr>
                <w:sz w:val="21"/>
              </w:rPr>
              <w:t>S</w:t>
            </w:r>
          </w:p>
        </w:tc>
      </w:tr>
      <w:tr w:rsidR="00784220" w14:paraId="68655375" w14:textId="77777777" w:rsidTr="001000A2">
        <w:trPr>
          <w:cantSplit/>
          <w:jc w:val="center"/>
        </w:trPr>
        <w:tc>
          <w:tcPr>
            <w:tcW w:w="1080" w:type="dxa"/>
            <w:vAlign w:val="center"/>
          </w:tcPr>
          <w:p w14:paraId="68655371" w14:textId="77777777" w:rsidR="00784220" w:rsidRDefault="00784220">
            <w:pPr>
              <w:spacing w:line="240" w:lineRule="auto"/>
            </w:pPr>
          </w:p>
        </w:tc>
        <w:tc>
          <w:tcPr>
            <w:tcW w:w="2088" w:type="dxa"/>
            <w:vAlign w:val="center"/>
          </w:tcPr>
          <w:p w14:paraId="68655372" w14:textId="77777777" w:rsidR="00784220" w:rsidRDefault="00784220">
            <w:pPr>
              <w:spacing w:line="240" w:lineRule="auto"/>
            </w:pPr>
          </w:p>
        </w:tc>
        <w:tc>
          <w:tcPr>
            <w:tcW w:w="4752" w:type="dxa"/>
            <w:vAlign w:val="center"/>
          </w:tcPr>
          <w:p w14:paraId="68655373" w14:textId="77777777" w:rsidR="00784220" w:rsidRDefault="00FE5BE6">
            <w:pPr>
              <w:spacing w:line="240" w:lineRule="auto"/>
            </w:pPr>
            <w:r>
              <w:rPr>
                <w:sz w:val="21"/>
              </w:rPr>
              <w:t>Department of Transportation and Development</w:t>
            </w:r>
          </w:p>
        </w:tc>
        <w:tc>
          <w:tcPr>
            <w:tcW w:w="1440" w:type="dxa"/>
            <w:vAlign w:val="center"/>
          </w:tcPr>
          <w:p w14:paraId="68655374" w14:textId="77777777" w:rsidR="00784220" w:rsidRDefault="00FE5BE6">
            <w:pPr>
              <w:spacing w:line="240" w:lineRule="auto"/>
              <w:jc w:val="center"/>
            </w:pPr>
            <w:r>
              <w:rPr>
                <w:sz w:val="21"/>
              </w:rPr>
              <w:t>S</w:t>
            </w:r>
          </w:p>
        </w:tc>
      </w:tr>
      <w:tr w:rsidR="00784220" w14:paraId="6865537A" w14:textId="77777777" w:rsidTr="001000A2">
        <w:trPr>
          <w:cantSplit/>
          <w:jc w:val="center"/>
        </w:trPr>
        <w:tc>
          <w:tcPr>
            <w:tcW w:w="1080" w:type="dxa"/>
            <w:vAlign w:val="center"/>
          </w:tcPr>
          <w:p w14:paraId="68655376" w14:textId="77777777" w:rsidR="00784220" w:rsidRDefault="00784220">
            <w:pPr>
              <w:spacing w:line="240" w:lineRule="auto"/>
            </w:pPr>
          </w:p>
        </w:tc>
        <w:tc>
          <w:tcPr>
            <w:tcW w:w="2088" w:type="dxa"/>
            <w:vAlign w:val="center"/>
          </w:tcPr>
          <w:p w14:paraId="68655377" w14:textId="77777777" w:rsidR="00784220" w:rsidRDefault="00784220">
            <w:pPr>
              <w:spacing w:line="240" w:lineRule="auto"/>
            </w:pPr>
          </w:p>
        </w:tc>
        <w:tc>
          <w:tcPr>
            <w:tcW w:w="4752" w:type="dxa"/>
            <w:vAlign w:val="center"/>
          </w:tcPr>
          <w:p w14:paraId="68655378" w14:textId="77777777" w:rsidR="00784220" w:rsidRDefault="00FE5BE6">
            <w:pPr>
              <w:spacing w:line="240" w:lineRule="auto"/>
            </w:pPr>
            <w:r>
              <w:rPr>
                <w:sz w:val="21"/>
              </w:rPr>
              <w:t>Department of the Treasury</w:t>
            </w:r>
          </w:p>
        </w:tc>
        <w:tc>
          <w:tcPr>
            <w:tcW w:w="1440" w:type="dxa"/>
            <w:vAlign w:val="center"/>
          </w:tcPr>
          <w:p w14:paraId="68655379" w14:textId="77777777" w:rsidR="00784220" w:rsidRDefault="00FE5BE6">
            <w:pPr>
              <w:spacing w:line="240" w:lineRule="auto"/>
              <w:jc w:val="center"/>
            </w:pPr>
            <w:r>
              <w:rPr>
                <w:sz w:val="21"/>
              </w:rPr>
              <w:t>S</w:t>
            </w:r>
          </w:p>
        </w:tc>
      </w:tr>
      <w:tr w:rsidR="00784220" w14:paraId="6865537F" w14:textId="77777777" w:rsidTr="001000A2">
        <w:trPr>
          <w:cantSplit/>
          <w:jc w:val="center"/>
        </w:trPr>
        <w:tc>
          <w:tcPr>
            <w:tcW w:w="1080" w:type="dxa"/>
            <w:vAlign w:val="center"/>
          </w:tcPr>
          <w:p w14:paraId="6865537B" w14:textId="77777777" w:rsidR="00784220" w:rsidRDefault="00784220">
            <w:pPr>
              <w:spacing w:line="240" w:lineRule="auto"/>
            </w:pPr>
          </w:p>
        </w:tc>
        <w:tc>
          <w:tcPr>
            <w:tcW w:w="2088" w:type="dxa"/>
            <w:vAlign w:val="center"/>
          </w:tcPr>
          <w:p w14:paraId="6865537C" w14:textId="77777777" w:rsidR="00784220" w:rsidRDefault="00784220">
            <w:pPr>
              <w:spacing w:line="240" w:lineRule="auto"/>
            </w:pPr>
          </w:p>
        </w:tc>
        <w:tc>
          <w:tcPr>
            <w:tcW w:w="4752" w:type="dxa"/>
            <w:vAlign w:val="center"/>
          </w:tcPr>
          <w:p w14:paraId="6865537D" w14:textId="77777777" w:rsidR="00784220" w:rsidRDefault="00FE5BE6">
            <w:pPr>
              <w:spacing w:line="240" w:lineRule="auto"/>
            </w:pPr>
            <w:r>
              <w:rPr>
                <w:sz w:val="21"/>
              </w:rPr>
              <w:t>Department of Wildlife and Fisheries</w:t>
            </w:r>
          </w:p>
        </w:tc>
        <w:tc>
          <w:tcPr>
            <w:tcW w:w="1440" w:type="dxa"/>
            <w:vAlign w:val="center"/>
          </w:tcPr>
          <w:p w14:paraId="6865537E" w14:textId="77777777" w:rsidR="00784220" w:rsidRDefault="00FE5BE6">
            <w:pPr>
              <w:spacing w:line="240" w:lineRule="auto"/>
              <w:jc w:val="center"/>
            </w:pPr>
            <w:r>
              <w:rPr>
                <w:sz w:val="21"/>
              </w:rPr>
              <w:t>S</w:t>
            </w:r>
          </w:p>
        </w:tc>
      </w:tr>
      <w:tr w:rsidR="00784220" w14:paraId="68655384" w14:textId="77777777" w:rsidTr="001000A2">
        <w:trPr>
          <w:cantSplit/>
          <w:jc w:val="center"/>
        </w:trPr>
        <w:tc>
          <w:tcPr>
            <w:tcW w:w="1080" w:type="dxa"/>
            <w:vAlign w:val="center"/>
          </w:tcPr>
          <w:p w14:paraId="68655380" w14:textId="77777777" w:rsidR="00784220" w:rsidRDefault="00784220">
            <w:pPr>
              <w:spacing w:line="240" w:lineRule="auto"/>
            </w:pPr>
          </w:p>
        </w:tc>
        <w:tc>
          <w:tcPr>
            <w:tcW w:w="2088" w:type="dxa"/>
            <w:vAlign w:val="center"/>
          </w:tcPr>
          <w:p w14:paraId="68655381" w14:textId="77777777" w:rsidR="00784220" w:rsidRDefault="00784220">
            <w:pPr>
              <w:spacing w:line="240" w:lineRule="auto"/>
            </w:pPr>
          </w:p>
        </w:tc>
        <w:tc>
          <w:tcPr>
            <w:tcW w:w="4752" w:type="dxa"/>
            <w:vAlign w:val="center"/>
          </w:tcPr>
          <w:p w14:paraId="68655382" w14:textId="77777777" w:rsidR="00784220" w:rsidRDefault="00FE5BE6">
            <w:pPr>
              <w:spacing w:line="240" w:lineRule="auto"/>
            </w:pPr>
            <w:r>
              <w:rPr>
                <w:sz w:val="21"/>
              </w:rPr>
              <w:t>Louisiana Coastal Protection and Restoration Authority</w:t>
            </w:r>
          </w:p>
        </w:tc>
        <w:tc>
          <w:tcPr>
            <w:tcW w:w="1440" w:type="dxa"/>
            <w:vAlign w:val="center"/>
          </w:tcPr>
          <w:p w14:paraId="68655383" w14:textId="77777777" w:rsidR="00784220" w:rsidRDefault="00FE5BE6">
            <w:pPr>
              <w:spacing w:line="240" w:lineRule="auto"/>
              <w:jc w:val="center"/>
            </w:pPr>
            <w:r>
              <w:rPr>
                <w:sz w:val="21"/>
              </w:rPr>
              <w:t>S</w:t>
            </w:r>
          </w:p>
        </w:tc>
      </w:tr>
      <w:tr w:rsidR="00784220" w14:paraId="68655389" w14:textId="77777777" w:rsidTr="001000A2">
        <w:trPr>
          <w:cantSplit/>
          <w:jc w:val="center"/>
        </w:trPr>
        <w:tc>
          <w:tcPr>
            <w:tcW w:w="1080" w:type="dxa"/>
            <w:vAlign w:val="center"/>
          </w:tcPr>
          <w:p w14:paraId="68655385" w14:textId="77777777" w:rsidR="00784220" w:rsidRDefault="00784220">
            <w:pPr>
              <w:spacing w:line="240" w:lineRule="auto"/>
            </w:pPr>
          </w:p>
        </w:tc>
        <w:tc>
          <w:tcPr>
            <w:tcW w:w="2088" w:type="dxa"/>
            <w:vAlign w:val="center"/>
          </w:tcPr>
          <w:p w14:paraId="68655386" w14:textId="77777777" w:rsidR="00784220" w:rsidRDefault="00784220">
            <w:pPr>
              <w:spacing w:line="240" w:lineRule="auto"/>
            </w:pPr>
          </w:p>
        </w:tc>
        <w:tc>
          <w:tcPr>
            <w:tcW w:w="4752" w:type="dxa"/>
            <w:vAlign w:val="center"/>
          </w:tcPr>
          <w:p w14:paraId="68655387" w14:textId="77777777" w:rsidR="00784220" w:rsidRDefault="00FE5BE6">
            <w:pPr>
              <w:spacing w:line="240" w:lineRule="auto"/>
            </w:pPr>
            <w:r>
              <w:rPr>
                <w:sz w:val="21"/>
              </w:rPr>
              <w:t>Non-Governmental Organizations (NGO)</w:t>
            </w:r>
          </w:p>
        </w:tc>
        <w:tc>
          <w:tcPr>
            <w:tcW w:w="1440" w:type="dxa"/>
            <w:vAlign w:val="center"/>
          </w:tcPr>
          <w:p w14:paraId="68655388" w14:textId="77777777" w:rsidR="00784220" w:rsidRDefault="00FE5BE6">
            <w:pPr>
              <w:spacing w:line="240" w:lineRule="auto"/>
              <w:jc w:val="center"/>
            </w:pPr>
            <w:r>
              <w:rPr>
                <w:sz w:val="21"/>
              </w:rPr>
              <w:t>S</w:t>
            </w:r>
          </w:p>
        </w:tc>
      </w:tr>
      <w:tr w:rsidR="00784220" w14:paraId="6865538E" w14:textId="77777777" w:rsidTr="001000A2">
        <w:trPr>
          <w:cantSplit/>
          <w:jc w:val="center"/>
        </w:trPr>
        <w:tc>
          <w:tcPr>
            <w:tcW w:w="1080" w:type="dxa"/>
            <w:vAlign w:val="center"/>
          </w:tcPr>
          <w:p w14:paraId="6865538A" w14:textId="77777777" w:rsidR="00784220" w:rsidRDefault="00784220">
            <w:pPr>
              <w:spacing w:line="240" w:lineRule="auto"/>
            </w:pPr>
          </w:p>
        </w:tc>
        <w:tc>
          <w:tcPr>
            <w:tcW w:w="2088" w:type="dxa"/>
            <w:vAlign w:val="center"/>
          </w:tcPr>
          <w:p w14:paraId="6865538B" w14:textId="77777777" w:rsidR="00784220" w:rsidRDefault="00784220">
            <w:pPr>
              <w:spacing w:line="240" w:lineRule="auto"/>
            </w:pPr>
          </w:p>
        </w:tc>
        <w:tc>
          <w:tcPr>
            <w:tcW w:w="4752" w:type="dxa"/>
            <w:vAlign w:val="center"/>
          </w:tcPr>
          <w:p w14:paraId="6865538C" w14:textId="77777777" w:rsidR="00784220" w:rsidRDefault="00784220">
            <w:pPr>
              <w:spacing w:line="240" w:lineRule="auto"/>
            </w:pPr>
          </w:p>
        </w:tc>
        <w:tc>
          <w:tcPr>
            <w:tcW w:w="1440" w:type="dxa"/>
            <w:vAlign w:val="center"/>
          </w:tcPr>
          <w:p w14:paraId="6865538D" w14:textId="77777777" w:rsidR="00784220" w:rsidRDefault="00784220">
            <w:pPr>
              <w:spacing w:line="240" w:lineRule="auto"/>
              <w:jc w:val="center"/>
            </w:pPr>
          </w:p>
        </w:tc>
      </w:tr>
      <w:tr w:rsidR="00784220" w14:paraId="68655393" w14:textId="77777777" w:rsidTr="001000A2">
        <w:trPr>
          <w:cantSplit/>
          <w:jc w:val="center"/>
        </w:trPr>
        <w:tc>
          <w:tcPr>
            <w:tcW w:w="1080" w:type="dxa"/>
            <w:vAlign w:val="center"/>
          </w:tcPr>
          <w:p w14:paraId="6865538F" w14:textId="77777777" w:rsidR="00784220" w:rsidRDefault="00FE5BE6">
            <w:pPr>
              <w:spacing w:line="240" w:lineRule="auto"/>
            </w:pPr>
            <w:r>
              <w:rPr>
                <w:b/>
                <w:sz w:val="21"/>
              </w:rPr>
              <w:t>ESF 16</w:t>
            </w:r>
          </w:p>
        </w:tc>
        <w:tc>
          <w:tcPr>
            <w:tcW w:w="2088" w:type="dxa"/>
            <w:vAlign w:val="center"/>
          </w:tcPr>
          <w:p w14:paraId="68655390" w14:textId="77777777" w:rsidR="00784220" w:rsidRDefault="00FE5BE6">
            <w:pPr>
              <w:spacing w:line="240" w:lineRule="auto"/>
            </w:pPr>
            <w:r>
              <w:rPr>
                <w:sz w:val="21"/>
              </w:rPr>
              <w:t>Military Support to Civilian Affairs</w:t>
            </w:r>
          </w:p>
        </w:tc>
        <w:tc>
          <w:tcPr>
            <w:tcW w:w="4752" w:type="dxa"/>
            <w:vAlign w:val="center"/>
          </w:tcPr>
          <w:p w14:paraId="68655391" w14:textId="77777777" w:rsidR="00784220" w:rsidRDefault="00FE5BE6">
            <w:pPr>
              <w:spacing w:line="240" w:lineRule="auto"/>
            </w:pPr>
            <w:r>
              <w:rPr>
                <w:sz w:val="21"/>
              </w:rPr>
              <w:t>Louisiana National Guard</w:t>
            </w:r>
          </w:p>
        </w:tc>
        <w:tc>
          <w:tcPr>
            <w:tcW w:w="1440" w:type="dxa"/>
            <w:vAlign w:val="center"/>
          </w:tcPr>
          <w:p w14:paraId="68655392" w14:textId="77777777" w:rsidR="00784220" w:rsidRDefault="00FE5BE6">
            <w:pPr>
              <w:spacing w:line="240" w:lineRule="auto"/>
              <w:jc w:val="center"/>
            </w:pPr>
            <w:r>
              <w:rPr>
                <w:sz w:val="21"/>
              </w:rPr>
              <w:t>P</w:t>
            </w:r>
          </w:p>
        </w:tc>
      </w:tr>
      <w:tr w:rsidR="00784220" w14:paraId="68655398" w14:textId="77777777" w:rsidTr="001000A2">
        <w:trPr>
          <w:cantSplit/>
          <w:jc w:val="center"/>
        </w:trPr>
        <w:tc>
          <w:tcPr>
            <w:tcW w:w="1080" w:type="dxa"/>
            <w:vAlign w:val="center"/>
          </w:tcPr>
          <w:p w14:paraId="68655394" w14:textId="77777777" w:rsidR="00784220" w:rsidRDefault="00784220">
            <w:pPr>
              <w:spacing w:line="240" w:lineRule="auto"/>
            </w:pPr>
          </w:p>
        </w:tc>
        <w:tc>
          <w:tcPr>
            <w:tcW w:w="2088" w:type="dxa"/>
            <w:vAlign w:val="center"/>
          </w:tcPr>
          <w:p w14:paraId="68655395" w14:textId="77777777" w:rsidR="00784220" w:rsidRDefault="00784220">
            <w:pPr>
              <w:spacing w:line="240" w:lineRule="auto"/>
            </w:pPr>
          </w:p>
        </w:tc>
        <w:tc>
          <w:tcPr>
            <w:tcW w:w="4752" w:type="dxa"/>
            <w:vAlign w:val="center"/>
          </w:tcPr>
          <w:p w14:paraId="68655396" w14:textId="77777777" w:rsidR="00784220" w:rsidRDefault="00784220">
            <w:pPr>
              <w:spacing w:line="240" w:lineRule="auto"/>
            </w:pPr>
          </w:p>
        </w:tc>
        <w:tc>
          <w:tcPr>
            <w:tcW w:w="1440" w:type="dxa"/>
            <w:vAlign w:val="center"/>
          </w:tcPr>
          <w:p w14:paraId="68655397" w14:textId="77777777" w:rsidR="00784220" w:rsidRDefault="00784220">
            <w:pPr>
              <w:spacing w:line="240" w:lineRule="auto"/>
              <w:jc w:val="center"/>
            </w:pPr>
          </w:p>
        </w:tc>
      </w:tr>
      <w:tr w:rsidR="00784220" w14:paraId="6865539D" w14:textId="77777777" w:rsidTr="001000A2">
        <w:trPr>
          <w:cantSplit/>
          <w:jc w:val="center"/>
        </w:trPr>
        <w:tc>
          <w:tcPr>
            <w:tcW w:w="1080" w:type="dxa"/>
            <w:vAlign w:val="center"/>
          </w:tcPr>
          <w:p w14:paraId="68655399" w14:textId="77777777" w:rsidR="00784220" w:rsidRDefault="00FE5BE6">
            <w:pPr>
              <w:spacing w:line="240" w:lineRule="auto"/>
            </w:pPr>
            <w:r>
              <w:rPr>
                <w:b/>
                <w:sz w:val="21"/>
              </w:rPr>
              <w:t>RSF 1</w:t>
            </w:r>
          </w:p>
        </w:tc>
        <w:tc>
          <w:tcPr>
            <w:tcW w:w="2088" w:type="dxa"/>
            <w:vAlign w:val="center"/>
          </w:tcPr>
          <w:p w14:paraId="6865539A" w14:textId="77777777" w:rsidR="00784220" w:rsidRDefault="00FE5BE6">
            <w:pPr>
              <w:spacing w:line="240" w:lineRule="auto"/>
            </w:pPr>
            <w:r>
              <w:rPr>
                <w:sz w:val="21"/>
              </w:rPr>
              <w:t>Community Planning and Capacity Building</w:t>
            </w:r>
          </w:p>
        </w:tc>
        <w:tc>
          <w:tcPr>
            <w:tcW w:w="4752" w:type="dxa"/>
            <w:vAlign w:val="center"/>
          </w:tcPr>
          <w:p w14:paraId="6865539B" w14:textId="77777777" w:rsidR="00784220" w:rsidRDefault="00FE5BE6">
            <w:pPr>
              <w:spacing w:line="240" w:lineRule="auto"/>
            </w:pPr>
            <w:r>
              <w:rPr>
                <w:sz w:val="21"/>
              </w:rPr>
              <w:t>Office of Community Development</w:t>
            </w:r>
          </w:p>
        </w:tc>
        <w:tc>
          <w:tcPr>
            <w:tcW w:w="1440" w:type="dxa"/>
            <w:vAlign w:val="center"/>
          </w:tcPr>
          <w:p w14:paraId="6865539C" w14:textId="77777777" w:rsidR="00784220" w:rsidRDefault="00FE5BE6">
            <w:pPr>
              <w:spacing w:line="240" w:lineRule="auto"/>
              <w:jc w:val="center"/>
            </w:pPr>
            <w:r>
              <w:rPr>
                <w:sz w:val="21"/>
              </w:rPr>
              <w:t>P</w:t>
            </w:r>
          </w:p>
        </w:tc>
      </w:tr>
      <w:tr w:rsidR="00784220" w14:paraId="686553A2" w14:textId="77777777" w:rsidTr="001000A2">
        <w:trPr>
          <w:cantSplit/>
          <w:jc w:val="center"/>
        </w:trPr>
        <w:tc>
          <w:tcPr>
            <w:tcW w:w="1080" w:type="dxa"/>
            <w:vAlign w:val="center"/>
          </w:tcPr>
          <w:p w14:paraId="6865539E" w14:textId="77777777" w:rsidR="00784220" w:rsidRDefault="00784220">
            <w:pPr>
              <w:spacing w:line="240" w:lineRule="auto"/>
            </w:pPr>
          </w:p>
        </w:tc>
        <w:tc>
          <w:tcPr>
            <w:tcW w:w="2088" w:type="dxa"/>
            <w:vAlign w:val="center"/>
          </w:tcPr>
          <w:p w14:paraId="6865539F" w14:textId="77777777" w:rsidR="00784220" w:rsidRDefault="00784220">
            <w:pPr>
              <w:spacing w:line="240" w:lineRule="auto"/>
            </w:pPr>
          </w:p>
        </w:tc>
        <w:tc>
          <w:tcPr>
            <w:tcW w:w="4752" w:type="dxa"/>
            <w:vAlign w:val="center"/>
          </w:tcPr>
          <w:p w14:paraId="686553A0"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3A1" w14:textId="77777777" w:rsidR="00784220" w:rsidRDefault="00FE5BE6">
            <w:pPr>
              <w:spacing w:line="240" w:lineRule="auto"/>
              <w:jc w:val="center"/>
            </w:pPr>
            <w:r>
              <w:rPr>
                <w:sz w:val="21"/>
              </w:rPr>
              <w:t>S</w:t>
            </w:r>
          </w:p>
        </w:tc>
      </w:tr>
      <w:tr w:rsidR="00784220" w14:paraId="686553A7" w14:textId="77777777" w:rsidTr="001000A2">
        <w:trPr>
          <w:cantSplit/>
          <w:jc w:val="center"/>
        </w:trPr>
        <w:tc>
          <w:tcPr>
            <w:tcW w:w="1080" w:type="dxa"/>
            <w:vAlign w:val="center"/>
          </w:tcPr>
          <w:p w14:paraId="686553A3" w14:textId="77777777" w:rsidR="00784220" w:rsidRDefault="00784220">
            <w:pPr>
              <w:spacing w:line="240" w:lineRule="auto"/>
            </w:pPr>
          </w:p>
        </w:tc>
        <w:tc>
          <w:tcPr>
            <w:tcW w:w="2088" w:type="dxa"/>
            <w:vAlign w:val="center"/>
          </w:tcPr>
          <w:p w14:paraId="686553A4" w14:textId="77777777" w:rsidR="00784220" w:rsidRDefault="00784220">
            <w:pPr>
              <w:spacing w:line="240" w:lineRule="auto"/>
            </w:pPr>
          </w:p>
        </w:tc>
        <w:tc>
          <w:tcPr>
            <w:tcW w:w="4752" w:type="dxa"/>
            <w:vAlign w:val="center"/>
          </w:tcPr>
          <w:p w14:paraId="686553A5" w14:textId="77777777" w:rsidR="00784220" w:rsidRDefault="00FE5BE6">
            <w:pPr>
              <w:spacing w:line="240" w:lineRule="auto"/>
            </w:pPr>
            <w:r>
              <w:rPr>
                <w:sz w:val="21"/>
              </w:rPr>
              <w:t>Governor’s Office of Disability Affairs</w:t>
            </w:r>
          </w:p>
        </w:tc>
        <w:tc>
          <w:tcPr>
            <w:tcW w:w="1440" w:type="dxa"/>
            <w:vAlign w:val="center"/>
          </w:tcPr>
          <w:p w14:paraId="686553A6" w14:textId="77777777" w:rsidR="00784220" w:rsidRDefault="00FE5BE6">
            <w:pPr>
              <w:spacing w:line="240" w:lineRule="auto"/>
              <w:jc w:val="center"/>
            </w:pPr>
            <w:r>
              <w:rPr>
                <w:sz w:val="21"/>
              </w:rPr>
              <w:t>S</w:t>
            </w:r>
          </w:p>
        </w:tc>
      </w:tr>
      <w:tr w:rsidR="00784220" w14:paraId="686553AC" w14:textId="77777777" w:rsidTr="001000A2">
        <w:trPr>
          <w:cantSplit/>
          <w:jc w:val="center"/>
        </w:trPr>
        <w:tc>
          <w:tcPr>
            <w:tcW w:w="1080" w:type="dxa"/>
            <w:vAlign w:val="center"/>
          </w:tcPr>
          <w:p w14:paraId="686553A8" w14:textId="77777777" w:rsidR="00784220" w:rsidRDefault="00784220">
            <w:pPr>
              <w:spacing w:line="240" w:lineRule="auto"/>
            </w:pPr>
          </w:p>
        </w:tc>
        <w:tc>
          <w:tcPr>
            <w:tcW w:w="2088" w:type="dxa"/>
            <w:vAlign w:val="center"/>
          </w:tcPr>
          <w:p w14:paraId="686553A9" w14:textId="77777777" w:rsidR="00784220" w:rsidRDefault="00784220">
            <w:pPr>
              <w:spacing w:line="240" w:lineRule="auto"/>
            </w:pPr>
          </w:p>
        </w:tc>
        <w:tc>
          <w:tcPr>
            <w:tcW w:w="4752" w:type="dxa"/>
            <w:vAlign w:val="center"/>
          </w:tcPr>
          <w:p w14:paraId="686553AA" w14:textId="77777777" w:rsidR="00784220" w:rsidRDefault="00FE5BE6">
            <w:pPr>
              <w:spacing w:line="240" w:lineRule="auto"/>
            </w:pPr>
            <w:r>
              <w:rPr>
                <w:sz w:val="21"/>
              </w:rPr>
              <w:t>Governor’s Office of Elderly Affairs</w:t>
            </w:r>
          </w:p>
        </w:tc>
        <w:tc>
          <w:tcPr>
            <w:tcW w:w="1440" w:type="dxa"/>
            <w:vAlign w:val="center"/>
          </w:tcPr>
          <w:p w14:paraId="686553AB" w14:textId="77777777" w:rsidR="00784220" w:rsidRDefault="00FE5BE6">
            <w:pPr>
              <w:spacing w:line="240" w:lineRule="auto"/>
              <w:jc w:val="center"/>
            </w:pPr>
            <w:r>
              <w:rPr>
                <w:sz w:val="21"/>
              </w:rPr>
              <w:t>S</w:t>
            </w:r>
          </w:p>
        </w:tc>
      </w:tr>
      <w:tr w:rsidR="00784220" w14:paraId="686553B1" w14:textId="77777777" w:rsidTr="001000A2">
        <w:trPr>
          <w:cantSplit/>
          <w:jc w:val="center"/>
        </w:trPr>
        <w:tc>
          <w:tcPr>
            <w:tcW w:w="1080" w:type="dxa"/>
            <w:vAlign w:val="center"/>
          </w:tcPr>
          <w:p w14:paraId="686553AD" w14:textId="77777777" w:rsidR="00784220" w:rsidRDefault="00784220">
            <w:pPr>
              <w:spacing w:line="240" w:lineRule="auto"/>
            </w:pPr>
          </w:p>
        </w:tc>
        <w:tc>
          <w:tcPr>
            <w:tcW w:w="2088" w:type="dxa"/>
            <w:vAlign w:val="center"/>
          </w:tcPr>
          <w:p w14:paraId="686553AE" w14:textId="77777777" w:rsidR="00784220" w:rsidRDefault="00784220">
            <w:pPr>
              <w:spacing w:line="240" w:lineRule="auto"/>
            </w:pPr>
          </w:p>
        </w:tc>
        <w:tc>
          <w:tcPr>
            <w:tcW w:w="4752" w:type="dxa"/>
            <w:vAlign w:val="center"/>
          </w:tcPr>
          <w:p w14:paraId="686553AF" w14:textId="77777777" w:rsidR="00784220" w:rsidRDefault="00FE5BE6">
            <w:pPr>
              <w:spacing w:line="240" w:lineRule="auto"/>
            </w:pPr>
            <w:r>
              <w:rPr>
                <w:sz w:val="21"/>
              </w:rPr>
              <w:t>Louisiana Economic Development</w:t>
            </w:r>
          </w:p>
        </w:tc>
        <w:tc>
          <w:tcPr>
            <w:tcW w:w="1440" w:type="dxa"/>
            <w:vAlign w:val="center"/>
          </w:tcPr>
          <w:p w14:paraId="686553B0" w14:textId="77777777" w:rsidR="00784220" w:rsidRDefault="00FE5BE6">
            <w:pPr>
              <w:spacing w:line="240" w:lineRule="auto"/>
              <w:jc w:val="center"/>
            </w:pPr>
            <w:r>
              <w:rPr>
                <w:sz w:val="21"/>
              </w:rPr>
              <w:t>S</w:t>
            </w:r>
          </w:p>
        </w:tc>
      </w:tr>
      <w:tr w:rsidR="00784220" w14:paraId="686553B6" w14:textId="77777777" w:rsidTr="001000A2">
        <w:trPr>
          <w:cantSplit/>
          <w:jc w:val="center"/>
        </w:trPr>
        <w:tc>
          <w:tcPr>
            <w:tcW w:w="1080" w:type="dxa"/>
            <w:vAlign w:val="center"/>
          </w:tcPr>
          <w:p w14:paraId="686553B2" w14:textId="77777777" w:rsidR="00784220" w:rsidRDefault="00784220">
            <w:pPr>
              <w:spacing w:line="240" w:lineRule="auto"/>
            </w:pPr>
          </w:p>
        </w:tc>
        <w:tc>
          <w:tcPr>
            <w:tcW w:w="2088" w:type="dxa"/>
            <w:vAlign w:val="center"/>
          </w:tcPr>
          <w:p w14:paraId="686553B3" w14:textId="77777777" w:rsidR="00784220" w:rsidRDefault="00784220">
            <w:pPr>
              <w:spacing w:line="240" w:lineRule="auto"/>
            </w:pPr>
          </w:p>
        </w:tc>
        <w:tc>
          <w:tcPr>
            <w:tcW w:w="4752" w:type="dxa"/>
            <w:vAlign w:val="center"/>
          </w:tcPr>
          <w:p w14:paraId="686553B4" w14:textId="77777777" w:rsidR="00784220" w:rsidRDefault="00FE5BE6">
            <w:pPr>
              <w:spacing w:line="240" w:lineRule="auto"/>
            </w:pPr>
            <w:r>
              <w:rPr>
                <w:sz w:val="21"/>
              </w:rPr>
              <w:t>Louisiana Works</w:t>
            </w:r>
          </w:p>
        </w:tc>
        <w:tc>
          <w:tcPr>
            <w:tcW w:w="1440" w:type="dxa"/>
            <w:vAlign w:val="center"/>
          </w:tcPr>
          <w:p w14:paraId="686553B5" w14:textId="77777777" w:rsidR="00784220" w:rsidRDefault="00FE5BE6">
            <w:pPr>
              <w:spacing w:line="240" w:lineRule="auto"/>
              <w:jc w:val="center"/>
            </w:pPr>
            <w:r>
              <w:rPr>
                <w:sz w:val="21"/>
              </w:rPr>
              <w:t>S</w:t>
            </w:r>
          </w:p>
        </w:tc>
      </w:tr>
      <w:tr w:rsidR="00784220" w14:paraId="686553BB" w14:textId="77777777" w:rsidTr="001000A2">
        <w:trPr>
          <w:cantSplit/>
          <w:jc w:val="center"/>
        </w:trPr>
        <w:tc>
          <w:tcPr>
            <w:tcW w:w="1080" w:type="dxa"/>
            <w:vAlign w:val="center"/>
          </w:tcPr>
          <w:p w14:paraId="686553B7" w14:textId="77777777" w:rsidR="00784220" w:rsidRDefault="00784220">
            <w:pPr>
              <w:spacing w:line="240" w:lineRule="auto"/>
            </w:pPr>
          </w:p>
        </w:tc>
        <w:tc>
          <w:tcPr>
            <w:tcW w:w="2088" w:type="dxa"/>
            <w:vAlign w:val="center"/>
          </w:tcPr>
          <w:p w14:paraId="686553B8" w14:textId="77777777" w:rsidR="00784220" w:rsidRDefault="00784220">
            <w:pPr>
              <w:spacing w:line="240" w:lineRule="auto"/>
            </w:pPr>
          </w:p>
        </w:tc>
        <w:tc>
          <w:tcPr>
            <w:tcW w:w="4752" w:type="dxa"/>
            <w:vAlign w:val="center"/>
          </w:tcPr>
          <w:p w14:paraId="686553B9" w14:textId="77777777" w:rsidR="00784220" w:rsidRDefault="00FE5BE6">
            <w:pPr>
              <w:spacing w:line="240" w:lineRule="auto"/>
            </w:pPr>
            <w:r>
              <w:rPr>
                <w:sz w:val="21"/>
              </w:rPr>
              <w:t>Department of Agriculture and Forestry</w:t>
            </w:r>
          </w:p>
        </w:tc>
        <w:tc>
          <w:tcPr>
            <w:tcW w:w="1440" w:type="dxa"/>
            <w:vAlign w:val="center"/>
          </w:tcPr>
          <w:p w14:paraId="686553BA" w14:textId="77777777" w:rsidR="00784220" w:rsidRDefault="00FE5BE6">
            <w:pPr>
              <w:spacing w:line="240" w:lineRule="auto"/>
              <w:jc w:val="center"/>
            </w:pPr>
            <w:r>
              <w:rPr>
                <w:sz w:val="21"/>
              </w:rPr>
              <w:t>S</w:t>
            </w:r>
          </w:p>
        </w:tc>
      </w:tr>
      <w:tr w:rsidR="00784220" w14:paraId="686553C0" w14:textId="77777777" w:rsidTr="001000A2">
        <w:trPr>
          <w:cantSplit/>
          <w:jc w:val="center"/>
        </w:trPr>
        <w:tc>
          <w:tcPr>
            <w:tcW w:w="1080" w:type="dxa"/>
            <w:vAlign w:val="center"/>
          </w:tcPr>
          <w:p w14:paraId="686553BC" w14:textId="77777777" w:rsidR="00784220" w:rsidRDefault="00784220">
            <w:pPr>
              <w:spacing w:line="240" w:lineRule="auto"/>
            </w:pPr>
          </w:p>
        </w:tc>
        <w:tc>
          <w:tcPr>
            <w:tcW w:w="2088" w:type="dxa"/>
            <w:vAlign w:val="center"/>
          </w:tcPr>
          <w:p w14:paraId="686553BD" w14:textId="77777777" w:rsidR="00784220" w:rsidRDefault="00784220">
            <w:pPr>
              <w:spacing w:line="240" w:lineRule="auto"/>
            </w:pPr>
          </w:p>
        </w:tc>
        <w:tc>
          <w:tcPr>
            <w:tcW w:w="4752" w:type="dxa"/>
            <w:vAlign w:val="center"/>
          </w:tcPr>
          <w:p w14:paraId="686553BE" w14:textId="77777777" w:rsidR="00784220" w:rsidRDefault="00FE5BE6">
            <w:pPr>
              <w:spacing w:line="240" w:lineRule="auto"/>
            </w:pPr>
            <w:r>
              <w:rPr>
                <w:sz w:val="21"/>
              </w:rPr>
              <w:t>Department of Insurance</w:t>
            </w:r>
          </w:p>
        </w:tc>
        <w:tc>
          <w:tcPr>
            <w:tcW w:w="1440" w:type="dxa"/>
            <w:vAlign w:val="center"/>
          </w:tcPr>
          <w:p w14:paraId="686553BF" w14:textId="77777777" w:rsidR="00784220" w:rsidRDefault="00FE5BE6">
            <w:pPr>
              <w:spacing w:line="240" w:lineRule="auto"/>
              <w:jc w:val="center"/>
            </w:pPr>
            <w:r>
              <w:rPr>
                <w:sz w:val="21"/>
              </w:rPr>
              <w:t>S</w:t>
            </w:r>
          </w:p>
        </w:tc>
      </w:tr>
      <w:tr w:rsidR="00784220" w14:paraId="686553C5" w14:textId="77777777" w:rsidTr="001000A2">
        <w:trPr>
          <w:cantSplit/>
          <w:jc w:val="center"/>
        </w:trPr>
        <w:tc>
          <w:tcPr>
            <w:tcW w:w="1080" w:type="dxa"/>
            <w:vAlign w:val="center"/>
          </w:tcPr>
          <w:p w14:paraId="686553C1" w14:textId="77777777" w:rsidR="00784220" w:rsidRDefault="00784220">
            <w:pPr>
              <w:spacing w:line="240" w:lineRule="auto"/>
            </w:pPr>
          </w:p>
        </w:tc>
        <w:tc>
          <w:tcPr>
            <w:tcW w:w="2088" w:type="dxa"/>
            <w:vAlign w:val="center"/>
          </w:tcPr>
          <w:p w14:paraId="686553C2" w14:textId="77777777" w:rsidR="00784220" w:rsidRDefault="00784220">
            <w:pPr>
              <w:spacing w:line="240" w:lineRule="auto"/>
            </w:pPr>
          </w:p>
        </w:tc>
        <w:tc>
          <w:tcPr>
            <w:tcW w:w="4752" w:type="dxa"/>
            <w:vAlign w:val="center"/>
          </w:tcPr>
          <w:p w14:paraId="686553C3" w14:textId="77777777" w:rsidR="00784220" w:rsidRDefault="00FE5BE6">
            <w:pPr>
              <w:spacing w:line="240" w:lineRule="auto"/>
            </w:pPr>
            <w:r>
              <w:rPr>
                <w:sz w:val="21"/>
              </w:rPr>
              <w:t>Department of Revenue</w:t>
            </w:r>
          </w:p>
        </w:tc>
        <w:tc>
          <w:tcPr>
            <w:tcW w:w="1440" w:type="dxa"/>
            <w:vAlign w:val="center"/>
          </w:tcPr>
          <w:p w14:paraId="686553C4" w14:textId="77777777" w:rsidR="00784220" w:rsidRDefault="00FE5BE6">
            <w:pPr>
              <w:spacing w:line="240" w:lineRule="auto"/>
              <w:jc w:val="center"/>
            </w:pPr>
            <w:r>
              <w:rPr>
                <w:sz w:val="21"/>
              </w:rPr>
              <w:t>S</w:t>
            </w:r>
          </w:p>
        </w:tc>
      </w:tr>
      <w:tr w:rsidR="00784220" w14:paraId="686553CA" w14:textId="77777777" w:rsidTr="001000A2">
        <w:trPr>
          <w:cantSplit/>
          <w:jc w:val="center"/>
        </w:trPr>
        <w:tc>
          <w:tcPr>
            <w:tcW w:w="1080" w:type="dxa"/>
            <w:vAlign w:val="center"/>
          </w:tcPr>
          <w:p w14:paraId="686553C6" w14:textId="77777777" w:rsidR="00784220" w:rsidRDefault="00784220">
            <w:pPr>
              <w:spacing w:line="240" w:lineRule="auto"/>
            </w:pPr>
          </w:p>
        </w:tc>
        <w:tc>
          <w:tcPr>
            <w:tcW w:w="2088" w:type="dxa"/>
            <w:vAlign w:val="center"/>
          </w:tcPr>
          <w:p w14:paraId="686553C7" w14:textId="77777777" w:rsidR="00784220" w:rsidRDefault="00784220">
            <w:pPr>
              <w:spacing w:line="240" w:lineRule="auto"/>
            </w:pPr>
          </w:p>
        </w:tc>
        <w:tc>
          <w:tcPr>
            <w:tcW w:w="4752" w:type="dxa"/>
            <w:vAlign w:val="center"/>
          </w:tcPr>
          <w:p w14:paraId="686553C8" w14:textId="77777777" w:rsidR="00784220" w:rsidRDefault="00FE5BE6">
            <w:pPr>
              <w:spacing w:line="240" w:lineRule="auto"/>
            </w:pPr>
            <w:r>
              <w:rPr>
                <w:sz w:val="21"/>
              </w:rPr>
              <w:t>University of Louisiana at Lafayette/NIMSAT</w:t>
            </w:r>
          </w:p>
        </w:tc>
        <w:tc>
          <w:tcPr>
            <w:tcW w:w="1440" w:type="dxa"/>
            <w:vAlign w:val="center"/>
          </w:tcPr>
          <w:p w14:paraId="686553C9" w14:textId="77777777" w:rsidR="00784220" w:rsidRDefault="00FE5BE6">
            <w:pPr>
              <w:spacing w:line="240" w:lineRule="auto"/>
              <w:jc w:val="center"/>
            </w:pPr>
            <w:r>
              <w:rPr>
                <w:sz w:val="21"/>
              </w:rPr>
              <w:t>S</w:t>
            </w:r>
          </w:p>
        </w:tc>
      </w:tr>
      <w:tr w:rsidR="00784220" w14:paraId="686553CF" w14:textId="77777777" w:rsidTr="001000A2">
        <w:trPr>
          <w:cantSplit/>
          <w:jc w:val="center"/>
        </w:trPr>
        <w:tc>
          <w:tcPr>
            <w:tcW w:w="1080" w:type="dxa"/>
            <w:vAlign w:val="center"/>
          </w:tcPr>
          <w:p w14:paraId="686553CB" w14:textId="77777777" w:rsidR="00784220" w:rsidRDefault="00784220">
            <w:pPr>
              <w:spacing w:line="240" w:lineRule="auto"/>
            </w:pPr>
          </w:p>
        </w:tc>
        <w:tc>
          <w:tcPr>
            <w:tcW w:w="2088" w:type="dxa"/>
            <w:vAlign w:val="center"/>
          </w:tcPr>
          <w:p w14:paraId="686553CC" w14:textId="77777777" w:rsidR="00784220" w:rsidRDefault="00784220">
            <w:pPr>
              <w:spacing w:line="240" w:lineRule="auto"/>
            </w:pPr>
          </w:p>
        </w:tc>
        <w:tc>
          <w:tcPr>
            <w:tcW w:w="4752" w:type="dxa"/>
            <w:vAlign w:val="center"/>
          </w:tcPr>
          <w:p w14:paraId="686553CD" w14:textId="77777777" w:rsidR="00784220" w:rsidRDefault="00FE5BE6">
            <w:pPr>
              <w:spacing w:line="240" w:lineRule="auto"/>
            </w:pPr>
            <w:r>
              <w:rPr>
                <w:sz w:val="21"/>
              </w:rPr>
              <w:t>Louisiana State University/SDMI</w:t>
            </w:r>
          </w:p>
        </w:tc>
        <w:tc>
          <w:tcPr>
            <w:tcW w:w="1440" w:type="dxa"/>
            <w:vAlign w:val="center"/>
          </w:tcPr>
          <w:p w14:paraId="686553CE" w14:textId="77777777" w:rsidR="00784220" w:rsidRDefault="00FE5BE6">
            <w:pPr>
              <w:spacing w:line="240" w:lineRule="auto"/>
              <w:jc w:val="center"/>
            </w:pPr>
            <w:r>
              <w:rPr>
                <w:sz w:val="21"/>
              </w:rPr>
              <w:t>S</w:t>
            </w:r>
          </w:p>
        </w:tc>
      </w:tr>
      <w:tr w:rsidR="00784220" w14:paraId="686553D4" w14:textId="77777777" w:rsidTr="001000A2">
        <w:trPr>
          <w:cantSplit/>
          <w:jc w:val="center"/>
        </w:trPr>
        <w:tc>
          <w:tcPr>
            <w:tcW w:w="1080" w:type="dxa"/>
            <w:vAlign w:val="center"/>
          </w:tcPr>
          <w:p w14:paraId="686553D0" w14:textId="77777777" w:rsidR="00784220" w:rsidRDefault="00784220">
            <w:pPr>
              <w:spacing w:line="240" w:lineRule="auto"/>
            </w:pPr>
          </w:p>
        </w:tc>
        <w:tc>
          <w:tcPr>
            <w:tcW w:w="2088" w:type="dxa"/>
            <w:vAlign w:val="center"/>
          </w:tcPr>
          <w:p w14:paraId="686553D1" w14:textId="77777777" w:rsidR="00784220" w:rsidRDefault="00784220">
            <w:pPr>
              <w:spacing w:line="240" w:lineRule="auto"/>
            </w:pPr>
          </w:p>
        </w:tc>
        <w:tc>
          <w:tcPr>
            <w:tcW w:w="4752" w:type="dxa"/>
            <w:vAlign w:val="center"/>
          </w:tcPr>
          <w:p w14:paraId="686553D2" w14:textId="77777777" w:rsidR="00784220" w:rsidRDefault="00FE5BE6">
            <w:pPr>
              <w:spacing w:line="240" w:lineRule="auto"/>
            </w:pPr>
            <w:r>
              <w:rPr>
                <w:sz w:val="21"/>
              </w:rPr>
              <w:t>Office of Financial Institutions</w:t>
            </w:r>
          </w:p>
        </w:tc>
        <w:tc>
          <w:tcPr>
            <w:tcW w:w="1440" w:type="dxa"/>
            <w:vAlign w:val="center"/>
          </w:tcPr>
          <w:p w14:paraId="686553D3" w14:textId="77777777" w:rsidR="00784220" w:rsidRDefault="00FE5BE6">
            <w:pPr>
              <w:spacing w:line="240" w:lineRule="auto"/>
              <w:jc w:val="center"/>
            </w:pPr>
            <w:r>
              <w:rPr>
                <w:sz w:val="21"/>
              </w:rPr>
              <w:t>S</w:t>
            </w:r>
          </w:p>
        </w:tc>
      </w:tr>
      <w:tr w:rsidR="00784220" w14:paraId="686553D9" w14:textId="77777777" w:rsidTr="001000A2">
        <w:trPr>
          <w:cantSplit/>
          <w:jc w:val="center"/>
        </w:trPr>
        <w:tc>
          <w:tcPr>
            <w:tcW w:w="1080" w:type="dxa"/>
            <w:vAlign w:val="center"/>
          </w:tcPr>
          <w:p w14:paraId="686553D5" w14:textId="77777777" w:rsidR="00784220" w:rsidRDefault="00784220">
            <w:pPr>
              <w:spacing w:line="240" w:lineRule="auto"/>
            </w:pPr>
          </w:p>
        </w:tc>
        <w:tc>
          <w:tcPr>
            <w:tcW w:w="2088" w:type="dxa"/>
            <w:vAlign w:val="center"/>
          </w:tcPr>
          <w:p w14:paraId="686553D6" w14:textId="77777777" w:rsidR="00784220" w:rsidRDefault="00784220">
            <w:pPr>
              <w:spacing w:line="240" w:lineRule="auto"/>
            </w:pPr>
          </w:p>
        </w:tc>
        <w:tc>
          <w:tcPr>
            <w:tcW w:w="4752" w:type="dxa"/>
            <w:vAlign w:val="center"/>
          </w:tcPr>
          <w:p w14:paraId="686553D7" w14:textId="77777777" w:rsidR="00784220" w:rsidRDefault="00FE5BE6">
            <w:pPr>
              <w:spacing w:line="240" w:lineRule="auto"/>
            </w:pPr>
            <w:r>
              <w:rPr>
                <w:sz w:val="21"/>
              </w:rPr>
              <w:t>Office of the Lieutenant Governor-Volunteer Louisiana</w:t>
            </w:r>
          </w:p>
        </w:tc>
        <w:tc>
          <w:tcPr>
            <w:tcW w:w="1440" w:type="dxa"/>
            <w:vAlign w:val="center"/>
          </w:tcPr>
          <w:p w14:paraId="686553D8" w14:textId="77777777" w:rsidR="00784220" w:rsidRDefault="00FE5BE6">
            <w:pPr>
              <w:spacing w:line="240" w:lineRule="auto"/>
              <w:jc w:val="center"/>
            </w:pPr>
            <w:r>
              <w:rPr>
                <w:sz w:val="21"/>
              </w:rPr>
              <w:t>S</w:t>
            </w:r>
          </w:p>
        </w:tc>
      </w:tr>
      <w:tr w:rsidR="00784220" w14:paraId="686553DE" w14:textId="77777777" w:rsidTr="001000A2">
        <w:trPr>
          <w:cantSplit/>
          <w:jc w:val="center"/>
        </w:trPr>
        <w:tc>
          <w:tcPr>
            <w:tcW w:w="1080" w:type="dxa"/>
            <w:vAlign w:val="center"/>
          </w:tcPr>
          <w:p w14:paraId="686553DA" w14:textId="77777777" w:rsidR="00784220" w:rsidRDefault="00784220">
            <w:pPr>
              <w:spacing w:line="240" w:lineRule="auto"/>
            </w:pPr>
          </w:p>
        </w:tc>
        <w:tc>
          <w:tcPr>
            <w:tcW w:w="2088" w:type="dxa"/>
            <w:vAlign w:val="center"/>
          </w:tcPr>
          <w:p w14:paraId="686553DB" w14:textId="77777777" w:rsidR="00784220" w:rsidRDefault="00784220">
            <w:pPr>
              <w:spacing w:line="240" w:lineRule="auto"/>
            </w:pPr>
          </w:p>
        </w:tc>
        <w:tc>
          <w:tcPr>
            <w:tcW w:w="4752" w:type="dxa"/>
            <w:vAlign w:val="center"/>
          </w:tcPr>
          <w:p w14:paraId="686553DC" w14:textId="77777777" w:rsidR="00784220" w:rsidRDefault="00FE5BE6">
            <w:pPr>
              <w:spacing w:line="240" w:lineRule="auto"/>
            </w:pPr>
            <w:r>
              <w:rPr>
                <w:sz w:val="21"/>
              </w:rPr>
              <w:t>Department of Education</w:t>
            </w:r>
          </w:p>
        </w:tc>
        <w:tc>
          <w:tcPr>
            <w:tcW w:w="1440" w:type="dxa"/>
            <w:vAlign w:val="center"/>
          </w:tcPr>
          <w:p w14:paraId="686553DD" w14:textId="77777777" w:rsidR="00784220" w:rsidRDefault="00FE5BE6">
            <w:pPr>
              <w:spacing w:line="240" w:lineRule="auto"/>
              <w:jc w:val="center"/>
            </w:pPr>
            <w:r>
              <w:rPr>
                <w:sz w:val="21"/>
              </w:rPr>
              <w:t>S</w:t>
            </w:r>
          </w:p>
        </w:tc>
      </w:tr>
      <w:tr w:rsidR="00784220" w14:paraId="686553E3" w14:textId="77777777" w:rsidTr="001000A2">
        <w:trPr>
          <w:cantSplit/>
          <w:jc w:val="center"/>
        </w:trPr>
        <w:tc>
          <w:tcPr>
            <w:tcW w:w="1080" w:type="dxa"/>
            <w:vAlign w:val="center"/>
          </w:tcPr>
          <w:p w14:paraId="686553DF" w14:textId="77777777" w:rsidR="00784220" w:rsidRDefault="00784220">
            <w:pPr>
              <w:spacing w:line="240" w:lineRule="auto"/>
            </w:pPr>
          </w:p>
        </w:tc>
        <w:tc>
          <w:tcPr>
            <w:tcW w:w="2088" w:type="dxa"/>
            <w:vAlign w:val="center"/>
          </w:tcPr>
          <w:p w14:paraId="686553E0" w14:textId="77777777" w:rsidR="00784220" w:rsidRDefault="00784220">
            <w:pPr>
              <w:spacing w:line="240" w:lineRule="auto"/>
            </w:pPr>
          </w:p>
        </w:tc>
        <w:tc>
          <w:tcPr>
            <w:tcW w:w="4752" w:type="dxa"/>
            <w:vAlign w:val="center"/>
          </w:tcPr>
          <w:p w14:paraId="686553E1" w14:textId="77777777" w:rsidR="00784220" w:rsidRDefault="00FE5BE6">
            <w:pPr>
              <w:spacing w:line="240" w:lineRule="auto"/>
            </w:pPr>
            <w:r>
              <w:rPr>
                <w:sz w:val="21"/>
              </w:rPr>
              <w:t>Louisiana VOAD</w:t>
            </w:r>
          </w:p>
        </w:tc>
        <w:tc>
          <w:tcPr>
            <w:tcW w:w="1440" w:type="dxa"/>
            <w:vAlign w:val="center"/>
          </w:tcPr>
          <w:p w14:paraId="686553E2" w14:textId="77777777" w:rsidR="00784220" w:rsidRDefault="00FE5BE6">
            <w:pPr>
              <w:spacing w:line="240" w:lineRule="auto"/>
              <w:jc w:val="center"/>
            </w:pPr>
            <w:r>
              <w:rPr>
                <w:sz w:val="21"/>
              </w:rPr>
              <w:t>S</w:t>
            </w:r>
          </w:p>
        </w:tc>
      </w:tr>
      <w:tr w:rsidR="00784220" w14:paraId="686553E8" w14:textId="77777777" w:rsidTr="001000A2">
        <w:trPr>
          <w:cantSplit/>
          <w:jc w:val="center"/>
        </w:trPr>
        <w:tc>
          <w:tcPr>
            <w:tcW w:w="1080" w:type="dxa"/>
            <w:vAlign w:val="center"/>
          </w:tcPr>
          <w:p w14:paraId="686553E4" w14:textId="77777777" w:rsidR="00784220" w:rsidRDefault="00784220">
            <w:pPr>
              <w:spacing w:line="240" w:lineRule="auto"/>
            </w:pPr>
          </w:p>
        </w:tc>
        <w:tc>
          <w:tcPr>
            <w:tcW w:w="2088" w:type="dxa"/>
            <w:vAlign w:val="center"/>
          </w:tcPr>
          <w:p w14:paraId="686553E5" w14:textId="77777777" w:rsidR="00784220" w:rsidRDefault="00784220">
            <w:pPr>
              <w:spacing w:line="240" w:lineRule="auto"/>
            </w:pPr>
          </w:p>
        </w:tc>
        <w:tc>
          <w:tcPr>
            <w:tcW w:w="4752" w:type="dxa"/>
            <w:vAlign w:val="center"/>
          </w:tcPr>
          <w:p w14:paraId="686553E6" w14:textId="77777777" w:rsidR="00784220" w:rsidRDefault="00FE5BE6">
            <w:pPr>
              <w:spacing w:line="240" w:lineRule="auto"/>
            </w:pPr>
            <w:r>
              <w:rPr>
                <w:sz w:val="21"/>
              </w:rPr>
              <w:t>Department of Transportation and Development</w:t>
            </w:r>
          </w:p>
        </w:tc>
        <w:tc>
          <w:tcPr>
            <w:tcW w:w="1440" w:type="dxa"/>
            <w:vAlign w:val="center"/>
          </w:tcPr>
          <w:p w14:paraId="686553E7" w14:textId="77777777" w:rsidR="00784220" w:rsidRDefault="00FE5BE6">
            <w:pPr>
              <w:spacing w:line="240" w:lineRule="auto"/>
              <w:jc w:val="center"/>
            </w:pPr>
            <w:r>
              <w:rPr>
                <w:sz w:val="21"/>
              </w:rPr>
              <w:t>S</w:t>
            </w:r>
          </w:p>
        </w:tc>
      </w:tr>
      <w:tr w:rsidR="00784220" w14:paraId="686553ED" w14:textId="77777777" w:rsidTr="001000A2">
        <w:trPr>
          <w:cantSplit/>
          <w:jc w:val="center"/>
        </w:trPr>
        <w:tc>
          <w:tcPr>
            <w:tcW w:w="1080" w:type="dxa"/>
            <w:vAlign w:val="center"/>
          </w:tcPr>
          <w:p w14:paraId="686553E9" w14:textId="77777777" w:rsidR="00784220" w:rsidRDefault="00784220">
            <w:pPr>
              <w:spacing w:line="240" w:lineRule="auto"/>
            </w:pPr>
          </w:p>
        </w:tc>
        <w:tc>
          <w:tcPr>
            <w:tcW w:w="2088" w:type="dxa"/>
            <w:vAlign w:val="center"/>
          </w:tcPr>
          <w:p w14:paraId="686553EA" w14:textId="77777777" w:rsidR="00784220" w:rsidRDefault="00784220">
            <w:pPr>
              <w:spacing w:line="240" w:lineRule="auto"/>
            </w:pPr>
          </w:p>
        </w:tc>
        <w:tc>
          <w:tcPr>
            <w:tcW w:w="4752" w:type="dxa"/>
            <w:vAlign w:val="center"/>
          </w:tcPr>
          <w:p w14:paraId="686553EB" w14:textId="77777777" w:rsidR="00784220" w:rsidRDefault="00784220">
            <w:pPr>
              <w:spacing w:line="240" w:lineRule="auto"/>
            </w:pPr>
          </w:p>
        </w:tc>
        <w:tc>
          <w:tcPr>
            <w:tcW w:w="1440" w:type="dxa"/>
            <w:vAlign w:val="center"/>
          </w:tcPr>
          <w:p w14:paraId="686553EC" w14:textId="77777777" w:rsidR="00784220" w:rsidRDefault="00784220">
            <w:pPr>
              <w:spacing w:line="240" w:lineRule="auto"/>
              <w:jc w:val="center"/>
            </w:pPr>
          </w:p>
        </w:tc>
      </w:tr>
      <w:tr w:rsidR="00784220" w14:paraId="686553F2" w14:textId="77777777" w:rsidTr="001000A2">
        <w:trPr>
          <w:cantSplit/>
          <w:jc w:val="center"/>
        </w:trPr>
        <w:tc>
          <w:tcPr>
            <w:tcW w:w="1080" w:type="dxa"/>
            <w:vAlign w:val="center"/>
          </w:tcPr>
          <w:p w14:paraId="686553EE" w14:textId="77777777" w:rsidR="00784220" w:rsidRDefault="00FE5BE6">
            <w:pPr>
              <w:spacing w:line="240" w:lineRule="auto"/>
            </w:pPr>
            <w:r>
              <w:rPr>
                <w:b/>
                <w:sz w:val="21"/>
              </w:rPr>
              <w:t>RSF 2</w:t>
            </w:r>
          </w:p>
        </w:tc>
        <w:tc>
          <w:tcPr>
            <w:tcW w:w="2088" w:type="dxa"/>
            <w:vAlign w:val="center"/>
          </w:tcPr>
          <w:p w14:paraId="686553EF" w14:textId="77777777" w:rsidR="00784220" w:rsidRDefault="00FE5BE6">
            <w:pPr>
              <w:spacing w:line="240" w:lineRule="auto"/>
            </w:pPr>
            <w:r>
              <w:rPr>
                <w:sz w:val="21"/>
              </w:rPr>
              <w:t>Economic</w:t>
            </w:r>
          </w:p>
        </w:tc>
        <w:tc>
          <w:tcPr>
            <w:tcW w:w="4752" w:type="dxa"/>
            <w:vAlign w:val="center"/>
          </w:tcPr>
          <w:p w14:paraId="686553F0" w14:textId="77777777" w:rsidR="00784220" w:rsidRDefault="00FE5BE6">
            <w:pPr>
              <w:spacing w:line="240" w:lineRule="auto"/>
            </w:pPr>
            <w:r>
              <w:rPr>
                <w:sz w:val="21"/>
              </w:rPr>
              <w:t>Louisiana Economic Development</w:t>
            </w:r>
          </w:p>
        </w:tc>
        <w:tc>
          <w:tcPr>
            <w:tcW w:w="1440" w:type="dxa"/>
            <w:vAlign w:val="center"/>
          </w:tcPr>
          <w:p w14:paraId="686553F1" w14:textId="77777777" w:rsidR="00784220" w:rsidRDefault="00FE5BE6">
            <w:pPr>
              <w:spacing w:line="240" w:lineRule="auto"/>
              <w:jc w:val="center"/>
            </w:pPr>
            <w:r>
              <w:rPr>
                <w:sz w:val="21"/>
              </w:rPr>
              <w:t>P</w:t>
            </w:r>
          </w:p>
        </w:tc>
      </w:tr>
      <w:tr w:rsidR="00784220" w14:paraId="686553F7" w14:textId="77777777" w:rsidTr="001000A2">
        <w:trPr>
          <w:cantSplit/>
          <w:jc w:val="center"/>
        </w:trPr>
        <w:tc>
          <w:tcPr>
            <w:tcW w:w="1080" w:type="dxa"/>
            <w:vAlign w:val="center"/>
          </w:tcPr>
          <w:p w14:paraId="686553F3" w14:textId="77777777" w:rsidR="00784220" w:rsidRDefault="00784220">
            <w:pPr>
              <w:spacing w:line="240" w:lineRule="auto"/>
            </w:pPr>
          </w:p>
        </w:tc>
        <w:tc>
          <w:tcPr>
            <w:tcW w:w="2088" w:type="dxa"/>
            <w:vAlign w:val="center"/>
          </w:tcPr>
          <w:p w14:paraId="686553F4" w14:textId="77777777" w:rsidR="00784220" w:rsidRDefault="00784220">
            <w:pPr>
              <w:spacing w:line="240" w:lineRule="auto"/>
            </w:pPr>
          </w:p>
        </w:tc>
        <w:tc>
          <w:tcPr>
            <w:tcW w:w="4752" w:type="dxa"/>
            <w:vAlign w:val="center"/>
          </w:tcPr>
          <w:p w14:paraId="686553F5"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3F6" w14:textId="77777777" w:rsidR="00784220" w:rsidRDefault="00FE5BE6">
            <w:pPr>
              <w:spacing w:line="240" w:lineRule="auto"/>
              <w:jc w:val="center"/>
            </w:pPr>
            <w:r>
              <w:rPr>
                <w:sz w:val="21"/>
              </w:rPr>
              <w:t>S</w:t>
            </w:r>
          </w:p>
        </w:tc>
      </w:tr>
      <w:tr w:rsidR="00784220" w14:paraId="686553FC" w14:textId="77777777" w:rsidTr="001000A2">
        <w:trPr>
          <w:cantSplit/>
          <w:jc w:val="center"/>
        </w:trPr>
        <w:tc>
          <w:tcPr>
            <w:tcW w:w="1080" w:type="dxa"/>
            <w:vAlign w:val="center"/>
          </w:tcPr>
          <w:p w14:paraId="686553F8" w14:textId="77777777" w:rsidR="00784220" w:rsidRDefault="00784220">
            <w:pPr>
              <w:spacing w:line="240" w:lineRule="auto"/>
            </w:pPr>
          </w:p>
        </w:tc>
        <w:tc>
          <w:tcPr>
            <w:tcW w:w="2088" w:type="dxa"/>
            <w:vAlign w:val="center"/>
          </w:tcPr>
          <w:p w14:paraId="686553F9" w14:textId="77777777" w:rsidR="00784220" w:rsidRDefault="00784220">
            <w:pPr>
              <w:spacing w:line="240" w:lineRule="auto"/>
            </w:pPr>
          </w:p>
        </w:tc>
        <w:tc>
          <w:tcPr>
            <w:tcW w:w="4752" w:type="dxa"/>
            <w:vAlign w:val="center"/>
          </w:tcPr>
          <w:p w14:paraId="686553FA" w14:textId="77777777" w:rsidR="00784220" w:rsidRDefault="00FE5BE6">
            <w:pPr>
              <w:spacing w:line="240" w:lineRule="auto"/>
            </w:pPr>
            <w:r>
              <w:rPr>
                <w:sz w:val="21"/>
              </w:rPr>
              <w:t>Louisiana Works</w:t>
            </w:r>
          </w:p>
        </w:tc>
        <w:tc>
          <w:tcPr>
            <w:tcW w:w="1440" w:type="dxa"/>
            <w:vAlign w:val="center"/>
          </w:tcPr>
          <w:p w14:paraId="686553FB" w14:textId="77777777" w:rsidR="00784220" w:rsidRDefault="00FE5BE6">
            <w:pPr>
              <w:spacing w:line="240" w:lineRule="auto"/>
              <w:jc w:val="center"/>
            </w:pPr>
            <w:r>
              <w:rPr>
                <w:sz w:val="21"/>
              </w:rPr>
              <w:t>S</w:t>
            </w:r>
          </w:p>
        </w:tc>
      </w:tr>
      <w:tr w:rsidR="00784220" w14:paraId="68655401" w14:textId="77777777" w:rsidTr="001000A2">
        <w:trPr>
          <w:cantSplit/>
          <w:jc w:val="center"/>
        </w:trPr>
        <w:tc>
          <w:tcPr>
            <w:tcW w:w="1080" w:type="dxa"/>
            <w:vAlign w:val="center"/>
          </w:tcPr>
          <w:p w14:paraId="686553FD" w14:textId="77777777" w:rsidR="00784220" w:rsidRDefault="00784220">
            <w:pPr>
              <w:spacing w:line="240" w:lineRule="auto"/>
            </w:pPr>
          </w:p>
        </w:tc>
        <w:tc>
          <w:tcPr>
            <w:tcW w:w="2088" w:type="dxa"/>
            <w:vAlign w:val="center"/>
          </w:tcPr>
          <w:p w14:paraId="686553FE" w14:textId="77777777" w:rsidR="00784220" w:rsidRDefault="00784220">
            <w:pPr>
              <w:spacing w:line="240" w:lineRule="auto"/>
            </w:pPr>
          </w:p>
        </w:tc>
        <w:tc>
          <w:tcPr>
            <w:tcW w:w="4752" w:type="dxa"/>
            <w:vAlign w:val="center"/>
          </w:tcPr>
          <w:p w14:paraId="686553FF" w14:textId="77777777" w:rsidR="00784220" w:rsidRDefault="00FE5BE6">
            <w:pPr>
              <w:spacing w:line="240" w:lineRule="auto"/>
            </w:pPr>
            <w:r>
              <w:rPr>
                <w:sz w:val="21"/>
              </w:rPr>
              <w:t>Department of Agriculture and Forestry</w:t>
            </w:r>
          </w:p>
        </w:tc>
        <w:tc>
          <w:tcPr>
            <w:tcW w:w="1440" w:type="dxa"/>
            <w:vAlign w:val="center"/>
          </w:tcPr>
          <w:p w14:paraId="68655400" w14:textId="77777777" w:rsidR="00784220" w:rsidRDefault="00FE5BE6">
            <w:pPr>
              <w:spacing w:line="240" w:lineRule="auto"/>
              <w:jc w:val="center"/>
            </w:pPr>
            <w:r>
              <w:rPr>
                <w:sz w:val="21"/>
              </w:rPr>
              <w:t>S</w:t>
            </w:r>
          </w:p>
        </w:tc>
      </w:tr>
      <w:tr w:rsidR="00784220" w14:paraId="68655406" w14:textId="77777777" w:rsidTr="001000A2">
        <w:trPr>
          <w:cantSplit/>
          <w:jc w:val="center"/>
        </w:trPr>
        <w:tc>
          <w:tcPr>
            <w:tcW w:w="1080" w:type="dxa"/>
            <w:vAlign w:val="center"/>
          </w:tcPr>
          <w:p w14:paraId="68655402" w14:textId="77777777" w:rsidR="00784220" w:rsidRDefault="00784220">
            <w:pPr>
              <w:spacing w:line="240" w:lineRule="auto"/>
            </w:pPr>
          </w:p>
        </w:tc>
        <w:tc>
          <w:tcPr>
            <w:tcW w:w="2088" w:type="dxa"/>
            <w:vAlign w:val="center"/>
          </w:tcPr>
          <w:p w14:paraId="68655403" w14:textId="77777777" w:rsidR="00784220" w:rsidRDefault="00784220">
            <w:pPr>
              <w:spacing w:line="240" w:lineRule="auto"/>
            </w:pPr>
          </w:p>
        </w:tc>
        <w:tc>
          <w:tcPr>
            <w:tcW w:w="4752" w:type="dxa"/>
            <w:vAlign w:val="center"/>
          </w:tcPr>
          <w:p w14:paraId="68655404" w14:textId="77777777" w:rsidR="00784220" w:rsidRDefault="00FE5BE6">
            <w:pPr>
              <w:spacing w:line="240" w:lineRule="auto"/>
            </w:pPr>
            <w:r>
              <w:rPr>
                <w:sz w:val="21"/>
              </w:rPr>
              <w:t>Department of Insurance</w:t>
            </w:r>
          </w:p>
        </w:tc>
        <w:tc>
          <w:tcPr>
            <w:tcW w:w="1440" w:type="dxa"/>
            <w:vAlign w:val="center"/>
          </w:tcPr>
          <w:p w14:paraId="68655405" w14:textId="77777777" w:rsidR="00784220" w:rsidRDefault="00FE5BE6">
            <w:pPr>
              <w:spacing w:line="240" w:lineRule="auto"/>
              <w:jc w:val="center"/>
            </w:pPr>
            <w:r>
              <w:rPr>
                <w:sz w:val="21"/>
              </w:rPr>
              <w:t>S</w:t>
            </w:r>
          </w:p>
        </w:tc>
      </w:tr>
      <w:tr w:rsidR="00784220" w14:paraId="6865540B" w14:textId="77777777" w:rsidTr="001000A2">
        <w:trPr>
          <w:cantSplit/>
          <w:jc w:val="center"/>
        </w:trPr>
        <w:tc>
          <w:tcPr>
            <w:tcW w:w="1080" w:type="dxa"/>
            <w:vAlign w:val="center"/>
          </w:tcPr>
          <w:p w14:paraId="68655407" w14:textId="77777777" w:rsidR="00784220" w:rsidRDefault="00784220">
            <w:pPr>
              <w:spacing w:line="240" w:lineRule="auto"/>
            </w:pPr>
          </w:p>
        </w:tc>
        <w:tc>
          <w:tcPr>
            <w:tcW w:w="2088" w:type="dxa"/>
            <w:vAlign w:val="center"/>
          </w:tcPr>
          <w:p w14:paraId="68655408" w14:textId="77777777" w:rsidR="00784220" w:rsidRDefault="00784220">
            <w:pPr>
              <w:spacing w:line="240" w:lineRule="auto"/>
            </w:pPr>
          </w:p>
        </w:tc>
        <w:tc>
          <w:tcPr>
            <w:tcW w:w="4752" w:type="dxa"/>
            <w:vAlign w:val="center"/>
          </w:tcPr>
          <w:p w14:paraId="68655409" w14:textId="77777777" w:rsidR="00784220" w:rsidRDefault="00FE5BE6">
            <w:pPr>
              <w:spacing w:line="240" w:lineRule="auto"/>
            </w:pPr>
            <w:r>
              <w:rPr>
                <w:sz w:val="21"/>
              </w:rPr>
              <w:t>Department of Revenue</w:t>
            </w:r>
          </w:p>
        </w:tc>
        <w:tc>
          <w:tcPr>
            <w:tcW w:w="1440" w:type="dxa"/>
            <w:vAlign w:val="center"/>
          </w:tcPr>
          <w:p w14:paraId="6865540A" w14:textId="77777777" w:rsidR="00784220" w:rsidRDefault="00FE5BE6">
            <w:pPr>
              <w:spacing w:line="240" w:lineRule="auto"/>
              <w:jc w:val="center"/>
            </w:pPr>
            <w:r>
              <w:rPr>
                <w:sz w:val="21"/>
              </w:rPr>
              <w:t>S</w:t>
            </w:r>
          </w:p>
        </w:tc>
      </w:tr>
      <w:tr w:rsidR="00784220" w14:paraId="68655410" w14:textId="77777777" w:rsidTr="001000A2">
        <w:trPr>
          <w:cantSplit/>
          <w:jc w:val="center"/>
        </w:trPr>
        <w:tc>
          <w:tcPr>
            <w:tcW w:w="1080" w:type="dxa"/>
            <w:vAlign w:val="center"/>
          </w:tcPr>
          <w:p w14:paraId="6865540C" w14:textId="77777777" w:rsidR="00784220" w:rsidRDefault="00784220">
            <w:pPr>
              <w:spacing w:line="240" w:lineRule="auto"/>
            </w:pPr>
          </w:p>
        </w:tc>
        <w:tc>
          <w:tcPr>
            <w:tcW w:w="2088" w:type="dxa"/>
            <w:vAlign w:val="center"/>
          </w:tcPr>
          <w:p w14:paraId="6865540D" w14:textId="77777777" w:rsidR="00784220" w:rsidRDefault="00784220">
            <w:pPr>
              <w:spacing w:line="240" w:lineRule="auto"/>
            </w:pPr>
          </w:p>
        </w:tc>
        <w:tc>
          <w:tcPr>
            <w:tcW w:w="4752" w:type="dxa"/>
            <w:vAlign w:val="center"/>
          </w:tcPr>
          <w:p w14:paraId="6865540E" w14:textId="77777777" w:rsidR="00784220" w:rsidRDefault="00FE5BE6">
            <w:pPr>
              <w:spacing w:line="240" w:lineRule="auto"/>
            </w:pPr>
            <w:r>
              <w:rPr>
                <w:sz w:val="21"/>
              </w:rPr>
              <w:t>University of Louisiana at Lafayette/NIMSAT</w:t>
            </w:r>
          </w:p>
        </w:tc>
        <w:tc>
          <w:tcPr>
            <w:tcW w:w="1440" w:type="dxa"/>
            <w:vAlign w:val="center"/>
          </w:tcPr>
          <w:p w14:paraId="6865540F" w14:textId="77777777" w:rsidR="00784220" w:rsidRDefault="00FE5BE6">
            <w:pPr>
              <w:spacing w:line="240" w:lineRule="auto"/>
              <w:jc w:val="center"/>
            </w:pPr>
            <w:r>
              <w:rPr>
                <w:sz w:val="21"/>
              </w:rPr>
              <w:t>S</w:t>
            </w:r>
          </w:p>
        </w:tc>
      </w:tr>
      <w:tr w:rsidR="00784220" w14:paraId="68655415" w14:textId="77777777" w:rsidTr="001000A2">
        <w:trPr>
          <w:cantSplit/>
          <w:jc w:val="center"/>
        </w:trPr>
        <w:tc>
          <w:tcPr>
            <w:tcW w:w="1080" w:type="dxa"/>
            <w:vAlign w:val="center"/>
          </w:tcPr>
          <w:p w14:paraId="68655411" w14:textId="77777777" w:rsidR="00784220" w:rsidRDefault="00784220">
            <w:pPr>
              <w:spacing w:line="240" w:lineRule="auto"/>
            </w:pPr>
          </w:p>
        </w:tc>
        <w:tc>
          <w:tcPr>
            <w:tcW w:w="2088" w:type="dxa"/>
            <w:vAlign w:val="center"/>
          </w:tcPr>
          <w:p w14:paraId="68655412" w14:textId="77777777" w:rsidR="00784220" w:rsidRDefault="00784220">
            <w:pPr>
              <w:spacing w:line="240" w:lineRule="auto"/>
            </w:pPr>
          </w:p>
        </w:tc>
        <w:tc>
          <w:tcPr>
            <w:tcW w:w="4752" w:type="dxa"/>
            <w:vAlign w:val="center"/>
          </w:tcPr>
          <w:p w14:paraId="68655413" w14:textId="77777777" w:rsidR="00784220" w:rsidRDefault="00FE5BE6">
            <w:pPr>
              <w:spacing w:line="240" w:lineRule="auto"/>
            </w:pPr>
            <w:r>
              <w:rPr>
                <w:sz w:val="21"/>
              </w:rPr>
              <w:t>Louisiana State University/SDMI</w:t>
            </w:r>
          </w:p>
        </w:tc>
        <w:tc>
          <w:tcPr>
            <w:tcW w:w="1440" w:type="dxa"/>
            <w:vAlign w:val="center"/>
          </w:tcPr>
          <w:p w14:paraId="68655414" w14:textId="77777777" w:rsidR="00784220" w:rsidRDefault="00FE5BE6">
            <w:pPr>
              <w:spacing w:line="240" w:lineRule="auto"/>
              <w:jc w:val="center"/>
            </w:pPr>
            <w:r>
              <w:rPr>
                <w:sz w:val="21"/>
              </w:rPr>
              <w:t>S</w:t>
            </w:r>
          </w:p>
        </w:tc>
      </w:tr>
      <w:tr w:rsidR="00784220" w14:paraId="6865541A" w14:textId="77777777" w:rsidTr="001000A2">
        <w:trPr>
          <w:cantSplit/>
          <w:jc w:val="center"/>
        </w:trPr>
        <w:tc>
          <w:tcPr>
            <w:tcW w:w="1080" w:type="dxa"/>
            <w:vAlign w:val="center"/>
          </w:tcPr>
          <w:p w14:paraId="68655416" w14:textId="77777777" w:rsidR="00784220" w:rsidRDefault="00784220">
            <w:pPr>
              <w:spacing w:line="240" w:lineRule="auto"/>
            </w:pPr>
          </w:p>
        </w:tc>
        <w:tc>
          <w:tcPr>
            <w:tcW w:w="2088" w:type="dxa"/>
            <w:vAlign w:val="center"/>
          </w:tcPr>
          <w:p w14:paraId="68655417" w14:textId="77777777" w:rsidR="00784220" w:rsidRDefault="00784220">
            <w:pPr>
              <w:spacing w:line="240" w:lineRule="auto"/>
            </w:pPr>
          </w:p>
        </w:tc>
        <w:tc>
          <w:tcPr>
            <w:tcW w:w="4752" w:type="dxa"/>
            <w:vAlign w:val="center"/>
          </w:tcPr>
          <w:p w14:paraId="68655418" w14:textId="77777777" w:rsidR="00784220" w:rsidRDefault="00FE5BE6">
            <w:pPr>
              <w:spacing w:line="240" w:lineRule="auto"/>
            </w:pPr>
            <w:r>
              <w:rPr>
                <w:sz w:val="21"/>
              </w:rPr>
              <w:t>Office of Financial Institutions</w:t>
            </w:r>
          </w:p>
        </w:tc>
        <w:tc>
          <w:tcPr>
            <w:tcW w:w="1440" w:type="dxa"/>
            <w:vAlign w:val="center"/>
          </w:tcPr>
          <w:p w14:paraId="68655419" w14:textId="77777777" w:rsidR="00784220" w:rsidRDefault="00FE5BE6">
            <w:pPr>
              <w:spacing w:line="240" w:lineRule="auto"/>
              <w:jc w:val="center"/>
            </w:pPr>
            <w:r>
              <w:rPr>
                <w:sz w:val="21"/>
              </w:rPr>
              <w:t>S</w:t>
            </w:r>
          </w:p>
        </w:tc>
      </w:tr>
      <w:tr w:rsidR="00784220" w14:paraId="6865541F" w14:textId="77777777" w:rsidTr="001000A2">
        <w:trPr>
          <w:cantSplit/>
          <w:jc w:val="center"/>
        </w:trPr>
        <w:tc>
          <w:tcPr>
            <w:tcW w:w="1080" w:type="dxa"/>
            <w:vAlign w:val="center"/>
          </w:tcPr>
          <w:p w14:paraId="6865541B" w14:textId="77777777" w:rsidR="00784220" w:rsidRDefault="00784220">
            <w:pPr>
              <w:spacing w:line="240" w:lineRule="auto"/>
            </w:pPr>
          </w:p>
        </w:tc>
        <w:tc>
          <w:tcPr>
            <w:tcW w:w="2088" w:type="dxa"/>
            <w:vAlign w:val="center"/>
          </w:tcPr>
          <w:p w14:paraId="6865541C" w14:textId="77777777" w:rsidR="00784220" w:rsidRDefault="00784220">
            <w:pPr>
              <w:spacing w:line="240" w:lineRule="auto"/>
            </w:pPr>
          </w:p>
        </w:tc>
        <w:tc>
          <w:tcPr>
            <w:tcW w:w="4752" w:type="dxa"/>
            <w:vAlign w:val="center"/>
          </w:tcPr>
          <w:p w14:paraId="6865541D" w14:textId="77777777" w:rsidR="00784220" w:rsidRDefault="00FE5BE6">
            <w:pPr>
              <w:spacing w:line="240" w:lineRule="auto"/>
            </w:pPr>
            <w:r>
              <w:rPr>
                <w:sz w:val="21"/>
              </w:rPr>
              <w:t>Office of the Lieutenant Governor</w:t>
            </w:r>
          </w:p>
        </w:tc>
        <w:tc>
          <w:tcPr>
            <w:tcW w:w="1440" w:type="dxa"/>
            <w:vAlign w:val="center"/>
          </w:tcPr>
          <w:p w14:paraId="6865541E" w14:textId="77777777" w:rsidR="00784220" w:rsidRDefault="00FE5BE6">
            <w:pPr>
              <w:spacing w:line="240" w:lineRule="auto"/>
              <w:jc w:val="center"/>
            </w:pPr>
            <w:r>
              <w:rPr>
                <w:sz w:val="21"/>
              </w:rPr>
              <w:t>S</w:t>
            </w:r>
          </w:p>
        </w:tc>
      </w:tr>
      <w:tr w:rsidR="00784220" w14:paraId="68655424" w14:textId="77777777" w:rsidTr="001000A2">
        <w:trPr>
          <w:cantSplit/>
          <w:jc w:val="center"/>
        </w:trPr>
        <w:tc>
          <w:tcPr>
            <w:tcW w:w="1080" w:type="dxa"/>
            <w:vAlign w:val="center"/>
          </w:tcPr>
          <w:p w14:paraId="68655420" w14:textId="77777777" w:rsidR="00784220" w:rsidRDefault="00784220">
            <w:pPr>
              <w:spacing w:line="240" w:lineRule="auto"/>
            </w:pPr>
          </w:p>
        </w:tc>
        <w:tc>
          <w:tcPr>
            <w:tcW w:w="2088" w:type="dxa"/>
            <w:vAlign w:val="center"/>
          </w:tcPr>
          <w:p w14:paraId="68655421" w14:textId="77777777" w:rsidR="00784220" w:rsidRDefault="00784220">
            <w:pPr>
              <w:spacing w:line="240" w:lineRule="auto"/>
            </w:pPr>
          </w:p>
        </w:tc>
        <w:tc>
          <w:tcPr>
            <w:tcW w:w="4752" w:type="dxa"/>
            <w:vAlign w:val="center"/>
          </w:tcPr>
          <w:p w14:paraId="68655422" w14:textId="77777777" w:rsidR="00784220" w:rsidRDefault="00FE5BE6">
            <w:pPr>
              <w:spacing w:line="240" w:lineRule="auto"/>
            </w:pPr>
            <w:r>
              <w:rPr>
                <w:sz w:val="21"/>
              </w:rPr>
              <w:t>Department of Education</w:t>
            </w:r>
          </w:p>
        </w:tc>
        <w:tc>
          <w:tcPr>
            <w:tcW w:w="1440" w:type="dxa"/>
            <w:vAlign w:val="center"/>
          </w:tcPr>
          <w:p w14:paraId="68655423" w14:textId="77777777" w:rsidR="00784220" w:rsidRDefault="00FE5BE6">
            <w:pPr>
              <w:spacing w:line="240" w:lineRule="auto"/>
              <w:jc w:val="center"/>
            </w:pPr>
            <w:r>
              <w:rPr>
                <w:sz w:val="21"/>
              </w:rPr>
              <w:t>S</w:t>
            </w:r>
          </w:p>
        </w:tc>
      </w:tr>
      <w:tr w:rsidR="00784220" w14:paraId="68655429" w14:textId="77777777" w:rsidTr="001000A2">
        <w:trPr>
          <w:cantSplit/>
          <w:jc w:val="center"/>
        </w:trPr>
        <w:tc>
          <w:tcPr>
            <w:tcW w:w="1080" w:type="dxa"/>
            <w:vAlign w:val="center"/>
          </w:tcPr>
          <w:p w14:paraId="68655425" w14:textId="77777777" w:rsidR="00784220" w:rsidRDefault="00784220">
            <w:pPr>
              <w:spacing w:line="240" w:lineRule="auto"/>
            </w:pPr>
          </w:p>
        </w:tc>
        <w:tc>
          <w:tcPr>
            <w:tcW w:w="2088" w:type="dxa"/>
            <w:vAlign w:val="center"/>
          </w:tcPr>
          <w:p w14:paraId="68655426" w14:textId="77777777" w:rsidR="00784220" w:rsidRDefault="00784220">
            <w:pPr>
              <w:spacing w:line="240" w:lineRule="auto"/>
            </w:pPr>
          </w:p>
        </w:tc>
        <w:tc>
          <w:tcPr>
            <w:tcW w:w="4752" w:type="dxa"/>
            <w:vAlign w:val="center"/>
          </w:tcPr>
          <w:p w14:paraId="68655427" w14:textId="77777777" w:rsidR="00784220" w:rsidRDefault="00FE5BE6">
            <w:pPr>
              <w:spacing w:line="240" w:lineRule="auto"/>
            </w:pPr>
            <w:r>
              <w:rPr>
                <w:sz w:val="21"/>
              </w:rPr>
              <w:t>Department of Transportation and Development</w:t>
            </w:r>
          </w:p>
        </w:tc>
        <w:tc>
          <w:tcPr>
            <w:tcW w:w="1440" w:type="dxa"/>
            <w:vAlign w:val="center"/>
          </w:tcPr>
          <w:p w14:paraId="68655428" w14:textId="77777777" w:rsidR="00784220" w:rsidRDefault="00FE5BE6">
            <w:pPr>
              <w:spacing w:line="240" w:lineRule="auto"/>
              <w:jc w:val="center"/>
            </w:pPr>
            <w:r>
              <w:rPr>
                <w:sz w:val="21"/>
              </w:rPr>
              <w:t>S</w:t>
            </w:r>
          </w:p>
        </w:tc>
      </w:tr>
      <w:tr w:rsidR="00784220" w14:paraId="6865542E" w14:textId="77777777" w:rsidTr="001000A2">
        <w:trPr>
          <w:cantSplit/>
          <w:jc w:val="center"/>
        </w:trPr>
        <w:tc>
          <w:tcPr>
            <w:tcW w:w="1080" w:type="dxa"/>
            <w:vAlign w:val="center"/>
          </w:tcPr>
          <w:p w14:paraId="6865542A" w14:textId="77777777" w:rsidR="00784220" w:rsidRDefault="00784220">
            <w:pPr>
              <w:spacing w:line="240" w:lineRule="auto"/>
            </w:pPr>
          </w:p>
        </w:tc>
        <w:tc>
          <w:tcPr>
            <w:tcW w:w="2088" w:type="dxa"/>
            <w:vAlign w:val="center"/>
          </w:tcPr>
          <w:p w14:paraId="6865542B" w14:textId="77777777" w:rsidR="00784220" w:rsidRDefault="00784220">
            <w:pPr>
              <w:spacing w:line="240" w:lineRule="auto"/>
            </w:pPr>
          </w:p>
        </w:tc>
        <w:tc>
          <w:tcPr>
            <w:tcW w:w="4752" w:type="dxa"/>
            <w:vAlign w:val="center"/>
          </w:tcPr>
          <w:p w14:paraId="6865542C" w14:textId="77777777" w:rsidR="00784220" w:rsidRDefault="00FE5BE6">
            <w:pPr>
              <w:spacing w:line="240" w:lineRule="auto"/>
            </w:pPr>
            <w:r>
              <w:rPr>
                <w:sz w:val="21"/>
              </w:rPr>
              <w:t>LSU/Southern Agriculture Centers</w:t>
            </w:r>
          </w:p>
        </w:tc>
        <w:tc>
          <w:tcPr>
            <w:tcW w:w="1440" w:type="dxa"/>
            <w:vAlign w:val="center"/>
          </w:tcPr>
          <w:p w14:paraId="6865542D" w14:textId="77777777" w:rsidR="00784220" w:rsidRDefault="00FE5BE6">
            <w:pPr>
              <w:spacing w:line="240" w:lineRule="auto"/>
              <w:jc w:val="center"/>
            </w:pPr>
            <w:r>
              <w:rPr>
                <w:sz w:val="21"/>
              </w:rPr>
              <w:t>S</w:t>
            </w:r>
          </w:p>
        </w:tc>
      </w:tr>
      <w:tr w:rsidR="00784220" w14:paraId="68655433" w14:textId="77777777" w:rsidTr="001000A2">
        <w:trPr>
          <w:cantSplit/>
          <w:jc w:val="center"/>
        </w:trPr>
        <w:tc>
          <w:tcPr>
            <w:tcW w:w="1080" w:type="dxa"/>
            <w:vAlign w:val="center"/>
          </w:tcPr>
          <w:p w14:paraId="6865542F" w14:textId="77777777" w:rsidR="00784220" w:rsidRDefault="00784220">
            <w:pPr>
              <w:spacing w:line="240" w:lineRule="auto"/>
            </w:pPr>
          </w:p>
        </w:tc>
        <w:tc>
          <w:tcPr>
            <w:tcW w:w="2088" w:type="dxa"/>
            <w:vAlign w:val="center"/>
          </w:tcPr>
          <w:p w14:paraId="68655430" w14:textId="77777777" w:rsidR="00784220" w:rsidRDefault="00784220">
            <w:pPr>
              <w:spacing w:line="240" w:lineRule="auto"/>
            </w:pPr>
          </w:p>
        </w:tc>
        <w:tc>
          <w:tcPr>
            <w:tcW w:w="4752" w:type="dxa"/>
            <w:vAlign w:val="center"/>
          </w:tcPr>
          <w:p w14:paraId="68655431" w14:textId="77777777" w:rsidR="00784220" w:rsidRDefault="00FE5BE6">
            <w:pPr>
              <w:spacing w:line="240" w:lineRule="auto"/>
            </w:pPr>
            <w:r>
              <w:rPr>
                <w:sz w:val="21"/>
              </w:rPr>
              <w:t>Department of Environmental Quality</w:t>
            </w:r>
          </w:p>
        </w:tc>
        <w:tc>
          <w:tcPr>
            <w:tcW w:w="1440" w:type="dxa"/>
            <w:vAlign w:val="center"/>
          </w:tcPr>
          <w:p w14:paraId="68655432" w14:textId="77777777" w:rsidR="00784220" w:rsidRDefault="00FE5BE6">
            <w:pPr>
              <w:spacing w:line="240" w:lineRule="auto"/>
              <w:jc w:val="center"/>
            </w:pPr>
            <w:r>
              <w:rPr>
                <w:sz w:val="21"/>
              </w:rPr>
              <w:t>S</w:t>
            </w:r>
          </w:p>
        </w:tc>
      </w:tr>
      <w:tr w:rsidR="00784220" w14:paraId="68655438" w14:textId="77777777" w:rsidTr="001000A2">
        <w:trPr>
          <w:cantSplit/>
          <w:jc w:val="center"/>
        </w:trPr>
        <w:tc>
          <w:tcPr>
            <w:tcW w:w="1080" w:type="dxa"/>
            <w:vAlign w:val="center"/>
          </w:tcPr>
          <w:p w14:paraId="68655434" w14:textId="77777777" w:rsidR="00784220" w:rsidRDefault="00784220">
            <w:pPr>
              <w:spacing w:line="240" w:lineRule="auto"/>
            </w:pPr>
          </w:p>
        </w:tc>
        <w:tc>
          <w:tcPr>
            <w:tcW w:w="2088" w:type="dxa"/>
            <w:vAlign w:val="center"/>
          </w:tcPr>
          <w:p w14:paraId="68655435" w14:textId="77777777" w:rsidR="00784220" w:rsidRDefault="00784220">
            <w:pPr>
              <w:spacing w:line="240" w:lineRule="auto"/>
            </w:pPr>
          </w:p>
        </w:tc>
        <w:tc>
          <w:tcPr>
            <w:tcW w:w="4752" w:type="dxa"/>
            <w:vAlign w:val="center"/>
          </w:tcPr>
          <w:p w14:paraId="68655436" w14:textId="77777777" w:rsidR="00784220" w:rsidRDefault="00FE5BE6">
            <w:pPr>
              <w:spacing w:line="240" w:lineRule="auto"/>
            </w:pPr>
            <w:r>
              <w:rPr>
                <w:sz w:val="21"/>
              </w:rPr>
              <w:t>Louisiana Sea Grant@ LSU</w:t>
            </w:r>
          </w:p>
        </w:tc>
        <w:tc>
          <w:tcPr>
            <w:tcW w:w="1440" w:type="dxa"/>
            <w:vAlign w:val="center"/>
          </w:tcPr>
          <w:p w14:paraId="68655437" w14:textId="77777777" w:rsidR="00784220" w:rsidRDefault="00FE5BE6">
            <w:pPr>
              <w:spacing w:line="240" w:lineRule="auto"/>
              <w:jc w:val="center"/>
            </w:pPr>
            <w:r>
              <w:rPr>
                <w:sz w:val="21"/>
              </w:rPr>
              <w:t>S</w:t>
            </w:r>
          </w:p>
        </w:tc>
      </w:tr>
      <w:tr w:rsidR="00784220" w14:paraId="6865543D" w14:textId="77777777" w:rsidTr="001000A2">
        <w:trPr>
          <w:cantSplit/>
          <w:jc w:val="center"/>
        </w:trPr>
        <w:tc>
          <w:tcPr>
            <w:tcW w:w="1080" w:type="dxa"/>
            <w:vAlign w:val="center"/>
          </w:tcPr>
          <w:p w14:paraId="68655439" w14:textId="77777777" w:rsidR="00784220" w:rsidRDefault="00784220">
            <w:pPr>
              <w:spacing w:line="240" w:lineRule="auto"/>
            </w:pPr>
          </w:p>
        </w:tc>
        <w:tc>
          <w:tcPr>
            <w:tcW w:w="2088" w:type="dxa"/>
            <w:vAlign w:val="center"/>
          </w:tcPr>
          <w:p w14:paraId="6865543A" w14:textId="77777777" w:rsidR="00784220" w:rsidRDefault="00784220">
            <w:pPr>
              <w:spacing w:line="240" w:lineRule="auto"/>
            </w:pPr>
          </w:p>
        </w:tc>
        <w:tc>
          <w:tcPr>
            <w:tcW w:w="4752" w:type="dxa"/>
            <w:vAlign w:val="center"/>
          </w:tcPr>
          <w:p w14:paraId="6865543B" w14:textId="77777777" w:rsidR="00784220" w:rsidRDefault="00FE5BE6">
            <w:pPr>
              <w:spacing w:line="240" w:lineRule="auto"/>
            </w:pPr>
            <w:r>
              <w:rPr>
                <w:sz w:val="21"/>
              </w:rPr>
              <w:t>Louisiana Housing Corporation</w:t>
            </w:r>
          </w:p>
        </w:tc>
        <w:tc>
          <w:tcPr>
            <w:tcW w:w="1440" w:type="dxa"/>
            <w:vAlign w:val="center"/>
          </w:tcPr>
          <w:p w14:paraId="6865543C" w14:textId="77777777" w:rsidR="00784220" w:rsidRDefault="00FE5BE6">
            <w:pPr>
              <w:spacing w:line="240" w:lineRule="auto"/>
              <w:jc w:val="center"/>
            </w:pPr>
            <w:r>
              <w:rPr>
                <w:sz w:val="21"/>
              </w:rPr>
              <w:t>S</w:t>
            </w:r>
          </w:p>
        </w:tc>
      </w:tr>
      <w:tr w:rsidR="00784220" w14:paraId="68655442" w14:textId="77777777" w:rsidTr="001000A2">
        <w:trPr>
          <w:cantSplit/>
          <w:jc w:val="center"/>
        </w:trPr>
        <w:tc>
          <w:tcPr>
            <w:tcW w:w="1080" w:type="dxa"/>
            <w:vAlign w:val="center"/>
          </w:tcPr>
          <w:p w14:paraId="6865543E" w14:textId="77777777" w:rsidR="00784220" w:rsidRDefault="00784220">
            <w:pPr>
              <w:spacing w:line="240" w:lineRule="auto"/>
            </w:pPr>
          </w:p>
        </w:tc>
        <w:tc>
          <w:tcPr>
            <w:tcW w:w="2088" w:type="dxa"/>
            <w:vAlign w:val="center"/>
          </w:tcPr>
          <w:p w14:paraId="6865543F" w14:textId="77777777" w:rsidR="00784220" w:rsidRDefault="00784220">
            <w:pPr>
              <w:spacing w:line="240" w:lineRule="auto"/>
            </w:pPr>
          </w:p>
        </w:tc>
        <w:tc>
          <w:tcPr>
            <w:tcW w:w="4752" w:type="dxa"/>
            <w:vAlign w:val="center"/>
          </w:tcPr>
          <w:p w14:paraId="68655440" w14:textId="77777777" w:rsidR="00784220" w:rsidRDefault="00FE5BE6">
            <w:pPr>
              <w:spacing w:line="240" w:lineRule="auto"/>
            </w:pPr>
            <w:r>
              <w:rPr>
                <w:sz w:val="21"/>
              </w:rPr>
              <w:t>Louisiana Department of Health</w:t>
            </w:r>
          </w:p>
        </w:tc>
        <w:tc>
          <w:tcPr>
            <w:tcW w:w="1440" w:type="dxa"/>
            <w:vAlign w:val="center"/>
          </w:tcPr>
          <w:p w14:paraId="68655441" w14:textId="77777777" w:rsidR="00784220" w:rsidRDefault="00FE5BE6">
            <w:pPr>
              <w:spacing w:line="240" w:lineRule="auto"/>
              <w:jc w:val="center"/>
            </w:pPr>
            <w:r>
              <w:rPr>
                <w:sz w:val="21"/>
              </w:rPr>
              <w:t>S</w:t>
            </w:r>
          </w:p>
        </w:tc>
      </w:tr>
      <w:tr w:rsidR="00784220" w14:paraId="68655447" w14:textId="77777777" w:rsidTr="001000A2">
        <w:trPr>
          <w:cantSplit/>
          <w:jc w:val="center"/>
        </w:trPr>
        <w:tc>
          <w:tcPr>
            <w:tcW w:w="1080" w:type="dxa"/>
            <w:vAlign w:val="center"/>
          </w:tcPr>
          <w:p w14:paraId="68655443" w14:textId="77777777" w:rsidR="00784220" w:rsidRDefault="00784220">
            <w:pPr>
              <w:spacing w:line="240" w:lineRule="auto"/>
            </w:pPr>
          </w:p>
        </w:tc>
        <w:tc>
          <w:tcPr>
            <w:tcW w:w="2088" w:type="dxa"/>
            <w:vAlign w:val="center"/>
          </w:tcPr>
          <w:p w14:paraId="68655444" w14:textId="77777777" w:rsidR="00784220" w:rsidRDefault="00784220">
            <w:pPr>
              <w:spacing w:line="240" w:lineRule="auto"/>
            </w:pPr>
          </w:p>
        </w:tc>
        <w:tc>
          <w:tcPr>
            <w:tcW w:w="4752" w:type="dxa"/>
            <w:vAlign w:val="center"/>
          </w:tcPr>
          <w:p w14:paraId="68655445" w14:textId="77777777" w:rsidR="00784220" w:rsidRDefault="00FE5BE6">
            <w:pPr>
              <w:spacing w:line="240" w:lineRule="auto"/>
            </w:pPr>
            <w:r>
              <w:rPr>
                <w:sz w:val="21"/>
              </w:rPr>
              <w:t>Louisiana VOAD</w:t>
            </w:r>
          </w:p>
        </w:tc>
        <w:tc>
          <w:tcPr>
            <w:tcW w:w="1440" w:type="dxa"/>
            <w:vAlign w:val="center"/>
          </w:tcPr>
          <w:p w14:paraId="68655446" w14:textId="77777777" w:rsidR="00784220" w:rsidRDefault="00FE5BE6">
            <w:pPr>
              <w:spacing w:line="240" w:lineRule="auto"/>
              <w:jc w:val="center"/>
            </w:pPr>
            <w:r>
              <w:rPr>
                <w:sz w:val="21"/>
              </w:rPr>
              <w:t>S</w:t>
            </w:r>
          </w:p>
        </w:tc>
      </w:tr>
      <w:tr w:rsidR="00784220" w14:paraId="6865544C" w14:textId="77777777" w:rsidTr="001000A2">
        <w:trPr>
          <w:cantSplit/>
          <w:jc w:val="center"/>
        </w:trPr>
        <w:tc>
          <w:tcPr>
            <w:tcW w:w="1080" w:type="dxa"/>
            <w:vAlign w:val="center"/>
          </w:tcPr>
          <w:p w14:paraId="68655448" w14:textId="77777777" w:rsidR="00784220" w:rsidRDefault="00784220">
            <w:pPr>
              <w:spacing w:line="240" w:lineRule="auto"/>
            </w:pPr>
          </w:p>
        </w:tc>
        <w:tc>
          <w:tcPr>
            <w:tcW w:w="2088" w:type="dxa"/>
            <w:vAlign w:val="center"/>
          </w:tcPr>
          <w:p w14:paraId="68655449" w14:textId="77777777" w:rsidR="00784220" w:rsidRDefault="00784220">
            <w:pPr>
              <w:spacing w:line="240" w:lineRule="auto"/>
            </w:pPr>
          </w:p>
        </w:tc>
        <w:tc>
          <w:tcPr>
            <w:tcW w:w="4752" w:type="dxa"/>
            <w:vAlign w:val="center"/>
          </w:tcPr>
          <w:p w14:paraId="6865544A" w14:textId="77777777" w:rsidR="00784220" w:rsidRDefault="00FE5BE6">
            <w:pPr>
              <w:spacing w:line="240" w:lineRule="auto"/>
            </w:pPr>
            <w:r>
              <w:rPr>
                <w:sz w:val="21"/>
              </w:rPr>
              <w:t>Governor’s Office of Disability Affairs</w:t>
            </w:r>
          </w:p>
        </w:tc>
        <w:tc>
          <w:tcPr>
            <w:tcW w:w="1440" w:type="dxa"/>
            <w:vAlign w:val="center"/>
          </w:tcPr>
          <w:p w14:paraId="6865544B" w14:textId="77777777" w:rsidR="00784220" w:rsidRDefault="00FE5BE6">
            <w:pPr>
              <w:spacing w:line="240" w:lineRule="auto"/>
              <w:jc w:val="center"/>
            </w:pPr>
            <w:r>
              <w:rPr>
                <w:sz w:val="21"/>
              </w:rPr>
              <w:t>S</w:t>
            </w:r>
          </w:p>
        </w:tc>
      </w:tr>
      <w:tr w:rsidR="00784220" w14:paraId="68655451" w14:textId="77777777" w:rsidTr="001000A2">
        <w:trPr>
          <w:cantSplit/>
          <w:jc w:val="center"/>
        </w:trPr>
        <w:tc>
          <w:tcPr>
            <w:tcW w:w="1080" w:type="dxa"/>
            <w:vAlign w:val="center"/>
          </w:tcPr>
          <w:p w14:paraId="6865544D" w14:textId="77777777" w:rsidR="00784220" w:rsidRDefault="00784220">
            <w:pPr>
              <w:spacing w:line="240" w:lineRule="auto"/>
            </w:pPr>
          </w:p>
        </w:tc>
        <w:tc>
          <w:tcPr>
            <w:tcW w:w="2088" w:type="dxa"/>
            <w:vAlign w:val="center"/>
          </w:tcPr>
          <w:p w14:paraId="6865544E" w14:textId="77777777" w:rsidR="00784220" w:rsidRDefault="00784220">
            <w:pPr>
              <w:spacing w:line="240" w:lineRule="auto"/>
            </w:pPr>
          </w:p>
        </w:tc>
        <w:tc>
          <w:tcPr>
            <w:tcW w:w="4752" w:type="dxa"/>
            <w:vAlign w:val="center"/>
          </w:tcPr>
          <w:p w14:paraId="6865544F" w14:textId="77777777" w:rsidR="00784220" w:rsidRDefault="00FE5BE6">
            <w:pPr>
              <w:spacing w:line="240" w:lineRule="auto"/>
            </w:pPr>
            <w:r>
              <w:rPr>
                <w:sz w:val="21"/>
              </w:rPr>
              <w:t>Governor’s Office of Elderly Affairs</w:t>
            </w:r>
          </w:p>
        </w:tc>
        <w:tc>
          <w:tcPr>
            <w:tcW w:w="1440" w:type="dxa"/>
            <w:vAlign w:val="center"/>
          </w:tcPr>
          <w:p w14:paraId="68655450" w14:textId="77777777" w:rsidR="00784220" w:rsidRDefault="00FE5BE6">
            <w:pPr>
              <w:spacing w:line="240" w:lineRule="auto"/>
              <w:jc w:val="center"/>
            </w:pPr>
            <w:r>
              <w:rPr>
                <w:sz w:val="21"/>
              </w:rPr>
              <w:t>S</w:t>
            </w:r>
          </w:p>
        </w:tc>
      </w:tr>
      <w:tr w:rsidR="00784220" w14:paraId="68655456" w14:textId="77777777" w:rsidTr="001000A2">
        <w:trPr>
          <w:cantSplit/>
          <w:jc w:val="center"/>
        </w:trPr>
        <w:tc>
          <w:tcPr>
            <w:tcW w:w="1080" w:type="dxa"/>
            <w:vAlign w:val="center"/>
          </w:tcPr>
          <w:p w14:paraId="68655452" w14:textId="77777777" w:rsidR="00784220" w:rsidRDefault="00784220">
            <w:pPr>
              <w:spacing w:line="240" w:lineRule="auto"/>
            </w:pPr>
          </w:p>
        </w:tc>
        <w:tc>
          <w:tcPr>
            <w:tcW w:w="2088" w:type="dxa"/>
            <w:vAlign w:val="center"/>
          </w:tcPr>
          <w:p w14:paraId="68655453" w14:textId="77777777" w:rsidR="00784220" w:rsidRDefault="00784220">
            <w:pPr>
              <w:spacing w:line="240" w:lineRule="auto"/>
            </w:pPr>
          </w:p>
        </w:tc>
        <w:tc>
          <w:tcPr>
            <w:tcW w:w="4752" w:type="dxa"/>
            <w:vAlign w:val="center"/>
          </w:tcPr>
          <w:p w14:paraId="68655454" w14:textId="77777777" w:rsidR="00784220" w:rsidRDefault="00784220">
            <w:pPr>
              <w:spacing w:line="240" w:lineRule="auto"/>
            </w:pPr>
          </w:p>
        </w:tc>
        <w:tc>
          <w:tcPr>
            <w:tcW w:w="1440" w:type="dxa"/>
            <w:vAlign w:val="center"/>
          </w:tcPr>
          <w:p w14:paraId="68655455" w14:textId="77777777" w:rsidR="00784220" w:rsidRDefault="00784220">
            <w:pPr>
              <w:spacing w:line="240" w:lineRule="auto"/>
              <w:jc w:val="center"/>
            </w:pPr>
          </w:p>
        </w:tc>
      </w:tr>
      <w:tr w:rsidR="00784220" w14:paraId="6865545B" w14:textId="77777777" w:rsidTr="001000A2">
        <w:trPr>
          <w:cantSplit/>
          <w:jc w:val="center"/>
        </w:trPr>
        <w:tc>
          <w:tcPr>
            <w:tcW w:w="1080" w:type="dxa"/>
            <w:vAlign w:val="center"/>
          </w:tcPr>
          <w:p w14:paraId="68655457" w14:textId="77777777" w:rsidR="00784220" w:rsidRDefault="00FE5BE6">
            <w:pPr>
              <w:spacing w:line="240" w:lineRule="auto"/>
            </w:pPr>
            <w:r>
              <w:rPr>
                <w:b/>
                <w:sz w:val="21"/>
              </w:rPr>
              <w:t>RSF 3</w:t>
            </w:r>
          </w:p>
        </w:tc>
        <w:tc>
          <w:tcPr>
            <w:tcW w:w="2088" w:type="dxa"/>
            <w:vAlign w:val="center"/>
          </w:tcPr>
          <w:p w14:paraId="68655458" w14:textId="77777777" w:rsidR="00784220" w:rsidRDefault="00FE5BE6">
            <w:pPr>
              <w:spacing w:line="240" w:lineRule="auto"/>
            </w:pPr>
            <w:r>
              <w:rPr>
                <w:sz w:val="21"/>
              </w:rPr>
              <w:t>Health and Social Services</w:t>
            </w:r>
          </w:p>
        </w:tc>
        <w:tc>
          <w:tcPr>
            <w:tcW w:w="4752" w:type="dxa"/>
            <w:vAlign w:val="center"/>
          </w:tcPr>
          <w:p w14:paraId="68655459" w14:textId="77777777" w:rsidR="00784220" w:rsidRDefault="00FE5BE6">
            <w:pPr>
              <w:spacing w:line="240" w:lineRule="auto"/>
            </w:pPr>
            <w:r>
              <w:rPr>
                <w:sz w:val="21"/>
              </w:rPr>
              <w:t>Louisiana Department of Health</w:t>
            </w:r>
          </w:p>
        </w:tc>
        <w:tc>
          <w:tcPr>
            <w:tcW w:w="1440" w:type="dxa"/>
            <w:vAlign w:val="center"/>
          </w:tcPr>
          <w:p w14:paraId="6865545A" w14:textId="77777777" w:rsidR="00784220" w:rsidRDefault="00FE5BE6">
            <w:pPr>
              <w:spacing w:line="240" w:lineRule="auto"/>
              <w:jc w:val="center"/>
            </w:pPr>
            <w:r>
              <w:rPr>
                <w:sz w:val="21"/>
              </w:rPr>
              <w:t>P</w:t>
            </w:r>
          </w:p>
        </w:tc>
      </w:tr>
      <w:tr w:rsidR="00784220" w14:paraId="68655460" w14:textId="77777777" w:rsidTr="001000A2">
        <w:trPr>
          <w:cantSplit/>
          <w:jc w:val="center"/>
        </w:trPr>
        <w:tc>
          <w:tcPr>
            <w:tcW w:w="1080" w:type="dxa"/>
            <w:vAlign w:val="center"/>
          </w:tcPr>
          <w:p w14:paraId="6865545C" w14:textId="77777777" w:rsidR="00784220" w:rsidRDefault="00784220">
            <w:pPr>
              <w:spacing w:line="240" w:lineRule="auto"/>
            </w:pPr>
          </w:p>
        </w:tc>
        <w:tc>
          <w:tcPr>
            <w:tcW w:w="2088" w:type="dxa"/>
            <w:vAlign w:val="center"/>
          </w:tcPr>
          <w:p w14:paraId="6865545D" w14:textId="77777777" w:rsidR="00784220" w:rsidRDefault="00784220">
            <w:pPr>
              <w:spacing w:line="240" w:lineRule="auto"/>
            </w:pPr>
          </w:p>
        </w:tc>
        <w:tc>
          <w:tcPr>
            <w:tcW w:w="4752" w:type="dxa"/>
            <w:vAlign w:val="center"/>
          </w:tcPr>
          <w:p w14:paraId="6865545E" w14:textId="77777777" w:rsidR="00784220" w:rsidRDefault="00FE5BE6">
            <w:pPr>
              <w:spacing w:line="240" w:lineRule="auto"/>
            </w:pPr>
            <w:r>
              <w:rPr>
                <w:sz w:val="21"/>
              </w:rPr>
              <w:t>Department of Children and Family Services</w:t>
            </w:r>
          </w:p>
        </w:tc>
        <w:tc>
          <w:tcPr>
            <w:tcW w:w="1440" w:type="dxa"/>
            <w:vAlign w:val="center"/>
          </w:tcPr>
          <w:p w14:paraId="6865545F" w14:textId="77777777" w:rsidR="00784220" w:rsidRDefault="00FE5BE6">
            <w:pPr>
              <w:spacing w:line="240" w:lineRule="auto"/>
              <w:jc w:val="center"/>
            </w:pPr>
            <w:r>
              <w:rPr>
                <w:sz w:val="21"/>
              </w:rPr>
              <w:t>P</w:t>
            </w:r>
          </w:p>
        </w:tc>
      </w:tr>
      <w:tr w:rsidR="00784220" w14:paraId="68655465" w14:textId="77777777" w:rsidTr="001000A2">
        <w:trPr>
          <w:cantSplit/>
          <w:jc w:val="center"/>
        </w:trPr>
        <w:tc>
          <w:tcPr>
            <w:tcW w:w="1080" w:type="dxa"/>
            <w:vAlign w:val="center"/>
          </w:tcPr>
          <w:p w14:paraId="68655461" w14:textId="77777777" w:rsidR="00784220" w:rsidRDefault="00784220">
            <w:pPr>
              <w:spacing w:line="240" w:lineRule="auto"/>
            </w:pPr>
          </w:p>
        </w:tc>
        <w:tc>
          <w:tcPr>
            <w:tcW w:w="2088" w:type="dxa"/>
            <w:vAlign w:val="center"/>
          </w:tcPr>
          <w:p w14:paraId="68655462" w14:textId="77777777" w:rsidR="00784220" w:rsidRDefault="00784220">
            <w:pPr>
              <w:spacing w:line="240" w:lineRule="auto"/>
            </w:pPr>
          </w:p>
        </w:tc>
        <w:tc>
          <w:tcPr>
            <w:tcW w:w="4752" w:type="dxa"/>
            <w:vAlign w:val="center"/>
          </w:tcPr>
          <w:p w14:paraId="68655463" w14:textId="77777777" w:rsidR="00784220" w:rsidRDefault="00FE5BE6">
            <w:pPr>
              <w:spacing w:line="240" w:lineRule="auto"/>
            </w:pPr>
            <w:r>
              <w:rPr>
                <w:sz w:val="21"/>
              </w:rPr>
              <w:t>Department of Education</w:t>
            </w:r>
          </w:p>
        </w:tc>
        <w:tc>
          <w:tcPr>
            <w:tcW w:w="1440" w:type="dxa"/>
            <w:vAlign w:val="center"/>
          </w:tcPr>
          <w:p w14:paraId="68655464" w14:textId="77777777" w:rsidR="00784220" w:rsidRDefault="00FE5BE6">
            <w:pPr>
              <w:spacing w:line="240" w:lineRule="auto"/>
              <w:jc w:val="center"/>
            </w:pPr>
            <w:r>
              <w:rPr>
                <w:sz w:val="21"/>
              </w:rPr>
              <w:t>P</w:t>
            </w:r>
          </w:p>
        </w:tc>
      </w:tr>
      <w:tr w:rsidR="00784220" w14:paraId="6865546A" w14:textId="77777777" w:rsidTr="001000A2">
        <w:trPr>
          <w:cantSplit/>
          <w:jc w:val="center"/>
        </w:trPr>
        <w:tc>
          <w:tcPr>
            <w:tcW w:w="1080" w:type="dxa"/>
            <w:vAlign w:val="center"/>
          </w:tcPr>
          <w:p w14:paraId="68655466" w14:textId="77777777" w:rsidR="00784220" w:rsidRDefault="00784220">
            <w:pPr>
              <w:spacing w:line="240" w:lineRule="auto"/>
            </w:pPr>
          </w:p>
        </w:tc>
        <w:tc>
          <w:tcPr>
            <w:tcW w:w="2088" w:type="dxa"/>
            <w:vAlign w:val="center"/>
          </w:tcPr>
          <w:p w14:paraId="68655467" w14:textId="77777777" w:rsidR="00784220" w:rsidRDefault="00784220">
            <w:pPr>
              <w:spacing w:line="240" w:lineRule="auto"/>
            </w:pPr>
          </w:p>
        </w:tc>
        <w:tc>
          <w:tcPr>
            <w:tcW w:w="4752" w:type="dxa"/>
            <w:vAlign w:val="center"/>
          </w:tcPr>
          <w:p w14:paraId="68655468" w14:textId="77777777" w:rsidR="00784220" w:rsidRDefault="00FE5BE6">
            <w:pPr>
              <w:spacing w:line="240" w:lineRule="auto"/>
            </w:pPr>
            <w:r>
              <w:rPr>
                <w:sz w:val="21"/>
              </w:rPr>
              <w:t>Louisiana State University Health Sciences</w:t>
            </w:r>
          </w:p>
        </w:tc>
        <w:tc>
          <w:tcPr>
            <w:tcW w:w="1440" w:type="dxa"/>
            <w:vAlign w:val="center"/>
          </w:tcPr>
          <w:p w14:paraId="68655469" w14:textId="77777777" w:rsidR="00784220" w:rsidRDefault="00FE5BE6">
            <w:pPr>
              <w:spacing w:line="240" w:lineRule="auto"/>
              <w:jc w:val="center"/>
            </w:pPr>
            <w:r>
              <w:rPr>
                <w:sz w:val="21"/>
              </w:rPr>
              <w:t>S</w:t>
            </w:r>
          </w:p>
        </w:tc>
      </w:tr>
      <w:tr w:rsidR="00784220" w14:paraId="6865546F" w14:textId="77777777" w:rsidTr="001000A2">
        <w:trPr>
          <w:cantSplit/>
          <w:jc w:val="center"/>
        </w:trPr>
        <w:tc>
          <w:tcPr>
            <w:tcW w:w="1080" w:type="dxa"/>
            <w:vAlign w:val="center"/>
          </w:tcPr>
          <w:p w14:paraId="6865546B" w14:textId="77777777" w:rsidR="00784220" w:rsidRDefault="00784220">
            <w:pPr>
              <w:spacing w:line="240" w:lineRule="auto"/>
            </w:pPr>
          </w:p>
        </w:tc>
        <w:tc>
          <w:tcPr>
            <w:tcW w:w="2088" w:type="dxa"/>
            <w:vAlign w:val="center"/>
          </w:tcPr>
          <w:p w14:paraId="6865546C" w14:textId="77777777" w:rsidR="00784220" w:rsidRDefault="00784220">
            <w:pPr>
              <w:spacing w:line="240" w:lineRule="auto"/>
            </w:pPr>
          </w:p>
        </w:tc>
        <w:tc>
          <w:tcPr>
            <w:tcW w:w="4752" w:type="dxa"/>
            <w:vAlign w:val="center"/>
          </w:tcPr>
          <w:p w14:paraId="6865546D"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6E" w14:textId="77777777" w:rsidR="00784220" w:rsidRDefault="00FE5BE6">
            <w:pPr>
              <w:spacing w:line="240" w:lineRule="auto"/>
              <w:jc w:val="center"/>
            </w:pPr>
            <w:r>
              <w:rPr>
                <w:sz w:val="21"/>
              </w:rPr>
              <w:t>S</w:t>
            </w:r>
          </w:p>
        </w:tc>
      </w:tr>
      <w:tr w:rsidR="00784220" w14:paraId="68655474" w14:textId="77777777" w:rsidTr="001000A2">
        <w:trPr>
          <w:cantSplit/>
          <w:jc w:val="center"/>
        </w:trPr>
        <w:tc>
          <w:tcPr>
            <w:tcW w:w="1080" w:type="dxa"/>
            <w:vAlign w:val="center"/>
          </w:tcPr>
          <w:p w14:paraId="68655470" w14:textId="77777777" w:rsidR="00784220" w:rsidRDefault="00784220">
            <w:pPr>
              <w:spacing w:line="240" w:lineRule="auto"/>
            </w:pPr>
          </w:p>
        </w:tc>
        <w:tc>
          <w:tcPr>
            <w:tcW w:w="2088" w:type="dxa"/>
            <w:vAlign w:val="center"/>
          </w:tcPr>
          <w:p w14:paraId="68655471" w14:textId="77777777" w:rsidR="00784220" w:rsidRDefault="00784220">
            <w:pPr>
              <w:spacing w:line="240" w:lineRule="auto"/>
            </w:pPr>
          </w:p>
        </w:tc>
        <w:tc>
          <w:tcPr>
            <w:tcW w:w="4752" w:type="dxa"/>
            <w:vAlign w:val="center"/>
          </w:tcPr>
          <w:p w14:paraId="68655472" w14:textId="77777777" w:rsidR="00784220" w:rsidRDefault="00FE5BE6">
            <w:pPr>
              <w:spacing w:line="240" w:lineRule="auto"/>
            </w:pPr>
            <w:r>
              <w:rPr>
                <w:sz w:val="21"/>
              </w:rPr>
              <w:t>Louisiana Board of Regents</w:t>
            </w:r>
          </w:p>
        </w:tc>
        <w:tc>
          <w:tcPr>
            <w:tcW w:w="1440" w:type="dxa"/>
            <w:vAlign w:val="center"/>
          </w:tcPr>
          <w:p w14:paraId="68655473" w14:textId="77777777" w:rsidR="00784220" w:rsidRDefault="00FE5BE6">
            <w:pPr>
              <w:spacing w:line="240" w:lineRule="auto"/>
              <w:jc w:val="center"/>
            </w:pPr>
            <w:r>
              <w:rPr>
                <w:sz w:val="21"/>
              </w:rPr>
              <w:t>S</w:t>
            </w:r>
          </w:p>
        </w:tc>
      </w:tr>
      <w:tr w:rsidR="00784220" w14:paraId="68655479" w14:textId="77777777" w:rsidTr="001000A2">
        <w:trPr>
          <w:cantSplit/>
          <w:jc w:val="center"/>
        </w:trPr>
        <w:tc>
          <w:tcPr>
            <w:tcW w:w="1080" w:type="dxa"/>
            <w:vAlign w:val="center"/>
          </w:tcPr>
          <w:p w14:paraId="68655475" w14:textId="77777777" w:rsidR="00784220" w:rsidRDefault="00784220">
            <w:pPr>
              <w:spacing w:line="240" w:lineRule="auto"/>
            </w:pPr>
          </w:p>
        </w:tc>
        <w:tc>
          <w:tcPr>
            <w:tcW w:w="2088" w:type="dxa"/>
            <w:vAlign w:val="center"/>
          </w:tcPr>
          <w:p w14:paraId="68655476" w14:textId="77777777" w:rsidR="00784220" w:rsidRDefault="00784220">
            <w:pPr>
              <w:spacing w:line="240" w:lineRule="auto"/>
            </w:pPr>
          </w:p>
        </w:tc>
        <w:tc>
          <w:tcPr>
            <w:tcW w:w="4752" w:type="dxa"/>
            <w:vAlign w:val="center"/>
          </w:tcPr>
          <w:p w14:paraId="68655477" w14:textId="77777777" w:rsidR="00784220" w:rsidRDefault="00FE5BE6">
            <w:pPr>
              <w:spacing w:line="240" w:lineRule="auto"/>
            </w:pPr>
            <w:r>
              <w:rPr>
                <w:sz w:val="21"/>
              </w:rPr>
              <w:t>Office of Community Development</w:t>
            </w:r>
          </w:p>
        </w:tc>
        <w:tc>
          <w:tcPr>
            <w:tcW w:w="1440" w:type="dxa"/>
            <w:vAlign w:val="center"/>
          </w:tcPr>
          <w:p w14:paraId="68655478" w14:textId="77777777" w:rsidR="00784220" w:rsidRDefault="00FE5BE6">
            <w:pPr>
              <w:spacing w:line="240" w:lineRule="auto"/>
              <w:jc w:val="center"/>
            </w:pPr>
            <w:r>
              <w:rPr>
                <w:sz w:val="21"/>
              </w:rPr>
              <w:t>S</w:t>
            </w:r>
          </w:p>
        </w:tc>
      </w:tr>
      <w:tr w:rsidR="00784220" w14:paraId="6865547E" w14:textId="77777777" w:rsidTr="001000A2">
        <w:trPr>
          <w:cantSplit/>
          <w:jc w:val="center"/>
        </w:trPr>
        <w:tc>
          <w:tcPr>
            <w:tcW w:w="1080" w:type="dxa"/>
            <w:vAlign w:val="center"/>
          </w:tcPr>
          <w:p w14:paraId="6865547A" w14:textId="77777777" w:rsidR="00784220" w:rsidRDefault="00784220">
            <w:pPr>
              <w:spacing w:line="240" w:lineRule="auto"/>
            </w:pPr>
          </w:p>
        </w:tc>
        <w:tc>
          <w:tcPr>
            <w:tcW w:w="2088" w:type="dxa"/>
            <w:vAlign w:val="center"/>
          </w:tcPr>
          <w:p w14:paraId="6865547B" w14:textId="77777777" w:rsidR="00784220" w:rsidRDefault="00784220">
            <w:pPr>
              <w:spacing w:line="240" w:lineRule="auto"/>
            </w:pPr>
          </w:p>
        </w:tc>
        <w:tc>
          <w:tcPr>
            <w:tcW w:w="4752" w:type="dxa"/>
            <w:vAlign w:val="center"/>
          </w:tcPr>
          <w:p w14:paraId="6865547C" w14:textId="77777777" w:rsidR="00784220" w:rsidRDefault="00FE5BE6">
            <w:pPr>
              <w:spacing w:line="240" w:lineRule="auto"/>
            </w:pPr>
            <w:r>
              <w:rPr>
                <w:sz w:val="21"/>
              </w:rPr>
              <w:t>Louisiana VOAD</w:t>
            </w:r>
          </w:p>
        </w:tc>
        <w:tc>
          <w:tcPr>
            <w:tcW w:w="1440" w:type="dxa"/>
            <w:vAlign w:val="center"/>
          </w:tcPr>
          <w:p w14:paraId="6865547D" w14:textId="77777777" w:rsidR="00784220" w:rsidRDefault="00FE5BE6">
            <w:pPr>
              <w:spacing w:line="240" w:lineRule="auto"/>
              <w:jc w:val="center"/>
            </w:pPr>
            <w:r>
              <w:rPr>
                <w:sz w:val="21"/>
              </w:rPr>
              <w:t>S</w:t>
            </w:r>
          </w:p>
        </w:tc>
      </w:tr>
      <w:tr w:rsidR="00784220" w14:paraId="68655483" w14:textId="77777777" w:rsidTr="001000A2">
        <w:trPr>
          <w:cantSplit/>
          <w:jc w:val="center"/>
        </w:trPr>
        <w:tc>
          <w:tcPr>
            <w:tcW w:w="1080" w:type="dxa"/>
            <w:vAlign w:val="center"/>
          </w:tcPr>
          <w:p w14:paraId="6865547F" w14:textId="77777777" w:rsidR="00784220" w:rsidRDefault="00784220">
            <w:pPr>
              <w:spacing w:line="240" w:lineRule="auto"/>
            </w:pPr>
          </w:p>
        </w:tc>
        <w:tc>
          <w:tcPr>
            <w:tcW w:w="2088" w:type="dxa"/>
            <w:vAlign w:val="center"/>
          </w:tcPr>
          <w:p w14:paraId="68655480" w14:textId="77777777" w:rsidR="00784220" w:rsidRDefault="00784220">
            <w:pPr>
              <w:spacing w:line="240" w:lineRule="auto"/>
            </w:pPr>
          </w:p>
        </w:tc>
        <w:tc>
          <w:tcPr>
            <w:tcW w:w="4752" w:type="dxa"/>
            <w:vAlign w:val="center"/>
          </w:tcPr>
          <w:p w14:paraId="68655481" w14:textId="77777777" w:rsidR="00784220" w:rsidRDefault="00FE5BE6">
            <w:pPr>
              <w:spacing w:line="240" w:lineRule="auto"/>
            </w:pPr>
            <w:r>
              <w:rPr>
                <w:sz w:val="21"/>
              </w:rPr>
              <w:t>Office of the Lieutenant Governor</w:t>
            </w:r>
          </w:p>
        </w:tc>
        <w:tc>
          <w:tcPr>
            <w:tcW w:w="1440" w:type="dxa"/>
            <w:vAlign w:val="center"/>
          </w:tcPr>
          <w:p w14:paraId="68655482" w14:textId="77777777" w:rsidR="00784220" w:rsidRDefault="00FE5BE6">
            <w:pPr>
              <w:spacing w:line="240" w:lineRule="auto"/>
              <w:jc w:val="center"/>
            </w:pPr>
            <w:r>
              <w:rPr>
                <w:sz w:val="21"/>
              </w:rPr>
              <w:t>S</w:t>
            </w:r>
          </w:p>
        </w:tc>
      </w:tr>
      <w:tr w:rsidR="00784220" w14:paraId="68655488" w14:textId="77777777" w:rsidTr="001000A2">
        <w:trPr>
          <w:cantSplit/>
          <w:jc w:val="center"/>
        </w:trPr>
        <w:tc>
          <w:tcPr>
            <w:tcW w:w="1080" w:type="dxa"/>
            <w:vAlign w:val="center"/>
          </w:tcPr>
          <w:p w14:paraId="68655484" w14:textId="77777777" w:rsidR="00784220" w:rsidRDefault="00784220">
            <w:pPr>
              <w:spacing w:line="240" w:lineRule="auto"/>
            </w:pPr>
          </w:p>
        </w:tc>
        <w:tc>
          <w:tcPr>
            <w:tcW w:w="2088" w:type="dxa"/>
            <w:vAlign w:val="center"/>
          </w:tcPr>
          <w:p w14:paraId="68655485" w14:textId="77777777" w:rsidR="00784220" w:rsidRDefault="00784220">
            <w:pPr>
              <w:spacing w:line="240" w:lineRule="auto"/>
            </w:pPr>
          </w:p>
        </w:tc>
        <w:tc>
          <w:tcPr>
            <w:tcW w:w="4752" w:type="dxa"/>
            <w:vAlign w:val="center"/>
          </w:tcPr>
          <w:p w14:paraId="68655486" w14:textId="77777777" w:rsidR="00784220" w:rsidRDefault="00FE5BE6">
            <w:pPr>
              <w:spacing w:line="240" w:lineRule="auto"/>
            </w:pPr>
            <w:r>
              <w:rPr>
                <w:sz w:val="21"/>
              </w:rPr>
              <w:t>Governor’s Office of Disability Affairs</w:t>
            </w:r>
          </w:p>
        </w:tc>
        <w:tc>
          <w:tcPr>
            <w:tcW w:w="1440" w:type="dxa"/>
            <w:vAlign w:val="center"/>
          </w:tcPr>
          <w:p w14:paraId="68655487" w14:textId="77777777" w:rsidR="00784220" w:rsidRDefault="00FE5BE6">
            <w:pPr>
              <w:spacing w:line="240" w:lineRule="auto"/>
              <w:jc w:val="center"/>
            </w:pPr>
            <w:r>
              <w:rPr>
                <w:sz w:val="21"/>
              </w:rPr>
              <w:t>S</w:t>
            </w:r>
          </w:p>
        </w:tc>
      </w:tr>
      <w:tr w:rsidR="00784220" w14:paraId="6865548D" w14:textId="77777777" w:rsidTr="001000A2">
        <w:trPr>
          <w:cantSplit/>
          <w:jc w:val="center"/>
        </w:trPr>
        <w:tc>
          <w:tcPr>
            <w:tcW w:w="1080" w:type="dxa"/>
            <w:vAlign w:val="center"/>
          </w:tcPr>
          <w:p w14:paraId="68655489" w14:textId="77777777" w:rsidR="00784220" w:rsidRDefault="00784220">
            <w:pPr>
              <w:spacing w:line="240" w:lineRule="auto"/>
            </w:pPr>
          </w:p>
        </w:tc>
        <w:tc>
          <w:tcPr>
            <w:tcW w:w="2088" w:type="dxa"/>
            <w:vAlign w:val="center"/>
          </w:tcPr>
          <w:p w14:paraId="6865548A" w14:textId="77777777" w:rsidR="00784220" w:rsidRDefault="00784220">
            <w:pPr>
              <w:spacing w:line="240" w:lineRule="auto"/>
            </w:pPr>
          </w:p>
        </w:tc>
        <w:tc>
          <w:tcPr>
            <w:tcW w:w="4752" w:type="dxa"/>
            <w:vAlign w:val="center"/>
          </w:tcPr>
          <w:p w14:paraId="6865548B" w14:textId="77777777" w:rsidR="00784220" w:rsidRDefault="00FE5BE6">
            <w:pPr>
              <w:spacing w:line="240" w:lineRule="auto"/>
            </w:pPr>
            <w:r>
              <w:rPr>
                <w:sz w:val="21"/>
              </w:rPr>
              <w:t>Governor’s Office of Elderly Affairs</w:t>
            </w:r>
          </w:p>
        </w:tc>
        <w:tc>
          <w:tcPr>
            <w:tcW w:w="1440" w:type="dxa"/>
            <w:vAlign w:val="center"/>
          </w:tcPr>
          <w:p w14:paraId="6865548C" w14:textId="77777777" w:rsidR="00784220" w:rsidRDefault="00FE5BE6">
            <w:pPr>
              <w:spacing w:line="240" w:lineRule="auto"/>
              <w:jc w:val="center"/>
            </w:pPr>
            <w:r>
              <w:rPr>
                <w:sz w:val="21"/>
              </w:rPr>
              <w:t>S</w:t>
            </w:r>
          </w:p>
        </w:tc>
      </w:tr>
      <w:tr w:rsidR="00784220" w14:paraId="68655492" w14:textId="77777777" w:rsidTr="001000A2">
        <w:trPr>
          <w:cantSplit/>
          <w:jc w:val="center"/>
        </w:trPr>
        <w:tc>
          <w:tcPr>
            <w:tcW w:w="1080" w:type="dxa"/>
            <w:vAlign w:val="center"/>
          </w:tcPr>
          <w:p w14:paraId="6865548E" w14:textId="77777777" w:rsidR="00784220" w:rsidRDefault="00784220">
            <w:pPr>
              <w:spacing w:line="240" w:lineRule="auto"/>
            </w:pPr>
          </w:p>
        </w:tc>
        <w:tc>
          <w:tcPr>
            <w:tcW w:w="2088" w:type="dxa"/>
            <w:vAlign w:val="center"/>
          </w:tcPr>
          <w:p w14:paraId="6865548F" w14:textId="77777777" w:rsidR="00784220" w:rsidRPr="00FE5BE6" w:rsidRDefault="00784220">
            <w:pPr>
              <w:spacing w:line="240" w:lineRule="auto"/>
            </w:pPr>
          </w:p>
        </w:tc>
        <w:tc>
          <w:tcPr>
            <w:tcW w:w="4752" w:type="dxa"/>
            <w:vAlign w:val="center"/>
          </w:tcPr>
          <w:p w14:paraId="68655490" w14:textId="77777777" w:rsidR="00784220" w:rsidRPr="00FE5BE6" w:rsidRDefault="00FE5BE6">
            <w:pPr>
              <w:spacing w:line="240" w:lineRule="auto"/>
            </w:pPr>
            <w:r w:rsidRPr="00FE5BE6">
              <w:rPr>
                <w:sz w:val="21"/>
              </w:rPr>
              <w:t>Governor’s Office – Children’s Cabinet</w:t>
            </w:r>
          </w:p>
        </w:tc>
        <w:tc>
          <w:tcPr>
            <w:tcW w:w="1440" w:type="dxa"/>
            <w:vAlign w:val="center"/>
          </w:tcPr>
          <w:p w14:paraId="68655491" w14:textId="77777777" w:rsidR="00784220" w:rsidRDefault="00FE5BE6">
            <w:pPr>
              <w:spacing w:line="240" w:lineRule="auto"/>
              <w:jc w:val="center"/>
            </w:pPr>
            <w:r>
              <w:rPr>
                <w:sz w:val="21"/>
              </w:rPr>
              <w:t>S</w:t>
            </w:r>
          </w:p>
        </w:tc>
      </w:tr>
      <w:tr w:rsidR="00784220" w14:paraId="68655497" w14:textId="77777777" w:rsidTr="001000A2">
        <w:trPr>
          <w:cantSplit/>
          <w:jc w:val="center"/>
        </w:trPr>
        <w:tc>
          <w:tcPr>
            <w:tcW w:w="1080" w:type="dxa"/>
            <w:vAlign w:val="center"/>
          </w:tcPr>
          <w:p w14:paraId="68655493" w14:textId="77777777" w:rsidR="00784220" w:rsidRDefault="00784220">
            <w:pPr>
              <w:spacing w:line="240" w:lineRule="auto"/>
            </w:pPr>
          </w:p>
        </w:tc>
        <w:tc>
          <w:tcPr>
            <w:tcW w:w="2088" w:type="dxa"/>
            <w:vAlign w:val="center"/>
          </w:tcPr>
          <w:p w14:paraId="68655494" w14:textId="77777777" w:rsidR="00784220" w:rsidRPr="00FE5BE6" w:rsidRDefault="00784220">
            <w:pPr>
              <w:spacing w:line="240" w:lineRule="auto"/>
            </w:pPr>
          </w:p>
        </w:tc>
        <w:tc>
          <w:tcPr>
            <w:tcW w:w="4752" w:type="dxa"/>
            <w:vAlign w:val="center"/>
          </w:tcPr>
          <w:p w14:paraId="68655495" w14:textId="77777777" w:rsidR="00784220" w:rsidRPr="00FE5BE6" w:rsidRDefault="00FE5BE6">
            <w:pPr>
              <w:spacing w:line="240" w:lineRule="auto"/>
            </w:pPr>
            <w:r w:rsidRPr="00FE5BE6">
              <w:rPr>
                <w:sz w:val="21"/>
              </w:rPr>
              <w:t>Louisiana Housing Corporation</w:t>
            </w:r>
          </w:p>
        </w:tc>
        <w:tc>
          <w:tcPr>
            <w:tcW w:w="1440" w:type="dxa"/>
            <w:vAlign w:val="center"/>
          </w:tcPr>
          <w:p w14:paraId="68655496" w14:textId="77777777" w:rsidR="00784220" w:rsidRDefault="00FE5BE6">
            <w:pPr>
              <w:spacing w:line="240" w:lineRule="auto"/>
              <w:jc w:val="center"/>
            </w:pPr>
            <w:r>
              <w:rPr>
                <w:sz w:val="21"/>
              </w:rPr>
              <w:t>S</w:t>
            </w:r>
          </w:p>
        </w:tc>
      </w:tr>
      <w:tr w:rsidR="00784220" w14:paraId="6865549C" w14:textId="77777777" w:rsidTr="001000A2">
        <w:trPr>
          <w:cantSplit/>
          <w:jc w:val="center"/>
        </w:trPr>
        <w:tc>
          <w:tcPr>
            <w:tcW w:w="1080" w:type="dxa"/>
            <w:vAlign w:val="center"/>
          </w:tcPr>
          <w:p w14:paraId="68655498" w14:textId="77777777" w:rsidR="00784220" w:rsidRDefault="00784220">
            <w:pPr>
              <w:spacing w:line="240" w:lineRule="auto"/>
            </w:pPr>
          </w:p>
        </w:tc>
        <w:tc>
          <w:tcPr>
            <w:tcW w:w="2088" w:type="dxa"/>
            <w:vAlign w:val="center"/>
          </w:tcPr>
          <w:p w14:paraId="68655499" w14:textId="77777777" w:rsidR="00784220" w:rsidRPr="00FE5BE6" w:rsidRDefault="00784220">
            <w:pPr>
              <w:spacing w:line="240" w:lineRule="auto"/>
            </w:pPr>
          </w:p>
        </w:tc>
        <w:tc>
          <w:tcPr>
            <w:tcW w:w="4752" w:type="dxa"/>
            <w:vAlign w:val="center"/>
          </w:tcPr>
          <w:p w14:paraId="6865549A" w14:textId="77777777" w:rsidR="00784220" w:rsidRPr="00FE5BE6" w:rsidRDefault="00FE5BE6">
            <w:pPr>
              <w:spacing w:line="240" w:lineRule="auto"/>
            </w:pPr>
            <w:r w:rsidRPr="00FE5BE6">
              <w:rPr>
                <w:sz w:val="21"/>
              </w:rPr>
              <w:t>Louisiana Works</w:t>
            </w:r>
          </w:p>
        </w:tc>
        <w:tc>
          <w:tcPr>
            <w:tcW w:w="1440" w:type="dxa"/>
            <w:vAlign w:val="center"/>
          </w:tcPr>
          <w:p w14:paraId="6865549B" w14:textId="77777777" w:rsidR="00784220" w:rsidRDefault="00FE5BE6">
            <w:pPr>
              <w:spacing w:line="240" w:lineRule="auto"/>
              <w:jc w:val="center"/>
            </w:pPr>
            <w:r>
              <w:rPr>
                <w:sz w:val="21"/>
              </w:rPr>
              <w:t>S</w:t>
            </w:r>
          </w:p>
        </w:tc>
      </w:tr>
      <w:tr w:rsidR="00784220" w14:paraId="686554A1" w14:textId="77777777" w:rsidTr="001000A2">
        <w:trPr>
          <w:cantSplit/>
          <w:jc w:val="center"/>
        </w:trPr>
        <w:tc>
          <w:tcPr>
            <w:tcW w:w="1080" w:type="dxa"/>
            <w:vAlign w:val="center"/>
          </w:tcPr>
          <w:p w14:paraId="6865549D" w14:textId="77777777" w:rsidR="00784220" w:rsidRDefault="00784220">
            <w:pPr>
              <w:spacing w:line="240" w:lineRule="auto"/>
            </w:pPr>
          </w:p>
        </w:tc>
        <w:tc>
          <w:tcPr>
            <w:tcW w:w="2088" w:type="dxa"/>
            <w:vAlign w:val="center"/>
          </w:tcPr>
          <w:p w14:paraId="6865549E" w14:textId="77777777" w:rsidR="00784220" w:rsidRPr="00FE5BE6" w:rsidRDefault="00784220">
            <w:pPr>
              <w:spacing w:line="240" w:lineRule="auto"/>
            </w:pPr>
          </w:p>
        </w:tc>
        <w:tc>
          <w:tcPr>
            <w:tcW w:w="4752" w:type="dxa"/>
            <w:vAlign w:val="center"/>
          </w:tcPr>
          <w:p w14:paraId="6865549F" w14:textId="77777777" w:rsidR="00784220" w:rsidRPr="00FE5BE6" w:rsidRDefault="00FE5BE6">
            <w:pPr>
              <w:spacing w:line="240" w:lineRule="auto"/>
            </w:pPr>
            <w:r w:rsidRPr="00FE5BE6">
              <w:rPr>
                <w:sz w:val="21"/>
              </w:rPr>
              <w:t>Louisiana Department of Corrections</w:t>
            </w:r>
          </w:p>
        </w:tc>
        <w:tc>
          <w:tcPr>
            <w:tcW w:w="1440" w:type="dxa"/>
            <w:vAlign w:val="center"/>
          </w:tcPr>
          <w:p w14:paraId="686554A0" w14:textId="77777777" w:rsidR="00784220" w:rsidRDefault="00FE5BE6">
            <w:pPr>
              <w:spacing w:line="240" w:lineRule="auto"/>
              <w:jc w:val="center"/>
            </w:pPr>
            <w:r>
              <w:rPr>
                <w:sz w:val="21"/>
              </w:rPr>
              <w:t>S</w:t>
            </w:r>
          </w:p>
        </w:tc>
      </w:tr>
      <w:tr w:rsidR="00784220" w14:paraId="686554A6" w14:textId="77777777" w:rsidTr="001000A2">
        <w:trPr>
          <w:cantSplit/>
          <w:jc w:val="center"/>
        </w:trPr>
        <w:tc>
          <w:tcPr>
            <w:tcW w:w="1080" w:type="dxa"/>
            <w:vAlign w:val="center"/>
          </w:tcPr>
          <w:p w14:paraId="686554A2" w14:textId="77777777" w:rsidR="00784220" w:rsidRDefault="00784220">
            <w:pPr>
              <w:spacing w:line="240" w:lineRule="auto"/>
            </w:pPr>
          </w:p>
        </w:tc>
        <w:tc>
          <w:tcPr>
            <w:tcW w:w="2088" w:type="dxa"/>
            <w:vAlign w:val="center"/>
          </w:tcPr>
          <w:p w14:paraId="686554A3" w14:textId="77777777" w:rsidR="00784220" w:rsidRDefault="00784220">
            <w:pPr>
              <w:spacing w:line="240" w:lineRule="auto"/>
            </w:pPr>
          </w:p>
        </w:tc>
        <w:tc>
          <w:tcPr>
            <w:tcW w:w="4752" w:type="dxa"/>
            <w:vAlign w:val="center"/>
          </w:tcPr>
          <w:p w14:paraId="686554A4" w14:textId="77777777" w:rsidR="00784220" w:rsidRDefault="00FE5BE6">
            <w:pPr>
              <w:spacing w:line="240" w:lineRule="auto"/>
            </w:pPr>
            <w:r>
              <w:rPr>
                <w:sz w:val="21"/>
              </w:rPr>
              <w:t>Louisiana Department of Environmental Quality</w:t>
            </w:r>
          </w:p>
        </w:tc>
        <w:tc>
          <w:tcPr>
            <w:tcW w:w="1440" w:type="dxa"/>
            <w:vAlign w:val="center"/>
          </w:tcPr>
          <w:p w14:paraId="686554A5" w14:textId="77777777" w:rsidR="00784220" w:rsidRDefault="00FE5BE6">
            <w:pPr>
              <w:spacing w:line="240" w:lineRule="auto"/>
              <w:jc w:val="center"/>
            </w:pPr>
            <w:r>
              <w:rPr>
                <w:sz w:val="21"/>
              </w:rPr>
              <w:t>S</w:t>
            </w:r>
          </w:p>
        </w:tc>
      </w:tr>
      <w:tr w:rsidR="00784220" w14:paraId="686554AB" w14:textId="77777777" w:rsidTr="001000A2">
        <w:trPr>
          <w:cantSplit/>
          <w:jc w:val="center"/>
        </w:trPr>
        <w:tc>
          <w:tcPr>
            <w:tcW w:w="1080" w:type="dxa"/>
            <w:vAlign w:val="center"/>
          </w:tcPr>
          <w:p w14:paraId="686554A7" w14:textId="77777777" w:rsidR="00784220" w:rsidRDefault="00784220">
            <w:pPr>
              <w:spacing w:line="240" w:lineRule="auto"/>
            </w:pPr>
          </w:p>
        </w:tc>
        <w:tc>
          <w:tcPr>
            <w:tcW w:w="2088" w:type="dxa"/>
            <w:vAlign w:val="center"/>
          </w:tcPr>
          <w:p w14:paraId="686554A8" w14:textId="77777777" w:rsidR="00784220" w:rsidRDefault="00784220">
            <w:pPr>
              <w:spacing w:line="240" w:lineRule="auto"/>
            </w:pPr>
          </w:p>
        </w:tc>
        <w:tc>
          <w:tcPr>
            <w:tcW w:w="4752" w:type="dxa"/>
            <w:vAlign w:val="center"/>
          </w:tcPr>
          <w:p w14:paraId="686554A9" w14:textId="77777777" w:rsidR="00784220" w:rsidRDefault="00FE5BE6">
            <w:pPr>
              <w:spacing w:line="240" w:lineRule="auto"/>
            </w:pPr>
            <w:r>
              <w:rPr>
                <w:sz w:val="21"/>
              </w:rPr>
              <w:t>Louisiana Department of Revenue</w:t>
            </w:r>
          </w:p>
        </w:tc>
        <w:tc>
          <w:tcPr>
            <w:tcW w:w="1440" w:type="dxa"/>
            <w:vAlign w:val="center"/>
          </w:tcPr>
          <w:p w14:paraId="686554AA" w14:textId="77777777" w:rsidR="00784220" w:rsidRDefault="00FE5BE6">
            <w:pPr>
              <w:spacing w:line="240" w:lineRule="auto"/>
              <w:jc w:val="center"/>
            </w:pPr>
            <w:r>
              <w:rPr>
                <w:sz w:val="21"/>
              </w:rPr>
              <w:t>S</w:t>
            </w:r>
          </w:p>
        </w:tc>
      </w:tr>
      <w:tr w:rsidR="00784220" w14:paraId="686554B0" w14:textId="77777777" w:rsidTr="001000A2">
        <w:trPr>
          <w:cantSplit/>
          <w:jc w:val="center"/>
        </w:trPr>
        <w:tc>
          <w:tcPr>
            <w:tcW w:w="1080" w:type="dxa"/>
            <w:vAlign w:val="center"/>
          </w:tcPr>
          <w:p w14:paraId="686554AC" w14:textId="77777777" w:rsidR="00784220" w:rsidRDefault="00784220">
            <w:pPr>
              <w:spacing w:line="240" w:lineRule="auto"/>
            </w:pPr>
          </w:p>
        </w:tc>
        <w:tc>
          <w:tcPr>
            <w:tcW w:w="2088" w:type="dxa"/>
            <w:vAlign w:val="center"/>
          </w:tcPr>
          <w:p w14:paraId="686554AD" w14:textId="77777777" w:rsidR="00784220" w:rsidRDefault="00784220">
            <w:pPr>
              <w:spacing w:line="240" w:lineRule="auto"/>
            </w:pPr>
          </w:p>
        </w:tc>
        <w:tc>
          <w:tcPr>
            <w:tcW w:w="4752" w:type="dxa"/>
            <w:vAlign w:val="center"/>
          </w:tcPr>
          <w:p w14:paraId="686554AE" w14:textId="77777777" w:rsidR="00784220" w:rsidRDefault="00FE5BE6">
            <w:pPr>
              <w:spacing w:line="240" w:lineRule="auto"/>
            </w:pPr>
            <w:r>
              <w:rPr>
                <w:sz w:val="21"/>
              </w:rPr>
              <w:t>Louisiana United Way &amp; 211</w:t>
            </w:r>
          </w:p>
        </w:tc>
        <w:tc>
          <w:tcPr>
            <w:tcW w:w="1440" w:type="dxa"/>
            <w:vAlign w:val="center"/>
          </w:tcPr>
          <w:p w14:paraId="686554AF" w14:textId="77777777" w:rsidR="00784220" w:rsidRDefault="00FE5BE6">
            <w:pPr>
              <w:spacing w:line="240" w:lineRule="auto"/>
              <w:jc w:val="center"/>
            </w:pPr>
            <w:r>
              <w:rPr>
                <w:sz w:val="21"/>
              </w:rPr>
              <w:t>S</w:t>
            </w:r>
          </w:p>
        </w:tc>
      </w:tr>
      <w:tr w:rsidR="00784220" w14:paraId="686554B5" w14:textId="77777777" w:rsidTr="001000A2">
        <w:trPr>
          <w:cantSplit/>
          <w:jc w:val="center"/>
        </w:trPr>
        <w:tc>
          <w:tcPr>
            <w:tcW w:w="1080" w:type="dxa"/>
            <w:vAlign w:val="center"/>
          </w:tcPr>
          <w:p w14:paraId="686554B1" w14:textId="77777777" w:rsidR="00784220" w:rsidRDefault="00784220">
            <w:pPr>
              <w:spacing w:line="240" w:lineRule="auto"/>
            </w:pPr>
          </w:p>
        </w:tc>
        <w:tc>
          <w:tcPr>
            <w:tcW w:w="2088" w:type="dxa"/>
            <w:vAlign w:val="center"/>
          </w:tcPr>
          <w:p w14:paraId="686554B2" w14:textId="77777777" w:rsidR="00784220" w:rsidRDefault="00784220">
            <w:pPr>
              <w:spacing w:line="240" w:lineRule="auto"/>
            </w:pPr>
          </w:p>
        </w:tc>
        <w:tc>
          <w:tcPr>
            <w:tcW w:w="4752" w:type="dxa"/>
            <w:vAlign w:val="center"/>
          </w:tcPr>
          <w:p w14:paraId="686554B3" w14:textId="77777777" w:rsidR="00784220" w:rsidRDefault="00FE5BE6">
            <w:pPr>
              <w:spacing w:line="240" w:lineRule="auto"/>
            </w:pPr>
            <w:r>
              <w:rPr>
                <w:sz w:val="21"/>
              </w:rPr>
              <w:t>Feeding Louisiana</w:t>
            </w:r>
          </w:p>
        </w:tc>
        <w:tc>
          <w:tcPr>
            <w:tcW w:w="1440" w:type="dxa"/>
            <w:vAlign w:val="center"/>
          </w:tcPr>
          <w:p w14:paraId="686554B4" w14:textId="77777777" w:rsidR="00784220" w:rsidRDefault="00FE5BE6">
            <w:pPr>
              <w:spacing w:line="240" w:lineRule="auto"/>
              <w:jc w:val="center"/>
            </w:pPr>
            <w:r>
              <w:rPr>
                <w:sz w:val="21"/>
              </w:rPr>
              <w:t>S</w:t>
            </w:r>
          </w:p>
        </w:tc>
      </w:tr>
      <w:tr w:rsidR="00784220" w14:paraId="686554BA" w14:textId="77777777" w:rsidTr="001000A2">
        <w:trPr>
          <w:cantSplit/>
          <w:jc w:val="center"/>
        </w:trPr>
        <w:tc>
          <w:tcPr>
            <w:tcW w:w="1080" w:type="dxa"/>
            <w:vAlign w:val="center"/>
          </w:tcPr>
          <w:p w14:paraId="686554B6" w14:textId="77777777" w:rsidR="00784220" w:rsidRDefault="00784220">
            <w:pPr>
              <w:spacing w:line="240" w:lineRule="auto"/>
            </w:pPr>
          </w:p>
        </w:tc>
        <w:tc>
          <w:tcPr>
            <w:tcW w:w="2088" w:type="dxa"/>
            <w:vAlign w:val="center"/>
          </w:tcPr>
          <w:p w14:paraId="686554B7" w14:textId="77777777" w:rsidR="00784220" w:rsidRDefault="00784220">
            <w:pPr>
              <w:spacing w:line="240" w:lineRule="auto"/>
            </w:pPr>
          </w:p>
        </w:tc>
        <w:tc>
          <w:tcPr>
            <w:tcW w:w="4752" w:type="dxa"/>
            <w:vAlign w:val="center"/>
          </w:tcPr>
          <w:p w14:paraId="686554B8" w14:textId="77777777" w:rsidR="00784220" w:rsidRDefault="00784220">
            <w:pPr>
              <w:spacing w:line="240" w:lineRule="auto"/>
            </w:pPr>
          </w:p>
        </w:tc>
        <w:tc>
          <w:tcPr>
            <w:tcW w:w="1440" w:type="dxa"/>
            <w:vAlign w:val="center"/>
          </w:tcPr>
          <w:p w14:paraId="686554B9" w14:textId="77777777" w:rsidR="00784220" w:rsidRDefault="00784220">
            <w:pPr>
              <w:spacing w:line="240" w:lineRule="auto"/>
              <w:jc w:val="center"/>
            </w:pPr>
          </w:p>
        </w:tc>
      </w:tr>
      <w:tr w:rsidR="00784220" w14:paraId="686554BF" w14:textId="77777777" w:rsidTr="001000A2">
        <w:trPr>
          <w:cantSplit/>
          <w:jc w:val="center"/>
        </w:trPr>
        <w:tc>
          <w:tcPr>
            <w:tcW w:w="1080" w:type="dxa"/>
            <w:vAlign w:val="center"/>
          </w:tcPr>
          <w:p w14:paraId="686554BB" w14:textId="77777777" w:rsidR="00784220" w:rsidRDefault="00FE5BE6">
            <w:pPr>
              <w:spacing w:line="240" w:lineRule="auto"/>
            </w:pPr>
            <w:r>
              <w:rPr>
                <w:b/>
                <w:sz w:val="21"/>
              </w:rPr>
              <w:t>RSF 4</w:t>
            </w:r>
          </w:p>
        </w:tc>
        <w:tc>
          <w:tcPr>
            <w:tcW w:w="2088" w:type="dxa"/>
            <w:vAlign w:val="center"/>
          </w:tcPr>
          <w:p w14:paraId="686554BC" w14:textId="77777777" w:rsidR="00784220" w:rsidRDefault="00FE5BE6">
            <w:pPr>
              <w:spacing w:line="240" w:lineRule="auto"/>
            </w:pPr>
            <w:r>
              <w:rPr>
                <w:sz w:val="21"/>
              </w:rPr>
              <w:t>Housing</w:t>
            </w:r>
          </w:p>
        </w:tc>
        <w:tc>
          <w:tcPr>
            <w:tcW w:w="4752" w:type="dxa"/>
            <w:vAlign w:val="center"/>
          </w:tcPr>
          <w:p w14:paraId="686554BD" w14:textId="77777777" w:rsidR="00784220" w:rsidRDefault="00FE5BE6">
            <w:pPr>
              <w:spacing w:line="240" w:lineRule="auto"/>
            </w:pPr>
            <w:r>
              <w:rPr>
                <w:sz w:val="21"/>
              </w:rPr>
              <w:t>Louisiana Housing Corporation</w:t>
            </w:r>
          </w:p>
        </w:tc>
        <w:tc>
          <w:tcPr>
            <w:tcW w:w="1440" w:type="dxa"/>
            <w:vAlign w:val="center"/>
          </w:tcPr>
          <w:p w14:paraId="686554BE" w14:textId="77777777" w:rsidR="00784220" w:rsidRDefault="00FE5BE6">
            <w:pPr>
              <w:spacing w:line="240" w:lineRule="auto"/>
              <w:jc w:val="center"/>
            </w:pPr>
            <w:r>
              <w:rPr>
                <w:sz w:val="21"/>
              </w:rPr>
              <w:t>P</w:t>
            </w:r>
          </w:p>
        </w:tc>
      </w:tr>
      <w:tr w:rsidR="00784220" w14:paraId="686554C4" w14:textId="77777777" w:rsidTr="001000A2">
        <w:trPr>
          <w:cantSplit/>
          <w:jc w:val="center"/>
        </w:trPr>
        <w:tc>
          <w:tcPr>
            <w:tcW w:w="1080" w:type="dxa"/>
            <w:vAlign w:val="center"/>
          </w:tcPr>
          <w:p w14:paraId="686554C0" w14:textId="77777777" w:rsidR="00784220" w:rsidRDefault="00784220">
            <w:pPr>
              <w:spacing w:line="240" w:lineRule="auto"/>
            </w:pPr>
          </w:p>
        </w:tc>
        <w:tc>
          <w:tcPr>
            <w:tcW w:w="2088" w:type="dxa"/>
            <w:vAlign w:val="center"/>
          </w:tcPr>
          <w:p w14:paraId="686554C1" w14:textId="77777777" w:rsidR="00784220" w:rsidRDefault="00784220">
            <w:pPr>
              <w:spacing w:line="240" w:lineRule="auto"/>
            </w:pPr>
          </w:p>
        </w:tc>
        <w:tc>
          <w:tcPr>
            <w:tcW w:w="4752" w:type="dxa"/>
            <w:vAlign w:val="center"/>
          </w:tcPr>
          <w:p w14:paraId="686554C2" w14:textId="77777777" w:rsidR="00784220" w:rsidRDefault="00FE5BE6">
            <w:pPr>
              <w:spacing w:line="240" w:lineRule="auto"/>
            </w:pPr>
            <w:r>
              <w:rPr>
                <w:sz w:val="21"/>
              </w:rPr>
              <w:t>Louisiana Department of Health</w:t>
            </w:r>
          </w:p>
        </w:tc>
        <w:tc>
          <w:tcPr>
            <w:tcW w:w="1440" w:type="dxa"/>
            <w:vAlign w:val="center"/>
          </w:tcPr>
          <w:p w14:paraId="686554C3" w14:textId="77777777" w:rsidR="00784220" w:rsidRDefault="00FE5BE6">
            <w:pPr>
              <w:spacing w:line="240" w:lineRule="auto"/>
              <w:jc w:val="center"/>
            </w:pPr>
            <w:r>
              <w:rPr>
                <w:sz w:val="21"/>
              </w:rPr>
              <w:t>S</w:t>
            </w:r>
          </w:p>
        </w:tc>
      </w:tr>
      <w:tr w:rsidR="00784220" w14:paraId="686554C9" w14:textId="77777777" w:rsidTr="001000A2">
        <w:trPr>
          <w:cantSplit/>
          <w:jc w:val="center"/>
        </w:trPr>
        <w:tc>
          <w:tcPr>
            <w:tcW w:w="1080" w:type="dxa"/>
            <w:vAlign w:val="center"/>
          </w:tcPr>
          <w:p w14:paraId="686554C5" w14:textId="77777777" w:rsidR="00784220" w:rsidRDefault="00784220">
            <w:pPr>
              <w:spacing w:line="240" w:lineRule="auto"/>
            </w:pPr>
          </w:p>
        </w:tc>
        <w:tc>
          <w:tcPr>
            <w:tcW w:w="2088" w:type="dxa"/>
            <w:vAlign w:val="center"/>
          </w:tcPr>
          <w:p w14:paraId="686554C6" w14:textId="77777777" w:rsidR="00784220" w:rsidRDefault="00784220">
            <w:pPr>
              <w:spacing w:line="240" w:lineRule="auto"/>
            </w:pPr>
          </w:p>
        </w:tc>
        <w:tc>
          <w:tcPr>
            <w:tcW w:w="4752" w:type="dxa"/>
            <w:vAlign w:val="center"/>
          </w:tcPr>
          <w:p w14:paraId="686554C7"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C8" w14:textId="77777777" w:rsidR="00784220" w:rsidRDefault="00FE5BE6">
            <w:pPr>
              <w:spacing w:line="240" w:lineRule="auto"/>
              <w:jc w:val="center"/>
            </w:pPr>
            <w:r>
              <w:rPr>
                <w:sz w:val="21"/>
              </w:rPr>
              <w:t>S</w:t>
            </w:r>
          </w:p>
        </w:tc>
      </w:tr>
      <w:tr w:rsidR="00784220" w14:paraId="686554CE" w14:textId="77777777" w:rsidTr="001000A2">
        <w:trPr>
          <w:cantSplit/>
          <w:jc w:val="center"/>
        </w:trPr>
        <w:tc>
          <w:tcPr>
            <w:tcW w:w="1080" w:type="dxa"/>
            <w:vAlign w:val="center"/>
          </w:tcPr>
          <w:p w14:paraId="686554CA" w14:textId="77777777" w:rsidR="00784220" w:rsidRDefault="00784220">
            <w:pPr>
              <w:spacing w:line="240" w:lineRule="auto"/>
            </w:pPr>
          </w:p>
        </w:tc>
        <w:tc>
          <w:tcPr>
            <w:tcW w:w="2088" w:type="dxa"/>
            <w:vAlign w:val="center"/>
          </w:tcPr>
          <w:p w14:paraId="686554CB" w14:textId="77777777" w:rsidR="00784220" w:rsidRDefault="00784220">
            <w:pPr>
              <w:spacing w:line="240" w:lineRule="auto"/>
            </w:pPr>
          </w:p>
        </w:tc>
        <w:tc>
          <w:tcPr>
            <w:tcW w:w="4752" w:type="dxa"/>
            <w:vAlign w:val="center"/>
          </w:tcPr>
          <w:p w14:paraId="686554CC" w14:textId="77777777" w:rsidR="00784220" w:rsidRDefault="00FE5BE6">
            <w:pPr>
              <w:spacing w:line="240" w:lineRule="auto"/>
            </w:pPr>
            <w:r>
              <w:rPr>
                <w:sz w:val="21"/>
              </w:rPr>
              <w:t>Louisiana Economic Development</w:t>
            </w:r>
          </w:p>
        </w:tc>
        <w:tc>
          <w:tcPr>
            <w:tcW w:w="1440" w:type="dxa"/>
            <w:vAlign w:val="center"/>
          </w:tcPr>
          <w:p w14:paraId="686554CD" w14:textId="77777777" w:rsidR="00784220" w:rsidRDefault="00FE5BE6">
            <w:pPr>
              <w:spacing w:line="240" w:lineRule="auto"/>
              <w:jc w:val="center"/>
            </w:pPr>
            <w:r>
              <w:rPr>
                <w:sz w:val="21"/>
              </w:rPr>
              <w:t>S</w:t>
            </w:r>
          </w:p>
        </w:tc>
      </w:tr>
      <w:tr w:rsidR="00784220" w14:paraId="686554D3" w14:textId="77777777" w:rsidTr="001000A2">
        <w:trPr>
          <w:cantSplit/>
          <w:jc w:val="center"/>
        </w:trPr>
        <w:tc>
          <w:tcPr>
            <w:tcW w:w="1080" w:type="dxa"/>
            <w:vAlign w:val="center"/>
          </w:tcPr>
          <w:p w14:paraId="686554CF" w14:textId="77777777" w:rsidR="00784220" w:rsidRDefault="00784220">
            <w:pPr>
              <w:spacing w:line="240" w:lineRule="auto"/>
            </w:pPr>
          </w:p>
        </w:tc>
        <w:tc>
          <w:tcPr>
            <w:tcW w:w="2088" w:type="dxa"/>
            <w:vAlign w:val="center"/>
          </w:tcPr>
          <w:p w14:paraId="686554D0" w14:textId="77777777" w:rsidR="00784220" w:rsidRDefault="00784220">
            <w:pPr>
              <w:spacing w:line="240" w:lineRule="auto"/>
            </w:pPr>
          </w:p>
        </w:tc>
        <w:tc>
          <w:tcPr>
            <w:tcW w:w="4752" w:type="dxa"/>
            <w:vAlign w:val="center"/>
          </w:tcPr>
          <w:p w14:paraId="686554D1" w14:textId="77777777" w:rsidR="00784220" w:rsidRDefault="00FE5BE6">
            <w:pPr>
              <w:spacing w:line="240" w:lineRule="auto"/>
            </w:pPr>
            <w:r>
              <w:rPr>
                <w:sz w:val="21"/>
              </w:rPr>
              <w:t>Louisiana VOAD</w:t>
            </w:r>
          </w:p>
        </w:tc>
        <w:tc>
          <w:tcPr>
            <w:tcW w:w="1440" w:type="dxa"/>
            <w:vAlign w:val="center"/>
          </w:tcPr>
          <w:p w14:paraId="686554D2" w14:textId="77777777" w:rsidR="00784220" w:rsidRDefault="00FE5BE6">
            <w:pPr>
              <w:spacing w:line="240" w:lineRule="auto"/>
              <w:jc w:val="center"/>
            </w:pPr>
            <w:r>
              <w:rPr>
                <w:sz w:val="21"/>
              </w:rPr>
              <w:t>S</w:t>
            </w:r>
          </w:p>
        </w:tc>
      </w:tr>
      <w:tr w:rsidR="00784220" w14:paraId="686554D8" w14:textId="77777777" w:rsidTr="001000A2">
        <w:trPr>
          <w:cantSplit/>
          <w:jc w:val="center"/>
        </w:trPr>
        <w:tc>
          <w:tcPr>
            <w:tcW w:w="1080" w:type="dxa"/>
            <w:vAlign w:val="center"/>
          </w:tcPr>
          <w:p w14:paraId="686554D4" w14:textId="77777777" w:rsidR="00784220" w:rsidRDefault="00784220">
            <w:pPr>
              <w:spacing w:line="240" w:lineRule="auto"/>
            </w:pPr>
          </w:p>
        </w:tc>
        <w:tc>
          <w:tcPr>
            <w:tcW w:w="2088" w:type="dxa"/>
            <w:vAlign w:val="center"/>
          </w:tcPr>
          <w:p w14:paraId="686554D5" w14:textId="77777777" w:rsidR="00784220" w:rsidRDefault="00784220">
            <w:pPr>
              <w:spacing w:line="240" w:lineRule="auto"/>
            </w:pPr>
          </w:p>
        </w:tc>
        <w:tc>
          <w:tcPr>
            <w:tcW w:w="4752" w:type="dxa"/>
            <w:vAlign w:val="center"/>
          </w:tcPr>
          <w:p w14:paraId="686554D6" w14:textId="77777777" w:rsidR="00784220" w:rsidRDefault="00FE5BE6">
            <w:pPr>
              <w:spacing w:line="240" w:lineRule="auto"/>
            </w:pPr>
            <w:r>
              <w:rPr>
                <w:sz w:val="21"/>
              </w:rPr>
              <w:t>Office of the Lieutenant Governor-Volunteer Louisiana</w:t>
            </w:r>
          </w:p>
        </w:tc>
        <w:tc>
          <w:tcPr>
            <w:tcW w:w="1440" w:type="dxa"/>
            <w:vAlign w:val="center"/>
          </w:tcPr>
          <w:p w14:paraId="686554D7" w14:textId="77777777" w:rsidR="00784220" w:rsidRDefault="00FE5BE6">
            <w:pPr>
              <w:spacing w:line="240" w:lineRule="auto"/>
              <w:jc w:val="center"/>
            </w:pPr>
            <w:r>
              <w:rPr>
                <w:sz w:val="21"/>
              </w:rPr>
              <w:t>S</w:t>
            </w:r>
          </w:p>
        </w:tc>
      </w:tr>
      <w:tr w:rsidR="00784220" w14:paraId="686554DD" w14:textId="77777777" w:rsidTr="001000A2">
        <w:trPr>
          <w:cantSplit/>
          <w:jc w:val="center"/>
        </w:trPr>
        <w:tc>
          <w:tcPr>
            <w:tcW w:w="1080" w:type="dxa"/>
            <w:vAlign w:val="center"/>
          </w:tcPr>
          <w:p w14:paraId="686554D9" w14:textId="77777777" w:rsidR="00784220" w:rsidRDefault="00784220">
            <w:pPr>
              <w:spacing w:line="240" w:lineRule="auto"/>
            </w:pPr>
          </w:p>
        </w:tc>
        <w:tc>
          <w:tcPr>
            <w:tcW w:w="2088" w:type="dxa"/>
            <w:vAlign w:val="center"/>
          </w:tcPr>
          <w:p w14:paraId="686554DA" w14:textId="77777777" w:rsidR="00784220" w:rsidRDefault="00784220">
            <w:pPr>
              <w:spacing w:line="240" w:lineRule="auto"/>
            </w:pPr>
          </w:p>
        </w:tc>
        <w:tc>
          <w:tcPr>
            <w:tcW w:w="4752" w:type="dxa"/>
            <w:vAlign w:val="center"/>
          </w:tcPr>
          <w:p w14:paraId="686554DB" w14:textId="77777777" w:rsidR="00784220" w:rsidRDefault="00FE5BE6">
            <w:pPr>
              <w:spacing w:line="240" w:lineRule="auto"/>
            </w:pPr>
            <w:r>
              <w:rPr>
                <w:sz w:val="21"/>
              </w:rPr>
              <w:t>Governor’s Office of Disability Affairs</w:t>
            </w:r>
          </w:p>
        </w:tc>
        <w:tc>
          <w:tcPr>
            <w:tcW w:w="1440" w:type="dxa"/>
            <w:vAlign w:val="center"/>
          </w:tcPr>
          <w:p w14:paraId="686554DC" w14:textId="77777777" w:rsidR="00784220" w:rsidRDefault="00FE5BE6">
            <w:pPr>
              <w:spacing w:line="240" w:lineRule="auto"/>
              <w:jc w:val="center"/>
            </w:pPr>
            <w:r>
              <w:rPr>
                <w:sz w:val="21"/>
              </w:rPr>
              <w:t>S</w:t>
            </w:r>
          </w:p>
        </w:tc>
      </w:tr>
      <w:tr w:rsidR="00784220" w14:paraId="686554E2" w14:textId="77777777" w:rsidTr="001000A2">
        <w:trPr>
          <w:cantSplit/>
          <w:jc w:val="center"/>
        </w:trPr>
        <w:tc>
          <w:tcPr>
            <w:tcW w:w="1080" w:type="dxa"/>
            <w:vAlign w:val="center"/>
          </w:tcPr>
          <w:p w14:paraId="686554DE" w14:textId="77777777" w:rsidR="00784220" w:rsidRDefault="00784220">
            <w:pPr>
              <w:spacing w:line="240" w:lineRule="auto"/>
            </w:pPr>
          </w:p>
        </w:tc>
        <w:tc>
          <w:tcPr>
            <w:tcW w:w="2088" w:type="dxa"/>
            <w:vAlign w:val="center"/>
          </w:tcPr>
          <w:p w14:paraId="686554DF" w14:textId="77777777" w:rsidR="00784220" w:rsidRDefault="00784220">
            <w:pPr>
              <w:spacing w:line="240" w:lineRule="auto"/>
            </w:pPr>
          </w:p>
        </w:tc>
        <w:tc>
          <w:tcPr>
            <w:tcW w:w="4752" w:type="dxa"/>
            <w:vAlign w:val="center"/>
          </w:tcPr>
          <w:p w14:paraId="686554E0" w14:textId="77777777" w:rsidR="00784220" w:rsidRDefault="00FE5BE6">
            <w:pPr>
              <w:spacing w:line="240" w:lineRule="auto"/>
            </w:pPr>
            <w:r>
              <w:rPr>
                <w:sz w:val="21"/>
              </w:rPr>
              <w:t>Governor’s Office of Elderly Affairs</w:t>
            </w:r>
          </w:p>
        </w:tc>
        <w:tc>
          <w:tcPr>
            <w:tcW w:w="1440" w:type="dxa"/>
            <w:vAlign w:val="center"/>
          </w:tcPr>
          <w:p w14:paraId="686554E1" w14:textId="77777777" w:rsidR="00784220" w:rsidRDefault="00FE5BE6">
            <w:pPr>
              <w:spacing w:line="240" w:lineRule="auto"/>
              <w:jc w:val="center"/>
            </w:pPr>
            <w:r>
              <w:rPr>
                <w:sz w:val="21"/>
              </w:rPr>
              <w:t>S</w:t>
            </w:r>
          </w:p>
        </w:tc>
      </w:tr>
      <w:tr w:rsidR="00784220" w14:paraId="686554E7" w14:textId="77777777" w:rsidTr="001000A2">
        <w:trPr>
          <w:cantSplit/>
          <w:jc w:val="center"/>
        </w:trPr>
        <w:tc>
          <w:tcPr>
            <w:tcW w:w="1080" w:type="dxa"/>
            <w:vAlign w:val="center"/>
          </w:tcPr>
          <w:p w14:paraId="686554E3" w14:textId="77777777" w:rsidR="00784220" w:rsidRDefault="00784220">
            <w:pPr>
              <w:spacing w:line="240" w:lineRule="auto"/>
            </w:pPr>
          </w:p>
        </w:tc>
        <w:tc>
          <w:tcPr>
            <w:tcW w:w="2088" w:type="dxa"/>
            <w:vAlign w:val="center"/>
          </w:tcPr>
          <w:p w14:paraId="686554E4" w14:textId="77777777" w:rsidR="00784220" w:rsidRDefault="00784220">
            <w:pPr>
              <w:spacing w:line="240" w:lineRule="auto"/>
            </w:pPr>
          </w:p>
        </w:tc>
        <w:tc>
          <w:tcPr>
            <w:tcW w:w="4752" w:type="dxa"/>
            <w:vAlign w:val="center"/>
          </w:tcPr>
          <w:p w14:paraId="686554E5" w14:textId="77777777" w:rsidR="00784220" w:rsidRDefault="00784220">
            <w:pPr>
              <w:spacing w:line="240" w:lineRule="auto"/>
            </w:pPr>
          </w:p>
        </w:tc>
        <w:tc>
          <w:tcPr>
            <w:tcW w:w="1440" w:type="dxa"/>
            <w:vAlign w:val="center"/>
          </w:tcPr>
          <w:p w14:paraId="686554E6" w14:textId="77777777" w:rsidR="00784220" w:rsidRDefault="00784220">
            <w:pPr>
              <w:spacing w:line="240" w:lineRule="auto"/>
              <w:jc w:val="center"/>
            </w:pPr>
          </w:p>
        </w:tc>
      </w:tr>
      <w:tr w:rsidR="00784220" w14:paraId="686554EC" w14:textId="77777777" w:rsidTr="001000A2">
        <w:trPr>
          <w:cantSplit/>
          <w:jc w:val="center"/>
        </w:trPr>
        <w:tc>
          <w:tcPr>
            <w:tcW w:w="1080" w:type="dxa"/>
            <w:vAlign w:val="center"/>
          </w:tcPr>
          <w:p w14:paraId="686554E8" w14:textId="77777777" w:rsidR="00784220" w:rsidRDefault="00FE5BE6">
            <w:pPr>
              <w:spacing w:line="240" w:lineRule="auto"/>
            </w:pPr>
            <w:r>
              <w:rPr>
                <w:b/>
                <w:sz w:val="21"/>
              </w:rPr>
              <w:t>RSF 5</w:t>
            </w:r>
          </w:p>
        </w:tc>
        <w:tc>
          <w:tcPr>
            <w:tcW w:w="2088" w:type="dxa"/>
            <w:vAlign w:val="center"/>
          </w:tcPr>
          <w:p w14:paraId="686554E9" w14:textId="77777777" w:rsidR="00784220" w:rsidRDefault="00FE5BE6">
            <w:pPr>
              <w:spacing w:line="240" w:lineRule="auto"/>
            </w:pPr>
            <w:r>
              <w:rPr>
                <w:sz w:val="21"/>
              </w:rPr>
              <w:t>Infrastructure Systems</w:t>
            </w:r>
          </w:p>
        </w:tc>
        <w:tc>
          <w:tcPr>
            <w:tcW w:w="4752" w:type="dxa"/>
            <w:vAlign w:val="center"/>
          </w:tcPr>
          <w:p w14:paraId="686554EA" w14:textId="77777777" w:rsidR="00784220" w:rsidRDefault="00FE5BE6">
            <w:pPr>
              <w:spacing w:line="240" w:lineRule="auto"/>
            </w:pPr>
            <w:r>
              <w:rPr>
                <w:sz w:val="21"/>
              </w:rPr>
              <w:t>Department of Transportation and Development</w:t>
            </w:r>
          </w:p>
        </w:tc>
        <w:tc>
          <w:tcPr>
            <w:tcW w:w="1440" w:type="dxa"/>
            <w:vAlign w:val="center"/>
          </w:tcPr>
          <w:p w14:paraId="686554EB" w14:textId="77777777" w:rsidR="00784220" w:rsidRDefault="00FE5BE6">
            <w:pPr>
              <w:spacing w:line="240" w:lineRule="auto"/>
              <w:jc w:val="center"/>
            </w:pPr>
            <w:r>
              <w:rPr>
                <w:sz w:val="21"/>
              </w:rPr>
              <w:t>P</w:t>
            </w:r>
          </w:p>
        </w:tc>
      </w:tr>
      <w:tr w:rsidR="00784220" w14:paraId="686554F1" w14:textId="77777777" w:rsidTr="001000A2">
        <w:trPr>
          <w:cantSplit/>
          <w:jc w:val="center"/>
        </w:trPr>
        <w:tc>
          <w:tcPr>
            <w:tcW w:w="1080" w:type="dxa"/>
            <w:vAlign w:val="center"/>
          </w:tcPr>
          <w:p w14:paraId="686554ED" w14:textId="77777777" w:rsidR="00784220" w:rsidRDefault="00784220">
            <w:pPr>
              <w:spacing w:line="240" w:lineRule="auto"/>
            </w:pPr>
          </w:p>
        </w:tc>
        <w:tc>
          <w:tcPr>
            <w:tcW w:w="2088" w:type="dxa"/>
            <w:vAlign w:val="center"/>
          </w:tcPr>
          <w:p w14:paraId="686554EE" w14:textId="77777777" w:rsidR="00784220" w:rsidRDefault="00784220">
            <w:pPr>
              <w:spacing w:line="240" w:lineRule="auto"/>
            </w:pPr>
          </w:p>
        </w:tc>
        <w:tc>
          <w:tcPr>
            <w:tcW w:w="4752" w:type="dxa"/>
            <w:vAlign w:val="center"/>
          </w:tcPr>
          <w:p w14:paraId="686554EF" w14:textId="77777777" w:rsidR="00784220" w:rsidRDefault="00FE5BE6">
            <w:pPr>
              <w:spacing w:line="240" w:lineRule="auto"/>
            </w:pPr>
            <w:r>
              <w:rPr>
                <w:sz w:val="21"/>
              </w:rPr>
              <w:t>Coastal Protection and Restoration Authority</w:t>
            </w:r>
          </w:p>
        </w:tc>
        <w:tc>
          <w:tcPr>
            <w:tcW w:w="1440" w:type="dxa"/>
            <w:vAlign w:val="center"/>
          </w:tcPr>
          <w:p w14:paraId="686554F0" w14:textId="77777777" w:rsidR="00784220" w:rsidRDefault="00FE5BE6">
            <w:pPr>
              <w:spacing w:line="240" w:lineRule="auto"/>
              <w:jc w:val="center"/>
            </w:pPr>
            <w:r>
              <w:rPr>
                <w:sz w:val="21"/>
              </w:rPr>
              <w:t>P</w:t>
            </w:r>
          </w:p>
        </w:tc>
      </w:tr>
      <w:tr w:rsidR="00784220" w14:paraId="686554F6" w14:textId="77777777" w:rsidTr="001000A2">
        <w:trPr>
          <w:cantSplit/>
          <w:jc w:val="center"/>
        </w:trPr>
        <w:tc>
          <w:tcPr>
            <w:tcW w:w="1080" w:type="dxa"/>
            <w:vAlign w:val="center"/>
          </w:tcPr>
          <w:p w14:paraId="686554F2" w14:textId="77777777" w:rsidR="00784220" w:rsidRDefault="00784220">
            <w:pPr>
              <w:spacing w:line="240" w:lineRule="auto"/>
            </w:pPr>
          </w:p>
        </w:tc>
        <w:tc>
          <w:tcPr>
            <w:tcW w:w="2088" w:type="dxa"/>
            <w:vAlign w:val="center"/>
          </w:tcPr>
          <w:p w14:paraId="686554F3" w14:textId="77777777" w:rsidR="00784220" w:rsidRDefault="00784220">
            <w:pPr>
              <w:spacing w:line="240" w:lineRule="auto"/>
            </w:pPr>
          </w:p>
        </w:tc>
        <w:tc>
          <w:tcPr>
            <w:tcW w:w="4752" w:type="dxa"/>
            <w:vAlign w:val="center"/>
          </w:tcPr>
          <w:p w14:paraId="686554F4"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F5" w14:textId="77777777" w:rsidR="00784220" w:rsidRDefault="00FE5BE6">
            <w:pPr>
              <w:spacing w:line="240" w:lineRule="auto"/>
              <w:jc w:val="center"/>
            </w:pPr>
            <w:r>
              <w:rPr>
                <w:sz w:val="21"/>
              </w:rPr>
              <w:t>S</w:t>
            </w:r>
          </w:p>
        </w:tc>
      </w:tr>
      <w:tr w:rsidR="00784220" w14:paraId="686554FB" w14:textId="77777777" w:rsidTr="001000A2">
        <w:trPr>
          <w:cantSplit/>
          <w:jc w:val="center"/>
        </w:trPr>
        <w:tc>
          <w:tcPr>
            <w:tcW w:w="1080" w:type="dxa"/>
            <w:vAlign w:val="center"/>
          </w:tcPr>
          <w:p w14:paraId="686554F7" w14:textId="77777777" w:rsidR="00784220" w:rsidRDefault="00784220">
            <w:pPr>
              <w:spacing w:line="240" w:lineRule="auto"/>
            </w:pPr>
          </w:p>
        </w:tc>
        <w:tc>
          <w:tcPr>
            <w:tcW w:w="2088" w:type="dxa"/>
            <w:vAlign w:val="center"/>
          </w:tcPr>
          <w:p w14:paraId="686554F8" w14:textId="77777777" w:rsidR="00784220" w:rsidRDefault="00784220">
            <w:pPr>
              <w:spacing w:line="240" w:lineRule="auto"/>
            </w:pPr>
          </w:p>
        </w:tc>
        <w:tc>
          <w:tcPr>
            <w:tcW w:w="4752" w:type="dxa"/>
            <w:vAlign w:val="center"/>
          </w:tcPr>
          <w:p w14:paraId="686554F9" w14:textId="77777777" w:rsidR="00784220" w:rsidRDefault="00FE5BE6">
            <w:pPr>
              <w:spacing w:line="240" w:lineRule="auto"/>
            </w:pPr>
            <w:r>
              <w:rPr>
                <w:sz w:val="21"/>
              </w:rPr>
              <w:t>Office of Community Development</w:t>
            </w:r>
          </w:p>
        </w:tc>
        <w:tc>
          <w:tcPr>
            <w:tcW w:w="1440" w:type="dxa"/>
            <w:vAlign w:val="center"/>
          </w:tcPr>
          <w:p w14:paraId="686554FA" w14:textId="77777777" w:rsidR="00784220" w:rsidRDefault="00FE5BE6">
            <w:pPr>
              <w:spacing w:line="240" w:lineRule="auto"/>
              <w:jc w:val="center"/>
            </w:pPr>
            <w:r>
              <w:rPr>
                <w:sz w:val="21"/>
              </w:rPr>
              <w:t>S</w:t>
            </w:r>
          </w:p>
        </w:tc>
      </w:tr>
      <w:tr w:rsidR="00784220" w14:paraId="68655500" w14:textId="77777777" w:rsidTr="001000A2">
        <w:trPr>
          <w:cantSplit/>
          <w:jc w:val="center"/>
        </w:trPr>
        <w:tc>
          <w:tcPr>
            <w:tcW w:w="1080" w:type="dxa"/>
            <w:vAlign w:val="center"/>
          </w:tcPr>
          <w:p w14:paraId="686554FC" w14:textId="77777777" w:rsidR="00784220" w:rsidRDefault="00784220">
            <w:pPr>
              <w:spacing w:line="240" w:lineRule="auto"/>
            </w:pPr>
          </w:p>
        </w:tc>
        <w:tc>
          <w:tcPr>
            <w:tcW w:w="2088" w:type="dxa"/>
            <w:vAlign w:val="center"/>
          </w:tcPr>
          <w:p w14:paraId="686554FD" w14:textId="77777777" w:rsidR="00784220" w:rsidRDefault="00784220">
            <w:pPr>
              <w:spacing w:line="240" w:lineRule="auto"/>
            </w:pPr>
          </w:p>
        </w:tc>
        <w:tc>
          <w:tcPr>
            <w:tcW w:w="4752" w:type="dxa"/>
            <w:vAlign w:val="center"/>
          </w:tcPr>
          <w:p w14:paraId="686554FE" w14:textId="77777777" w:rsidR="00784220" w:rsidRDefault="00FE5BE6">
            <w:pPr>
              <w:spacing w:line="240" w:lineRule="auto"/>
            </w:pPr>
            <w:r>
              <w:rPr>
                <w:sz w:val="21"/>
              </w:rPr>
              <w:t>Office of Financial Institutions</w:t>
            </w:r>
          </w:p>
        </w:tc>
        <w:tc>
          <w:tcPr>
            <w:tcW w:w="1440" w:type="dxa"/>
            <w:vAlign w:val="center"/>
          </w:tcPr>
          <w:p w14:paraId="686554FF" w14:textId="77777777" w:rsidR="00784220" w:rsidRDefault="00FE5BE6">
            <w:pPr>
              <w:spacing w:line="240" w:lineRule="auto"/>
              <w:jc w:val="center"/>
            </w:pPr>
            <w:r>
              <w:rPr>
                <w:sz w:val="21"/>
              </w:rPr>
              <w:t>S</w:t>
            </w:r>
          </w:p>
        </w:tc>
      </w:tr>
      <w:tr w:rsidR="00784220" w14:paraId="68655505" w14:textId="77777777" w:rsidTr="001000A2">
        <w:trPr>
          <w:cantSplit/>
          <w:jc w:val="center"/>
        </w:trPr>
        <w:tc>
          <w:tcPr>
            <w:tcW w:w="1080" w:type="dxa"/>
            <w:vAlign w:val="center"/>
          </w:tcPr>
          <w:p w14:paraId="68655501" w14:textId="77777777" w:rsidR="00784220" w:rsidRDefault="00784220">
            <w:pPr>
              <w:spacing w:line="240" w:lineRule="auto"/>
            </w:pPr>
          </w:p>
        </w:tc>
        <w:tc>
          <w:tcPr>
            <w:tcW w:w="2088" w:type="dxa"/>
            <w:vAlign w:val="center"/>
          </w:tcPr>
          <w:p w14:paraId="68655502" w14:textId="77777777" w:rsidR="00784220" w:rsidRDefault="00784220">
            <w:pPr>
              <w:spacing w:line="240" w:lineRule="auto"/>
            </w:pPr>
          </w:p>
        </w:tc>
        <w:tc>
          <w:tcPr>
            <w:tcW w:w="4752" w:type="dxa"/>
            <w:vAlign w:val="center"/>
          </w:tcPr>
          <w:p w14:paraId="68655503" w14:textId="77777777" w:rsidR="00784220" w:rsidRDefault="00FE5BE6">
            <w:pPr>
              <w:spacing w:line="240" w:lineRule="auto"/>
            </w:pPr>
            <w:r>
              <w:rPr>
                <w:sz w:val="21"/>
              </w:rPr>
              <w:t>Department of Agriculture and Forestry</w:t>
            </w:r>
          </w:p>
        </w:tc>
        <w:tc>
          <w:tcPr>
            <w:tcW w:w="1440" w:type="dxa"/>
            <w:vAlign w:val="center"/>
          </w:tcPr>
          <w:p w14:paraId="68655504" w14:textId="77777777" w:rsidR="00784220" w:rsidRDefault="00FE5BE6">
            <w:pPr>
              <w:spacing w:line="240" w:lineRule="auto"/>
              <w:jc w:val="center"/>
            </w:pPr>
            <w:r>
              <w:rPr>
                <w:sz w:val="21"/>
              </w:rPr>
              <w:t>S</w:t>
            </w:r>
          </w:p>
        </w:tc>
      </w:tr>
      <w:tr w:rsidR="00784220" w14:paraId="6865550A" w14:textId="77777777" w:rsidTr="001000A2">
        <w:trPr>
          <w:cantSplit/>
          <w:jc w:val="center"/>
        </w:trPr>
        <w:tc>
          <w:tcPr>
            <w:tcW w:w="1080" w:type="dxa"/>
            <w:vAlign w:val="center"/>
          </w:tcPr>
          <w:p w14:paraId="68655506" w14:textId="77777777" w:rsidR="00784220" w:rsidRDefault="00784220">
            <w:pPr>
              <w:spacing w:line="240" w:lineRule="auto"/>
            </w:pPr>
          </w:p>
        </w:tc>
        <w:tc>
          <w:tcPr>
            <w:tcW w:w="2088" w:type="dxa"/>
            <w:vAlign w:val="center"/>
          </w:tcPr>
          <w:p w14:paraId="68655507" w14:textId="77777777" w:rsidR="00784220" w:rsidRDefault="00784220">
            <w:pPr>
              <w:spacing w:line="240" w:lineRule="auto"/>
            </w:pPr>
          </w:p>
        </w:tc>
        <w:tc>
          <w:tcPr>
            <w:tcW w:w="4752" w:type="dxa"/>
            <w:vAlign w:val="center"/>
          </w:tcPr>
          <w:p w14:paraId="68655508" w14:textId="77777777" w:rsidR="00784220" w:rsidRDefault="00FE5BE6">
            <w:pPr>
              <w:spacing w:line="240" w:lineRule="auto"/>
            </w:pPr>
            <w:r>
              <w:rPr>
                <w:sz w:val="21"/>
              </w:rPr>
              <w:t>Department of Insurance</w:t>
            </w:r>
          </w:p>
        </w:tc>
        <w:tc>
          <w:tcPr>
            <w:tcW w:w="1440" w:type="dxa"/>
            <w:vAlign w:val="center"/>
          </w:tcPr>
          <w:p w14:paraId="68655509" w14:textId="77777777" w:rsidR="00784220" w:rsidRDefault="00FE5BE6">
            <w:pPr>
              <w:spacing w:line="240" w:lineRule="auto"/>
              <w:jc w:val="center"/>
            </w:pPr>
            <w:r>
              <w:rPr>
                <w:sz w:val="21"/>
              </w:rPr>
              <w:t>S</w:t>
            </w:r>
          </w:p>
        </w:tc>
      </w:tr>
      <w:tr w:rsidR="00784220" w14:paraId="6865550F" w14:textId="77777777" w:rsidTr="001000A2">
        <w:trPr>
          <w:cantSplit/>
          <w:jc w:val="center"/>
        </w:trPr>
        <w:tc>
          <w:tcPr>
            <w:tcW w:w="1080" w:type="dxa"/>
            <w:vAlign w:val="center"/>
          </w:tcPr>
          <w:p w14:paraId="6865550B" w14:textId="77777777" w:rsidR="00784220" w:rsidRDefault="00784220">
            <w:pPr>
              <w:spacing w:line="240" w:lineRule="auto"/>
            </w:pPr>
          </w:p>
        </w:tc>
        <w:tc>
          <w:tcPr>
            <w:tcW w:w="2088" w:type="dxa"/>
            <w:vAlign w:val="center"/>
          </w:tcPr>
          <w:p w14:paraId="6865550C" w14:textId="77777777" w:rsidR="00784220" w:rsidRDefault="00784220">
            <w:pPr>
              <w:spacing w:line="240" w:lineRule="auto"/>
            </w:pPr>
          </w:p>
        </w:tc>
        <w:tc>
          <w:tcPr>
            <w:tcW w:w="4752" w:type="dxa"/>
            <w:vAlign w:val="center"/>
          </w:tcPr>
          <w:p w14:paraId="6865550D" w14:textId="77777777" w:rsidR="00784220" w:rsidRDefault="00FE5BE6">
            <w:pPr>
              <w:spacing w:line="240" w:lineRule="auto"/>
            </w:pPr>
            <w:r>
              <w:rPr>
                <w:sz w:val="21"/>
              </w:rPr>
              <w:t>Public Service Commission</w:t>
            </w:r>
          </w:p>
        </w:tc>
        <w:tc>
          <w:tcPr>
            <w:tcW w:w="1440" w:type="dxa"/>
            <w:vAlign w:val="center"/>
          </w:tcPr>
          <w:p w14:paraId="6865550E" w14:textId="77777777" w:rsidR="00784220" w:rsidRDefault="00FE5BE6">
            <w:pPr>
              <w:spacing w:line="240" w:lineRule="auto"/>
              <w:jc w:val="center"/>
            </w:pPr>
            <w:r>
              <w:rPr>
                <w:sz w:val="21"/>
              </w:rPr>
              <w:t>S</w:t>
            </w:r>
          </w:p>
        </w:tc>
      </w:tr>
      <w:tr w:rsidR="00784220" w14:paraId="68655514" w14:textId="77777777" w:rsidTr="001000A2">
        <w:trPr>
          <w:cantSplit/>
          <w:jc w:val="center"/>
        </w:trPr>
        <w:tc>
          <w:tcPr>
            <w:tcW w:w="1080" w:type="dxa"/>
            <w:vAlign w:val="center"/>
          </w:tcPr>
          <w:p w14:paraId="68655510" w14:textId="77777777" w:rsidR="00784220" w:rsidRDefault="00784220">
            <w:pPr>
              <w:spacing w:line="240" w:lineRule="auto"/>
            </w:pPr>
          </w:p>
        </w:tc>
        <w:tc>
          <w:tcPr>
            <w:tcW w:w="2088" w:type="dxa"/>
            <w:vAlign w:val="center"/>
          </w:tcPr>
          <w:p w14:paraId="68655511" w14:textId="77777777" w:rsidR="00784220" w:rsidRDefault="00784220">
            <w:pPr>
              <w:spacing w:line="240" w:lineRule="auto"/>
            </w:pPr>
          </w:p>
        </w:tc>
        <w:tc>
          <w:tcPr>
            <w:tcW w:w="4752" w:type="dxa"/>
            <w:vAlign w:val="center"/>
          </w:tcPr>
          <w:p w14:paraId="68655512" w14:textId="77777777" w:rsidR="00784220" w:rsidRDefault="00FE5BE6">
            <w:pPr>
              <w:spacing w:line="240" w:lineRule="auto"/>
            </w:pPr>
            <w:r>
              <w:rPr>
                <w:sz w:val="21"/>
              </w:rPr>
              <w:t>Louisiana Economic Development</w:t>
            </w:r>
          </w:p>
        </w:tc>
        <w:tc>
          <w:tcPr>
            <w:tcW w:w="1440" w:type="dxa"/>
            <w:vAlign w:val="center"/>
          </w:tcPr>
          <w:p w14:paraId="68655513" w14:textId="77777777" w:rsidR="00784220" w:rsidRDefault="00FE5BE6">
            <w:pPr>
              <w:spacing w:line="240" w:lineRule="auto"/>
              <w:jc w:val="center"/>
            </w:pPr>
            <w:r>
              <w:rPr>
                <w:sz w:val="21"/>
              </w:rPr>
              <w:t>S</w:t>
            </w:r>
          </w:p>
        </w:tc>
      </w:tr>
      <w:tr w:rsidR="00784220" w14:paraId="68655519" w14:textId="77777777" w:rsidTr="001000A2">
        <w:trPr>
          <w:cantSplit/>
          <w:jc w:val="center"/>
        </w:trPr>
        <w:tc>
          <w:tcPr>
            <w:tcW w:w="1080" w:type="dxa"/>
            <w:vAlign w:val="center"/>
          </w:tcPr>
          <w:p w14:paraId="68655515" w14:textId="77777777" w:rsidR="00784220" w:rsidRDefault="00784220">
            <w:pPr>
              <w:spacing w:line="240" w:lineRule="auto"/>
            </w:pPr>
          </w:p>
        </w:tc>
        <w:tc>
          <w:tcPr>
            <w:tcW w:w="2088" w:type="dxa"/>
            <w:vAlign w:val="center"/>
          </w:tcPr>
          <w:p w14:paraId="68655516" w14:textId="77777777" w:rsidR="00784220" w:rsidRDefault="00784220">
            <w:pPr>
              <w:spacing w:line="240" w:lineRule="auto"/>
            </w:pPr>
          </w:p>
        </w:tc>
        <w:tc>
          <w:tcPr>
            <w:tcW w:w="4752" w:type="dxa"/>
            <w:vAlign w:val="center"/>
          </w:tcPr>
          <w:p w14:paraId="68655517" w14:textId="77777777" w:rsidR="00784220" w:rsidRDefault="00FE5BE6">
            <w:pPr>
              <w:spacing w:line="240" w:lineRule="auto"/>
            </w:pPr>
            <w:r>
              <w:rPr>
                <w:sz w:val="21"/>
              </w:rPr>
              <w:t>Department of Environmental Quality</w:t>
            </w:r>
          </w:p>
        </w:tc>
        <w:tc>
          <w:tcPr>
            <w:tcW w:w="1440" w:type="dxa"/>
            <w:vAlign w:val="center"/>
          </w:tcPr>
          <w:p w14:paraId="68655518" w14:textId="77777777" w:rsidR="00784220" w:rsidRDefault="00FE5BE6">
            <w:pPr>
              <w:spacing w:line="240" w:lineRule="auto"/>
              <w:jc w:val="center"/>
            </w:pPr>
            <w:r>
              <w:rPr>
                <w:sz w:val="21"/>
              </w:rPr>
              <w:t>S</w:t>
            </w:r>
          </w:p>
        </w:tc>
      </w:tr>
      <w:tr w:rsidR="00784220" w14:paraId="6865551E" w14:textId="77777777" w:rsidTr="001000A2">
        <w:trPr>
          <w:cantSplit/>
          <w:jc w:val="center"/>
        </w:trPr>
        <w:tc>
          <w:tcPr>
            <w:tcW w:w="1080" w:type="dxa"/>
            <w:vAlign w:val="center"/>
          </w:tcPr>
          <w:p w14:paraId="6865551A" w14:textId="77777777" w:rsidR="00784220" w:rsidRDefault="00784220">
            <w:pPr>
              <w:spacing w:line="240" w:lineRule="auto"/>
            </w:pPr>
          </w:p>
        </w:tc>
        <w:tc>
          <w:tcPr>
            <w:tcW w:w="2088" w:type="dxa"/>
            <w:vAlign w:val="center"/>
          </w:tcPr>
          <w:p w14:paraId="6865551B" w14:textId="77777777" w:rsidR="00784220" w:rsidRDefault="00784220">
            <w:pPr>
              <w:spacing w:line="240" w:lineRule="auto"/>
            </w:pPr>
          </w:p>
        </w:tc>
        <w:tc>
          <w:tcPr>
            <w:tcW w:w="4752" w:type="dxa"/>
            <w:vAlign w:val="center"/>
          </w:tcPr>
          <w:p w14:paraId="6865551C" w14:textId="77777777" w:rsidR="00784220" w:rsidRDefault="00FE5BE6">
            <w:pPr>
              <w:spacing w:line="240" w:lineRule="auto"/>
            </w:pPr>
            <w:r>
              <w:rPr>
                <w:sz w:val="21"/>
              </w:rPr>
              <w:t>Department of Conservation and Energy</w:t>
            </w:r>
          </w:p>
        </w:tc>
        <w:tc>
          <w:tcPr>
            <w:tcW w:w="1440" w:type="dxa"/>
            <w:vAlign w:val="center"/>
          </w:tcPr>
          <w:p w14:paraId="6865551D" w14:textId="77777777" w:rsidR="00784220" w:rsidRDefault="00FE5BE6">
            <w:pPr>
              <w:spacing w:line="240" w:lineRule="auto"/>
              <w:jc w:val="center"/>
            </w:pPr>
            <w:r>
              <w:rPr>
                <w:sz w:val="21"/>
              </w:rPr>
              <w:t>S</w:t>
            </w:r>
          </w:p>
        </w:tc>
      </w:tr>
      <w:tr w:rsidR="00784220" w14:paraId="68655523" w14:textId="77777777" w:rsidTr="001000A2">
        <w:trPr>
          <w:cantSplit/>
          <w:jc w:val="center"/>
        </w:trPr>
        <w:tc>
          <w:tcPr>
            <w:tcW w:w="1080" w:type="dxa"/>
            <w:vAlign w:val="center"/>
          </w:tcPr>
          <w:p w14:paraId="6865551F" w14:textId="77777777" w:rsidR="00784220" w:rsidRDefault="00784220">
            <w:pPr>
              <w:spacing w:line="240" w:lineRule="auto"/>
            </w:pPr>
          </w:p>
        </w:tc>
        <w:tc>
          <w:tcPr>
            <w:tcW w:w="2088" w:type="dxa"/>
            <w:vAlign w:val="center"/>
          </w:tcPr>
          <w:p w14:paraId="68655520" w14:textId="77777777" w:rsidR="00784220" w:rsidRDefault="00784220">
            <w:pPr>
              <w:spacing w:line="240" w:lineRule="auto"/>
            </w:pPr>
          </w:p>
        </w:tc>
        <w:tc>
          <w:tcPr>
            <w:tcW w:w="4752" w:type="dxa"/>
            <w:vAlign w:val="center"/>
          </w:tcPr>
          <w:p w14:paraId="68655521" w14:textId="77777777" w:rsidR="00784220" w:rsidRDefault="00FE5BE6">
            <w:pPr>
              <w:spacing w:line="240" w:lineRule="auto"/>
            </w:pPr>
            <w:r>
              <w:rPr>
                <w:sz w:val="21"/>
              </w:rPr>
              <w:t>Department of Corrections</w:t>
            </w:r>
          </w:p>
        </w:tc>
        <w:tc>
          <w:tcPr>
            <w:tcW w:w="1440" w:type="dxa"/>
            <w:vAlign w:val="center"/>
          </w:tcPr>
          <w:p w14:paraId="68655522" w14:textId="77777777" w:rsidR="00784220" w:rsidRDefault="00FE5BE6">
            <w:pPr>
              <w:spacing w:line="240" w:lineRule="auto"/>
              <w:jc w:val="center"/>
            </w:pPr>
            <w:r>
              <w:rPr>
                <w:sz w:val="21"/>
              </w:rPr>
              <w:t>S</w:t>
            </w:r>
          </w:p>
        </w:tc>
      </w:tr>
      <w:tr w:rsidR="00784220" w14:paraId="68655528" w14:textId="77777777" w:rsidTr="001000A2">
        <w:trPr>
          <w:cantSplit/>
          <w:jc w:val="center"/>
        </w:trPr>
        <w:tc>
          <w:tcPr>
            <w:tcW w:w="1080" w:type="dxa"/>
            <w:vAlign w:val="center"/>
          </w:tcPr>
          <w:p w14:paraId="68655524" w14:textId="77777777" w:rsidR="00784220" w:rsidRDefault="00784220">
            <w:pPr>
              <w:spacing w:line="240" w:lineRule="auto"/>
            </w:pPr>
          </w:p>
        </w:tc>
        <w:tc>
          <w:tcPr>
            <w:tcW w:w="2088" w:type="dxa"/>
            <w:vAlign w:val="center"/>
          </w:tcPr>
          <w:p w14:paraId="68655525" w14:textId="77777777" w:rsidR="00784220" w:rsidRDefault="00784220">
            <w:pPr>
              <w:spacing w:line="240" w:lineRule="auto"/>
            </w:pPr>
          </w:p>
        </w:tc>
        <w:tc>
          <w:tcPr>
            <w:tcW w:w="4752" w:type="dxa"/>
            <w:vAlign w:val="center"/>
          </w:tcPr>
          <w:p w14:paraId="68655526" w14:textId="77777777" w:rsidR="00784220" w:rsidRDefault="00FE5BE6">
            <w:pPr>
              <w:spacing w:line="240" w:lineRule="auto"/>
            </w:pPr>
            <w:r>
              <w:rPr>
                <w:sz w:val="21"/>
              </w:rPr>
              <w:t>Department of Public Safety</w:t>
            </w:r>
          </w:p>
        </w:tc>
        <w:tc>
          <w:tcPr>
            <w:tcW w:w="1440" w:type="dxa"/>
            <w:vAlign w:val="center"/>
          </w:tcPr>
          <w:p w14:paraId="68655527" w14:textId="77777777" w:rsidR="00784220" w:rsidRDefault="00FE5BE6">
            <w:pPr>
              <w:spacing w:line="240" w:lineRule="auto"/>
              <w:jc w:val="center"/>
            </w:pPr>
            <w:r>
              <w:rPr>
                <w:sz w:val="21"/>
              </w:rPr>
              <w:t>S</w:t>
            </w:r>
          </w:p>
        </w:tc>
      </w:tr>
      <w:tr w:rsidR="00784220" w14:paraId="6865552D" w14:textId="77777777" w:rsidTr="001000A2">
        <w:trPr>
          <w:cantSplit/>
          <w:jc w:val="center"/>
        </w:trPr>
        <w:tc>
          <w:tcPr>
            <w:tcW w:w="1080" w:type="dxa"/>
            <w:vAlign w:val="center"/>
          </w:tcPr>
          <w:p w14:paraId="68655529" w14:textId="77777777" w:rsidR="00784220" w:rsidRDefault="00784220">
            <w:pPr>
              <w:spacing w:line="240" w:lineRule="auto"/>
            </w:pPr>
          </w:p>
        </w:tc>
        <w:tc>
          <w:tcPr>
            <w:tcW w:w="2088" w:type="dxa"/>
            <w:vAlign w:val="center"/>
          </w:tcPr>
          <w:p w14:paraId="6865552A" w14:textId="77777777" w:rsidR="00784220" w:rsidRDefault="00784220">
            <w:pPr>
              <w:spacing w:line="240" w:lineRule="auto"/>
            </w:pPr>
          </w:p>
        </w:tc>
        <w:tc>
          <w:tcPr>
            <w:tcW w:w="4752" w:type="dxa"/>
            <w:vAlign w:val="center"/>
          </w:tcPr>
          <w:p w14:paraId="6865552B" w14:textId="77777777" w:rsidR="00784220" w:rsidRDefault="00FE5BE6">
            <w:pPr>
              <w:spacing w:line="240" w:lineRule="auto"/>
            </w:pPr>
            <w:r>
              <w:rPr>
                <w:sz w:val="21"/>
              </w:rPr>
              <w:t>Louisiana Oil Spill Coordination Officer</w:t>
            </w:r>
          </w:p>
        </w:tc>
        <w:tc>
          <w:tcPr>
            <w:tcW w:w="1440" w:type="dxa"/>
            <w:vAlign w:val="center"/>
          </w:tcPr>
          <w:p w14:paraId="6865552C" w14:textId="77777777" w:rsidR="00784220" w:rsidRDefault="00FE5BE6">
            <w:pPr>
              <w:spacing w:line="240" w:lineRule="auto"/>
              <w:jc w:val="center"/>
            </w:pPr>
            <w:r>
              <w:rPr>
                <w:sz w:val="21"/>
              </w:rPr>
              <w:t>S</w:t>
            </w:r>
          </w:p>
        </w:tc>
      </w:tr>
      <w:tr w:rsidR="00784220" w14:paraId="68655532" w14:textId="77777777" w:rsidTr="001000A2">
        <w:trPr>
          <w:cantSplit/>
          <w:jc w:val="center"/>
        </w:trPr>
        <w:tc>
          <w:tcPr>
            <w:tcW w:w="1080" w:type="dxa"/>
            <w:vAlign w:val="center"/>
          </w:tcPr>
          <w:p w14:paraId="6865552E" w14:textId="77777777" w:rsidR="00784220" w:rsidRDefault="00784220">
            <w:pPr>
              <w:spacing w:line="240" w:lineRule="auto"/>
            </w:pPr>
          </w:p>
        </w:tc>
        <w:tc>
          <w:tcPr>
            <w:tcW w:w="2088" w:type="dxa"/>
            <w:vAlign w:val="center"/>
          </w:tcPr>
          <w:p w14:paraId="6865552F" w14:textId="77777777" w:rsidR="00784220" w:rsidRDefault="00784220">
            <w:pPr>
              <w:spacing w:line="240" w:lineRule="auto"/>
            </w:pPr>
          </w:p>
        </w:tc>
        <w:tc>
          <w:tcPr>
            <w:tcW w:w="4752" w:type="dxa"/>
            <w:vAlign w:val="center"/>
          </w:tcPr>
          <w:p w14:paraId="68655530" w14:textId="77777777" w:rsidR="00784220" w:rsidRDefault="00FE5BE6">
            <w:pPr>
              <w:spacing w:line="240" w:lineRule="auto"/>
            </w:pPr>
            <w:r>
              <w:rPr>
                <w:sz w:val="21"/>
              </w:rPr>
              <w:t>Office of the State Fire Marshal</w:t>
            </w:r>
          </w:p>
        </w:tc>
        <w:tc>
          <w:tcPr>
            <w:tcW w:w="1440" w:type="dxa"/>
            <w:vAlign w:val="center"/>
          </w:tcPr>
          <w:p w14:paraId="68655531" w14:textId="77777777" w:rsidR="00784220" w:rsidRDefault="00FE5BE6">
            <w:pPr>
              <w:spacing w:line="240" w:lineRule="auto"/>
              <w:jc w:val="center"/>
            </w:pPr>
            <w:r>
              <w:rPr>
                <w:sz w:val="21"/>
              </w:rPr>
              <w:t>S</w:t>
            </w:r>
          </w:p>
        </w:tc>
      </w:tr>
      <w:tr w:rsidR="00784220" w14:paraId="68655537" w14:textId="77777777" w:rsidTr="001000A2">
        <w:trPr>
          <w:cantSplit/>
          <w:jc w:val="center"/>
        </w:trPr>
        <w:tc>
          <w:tcPr>
            <w:tcW w:w="1080" w:type="dxa"/>
            <w:vAlign w:val="center"/>
          </w:tcPr>
          <w:p w14:paraId="68655533" w14:textId="77777777" w:rsidR="00784220" w:rsidRDefault="00784220">
            <w:pPr>
              <w:spacing w:line="240" w:lineRule="auto"/>
            </w:pPr>
          </w:p>
        </w:tc>
        <w:tc>
          <w:tcPr>
            <w:tcW w:w="2088" w:type="dxa"/>
            <w:vAlign w:val="center"/>
          </w:tcPr>
          <w:p w14:paraId="68655534" w14:textId="77777777" w:rsidR="00784220" w:rsidRDefault="00784220">
            <w:pPr>
              <w:spacing w:line="240" w:lineRule="auto"/>
            </w:pPr>
          </w:p>
        </w:tc>
        <w:tc>
          <w:tcPr>
            <w:tcW w:w="4752" w:type="dxa"/>
            <w:vAlign w:val="center"/>
          </w:tcPr>
          <w:p w14:paraId="68655535" w14:textId="77777777" w:rsidR="00784220" w:rsidRDefault="00FE5BE6">
            <w:pPr>
              <w:spacing w:line="240" w:lineRule="auto"/>
            </w:pPr>
            <w:r>
              <w:rPr>
                <w:sz w:val="21"/>
              </w:rPr>
              <w:t>Louisiana Housing Corporation</w:t>
            </w:r>
          </w:p>
        </w:tc>
        <w:tc>
          <w:tcPr>
            <w:tcW w:w="1440" w:type="dxa"/>
            <w:vAlign w:val="center"/>
          </w:tcPr>
          <w:p w14:paraId="68655536" w14:textId="77777777" w:rsidR="00784220" w:rsidRDefault="00FE5BE6">
            <w:pPr>
              <w:spacing w:line="240" w:lineRule="auto"/>
              <w:jc w:val="center"/>
            </w:pPr>
            <w:r>
              <w:rPr>
                <w:sz w:val="21"/>
              </w:rPr>
              <w:t>S</w:t>
            </w:r>
          </w:p>
        </w:tc>
      </w:tr>
      <w:tr w:rsidR="00784220" w14:paraId="6865553C" w14:textId="77777777" w:rsidTr="001000A2">
        <w:trPr>
          <w:cantSplit/>
          <w:jc w:val="center"/>
        </w:trPr>
        <w:tc>
          <w:tcPr>
            <w:tcW w:w="1080" w:type="dxa"/>
            <w:vAlign w:val="center"/>
          </w:tcPr>
          <w:p w14:paraId="68655538" w14:textId="77777777" w:rsidR="00784220" w:rsidRDefault="00784220">
            <w:pPr>
              <w:spacing w:line="240" w:lineRule="auto"/>
            </w:pPr>
          </w:p>
        </w:tc>
        <w:tc>
          <w:tcPr>
            <w:tcW w:w="2088" w:type="dxa"/>
            <w:vAlign w:val="center"/>
          </w:tcPr>
          <w:p w14:paraId="68655539" w14:textId="77777777" w:rsidR="00784220" w:rsidRDefault="00784220">
            <w:pPr>
              <w:spacing w:line="240" w:lineRule="auto"/>
            </w:pPr>
          </w:p>
        </w:tc>
        <w:tc>
          <w:tcPr>
            <w:tcW w:w="4752" w:type="dxa"/>
            <w:vAlign w:val="center"/>
          </w:tcPr>
          <w:p w14:paraId="6865553A" w14:textId="77777777" w:rsidR="00784220" w:rsidRDefault="00FE5BE6">
            <w:pPr>
              <w:spacing w:line="240" w:lineRule="auto"/>
            </w:pPr>
            <w:r>
              <w:rPr>
                <w:sz w:val="21"/>
              </w:rPr>
              <w:t>Louisiana Department of Health</w:t>
            </w:r>
          </w:p>
        </w:tc>
        <w:tc>
          <w:tcPr>
            <w:tcW w:w="1440" w:type="dxa"/>
            <w:vAlign w:val="center"/>
          </w:tcPr>
          <w:p w14:paraId="6865553B" w14:textId="77777777" w:rsidR="00784220" w:rsidRDefault="00FE5BE6">
            <w:pPr>
              <w:spacing w:line="240" w:lineRule="auto"/>
              <w:jc w:val="center"/>
            </w:pPr>
            <w:r>
              <w:rPr>
                <w:sz w:val="21"/>
              </w:rPr>
              <w:t>S</w:t>
            </w:r>
          </w:p>
        </w:tc>
      </w:tr>
      <w:tr w:rsidR="00784220" w14:paraId="68655541" w14:textId="77777777" w:rsidTr="001000A2">
        <w:trPr>
          <w:cantSplit/>
          <w:jc w:val="center"/>
        </w:trPr>
        <w:tc>
          <w:tcPr>
            <w:tcW w:w="1080" w:type="dxa"/>
            <w:vAlign w:val="center"/>
          </w:tcPr>
          <w:p w14:paraId="6865553D" w14:textId="77777777" w:rsidR="00784220" w:rsidRDefault="00784220">
            <w:pPr>
              <w:spacing w:line="240" w:lineRule="auto"/>
            </w:pPr>
          </w:p>
        </w:tc>
        <w:tc>
          <w:tcPr>
            <w:tcW w:w="2088" w:type="dxa"/>
            <w:vAlign w:val="center"/>
          </w:tcPr>
          <w:p w14:paraId="6865553E" w14:textId="77777777" w:rsidR="00784220" w:rsidRDefault="00784220">
            <w:pPr>
              <w:spacing w:line="240" w:lineRule="auto"/>
            </w:pPr>
          </w:p>
        </w:tc>
        <w:tc>
          <w:tcPr>
            <w:tcW w:w="4752" w:type="dxa"/>
            <w:vAlign w:val="center"/>
          </w:tcPr>
          <w:p w14:paraId="6865553F" w14:textId="77777777" w:rsidR="00784220" w:rsidRDefault="00FE5BE6">
            <w:pPr>
              <w:spacing w:line="240" w:lineRule="auto"/>
            </w:pPr>
            <w:r>
              <w:rPr>
                <w:sz w:val="21"/>
              </w:rPr>
              <w:t>Louisiana Department of Education</w:t>
            </w:r>
          </w:p>
        </w:tc>
        <w:tc>
          <w:tcPr>
            <w:tcW w:w="1440" w:type="dxa"/>
            <w:vAlign w:val="center"/>
          </w:tcPr>
          <w:p w14:paraId="68655540" w14:textId="77777777" w:rsidR="00784220" w:rsidRDefault="00FE5BE6">
            <w:pPr>
              <w:spacing w:line="240" w:lineRule="auto"/>
              <w:jc w:val="center"/>
            </w:pPr>
            <w:r>
              <w:rPr>
                <w:sz w:val="21"/>
              </w:rPr>
              <w:t>S</w:t>
            </w:r>
          </w:p>
        </w:tc>
      </w:tr>
      <w:tr w:rsidR="00784220" w14:paraId="68655546" w14:textId="77777777" w:rsidTr="001000A2">
        <w:trPr>
          <w:cantSplit/>
          <w:jc w:val="center"/>
        </w:trPr>
        <w:tc>
          <w:tcPr>
            <w:tcW w:w="1080" w:type="dxa"/>
            <w:vAlign w:val="center"/>
          </w:tcPr>
          <w:p w14:paraId="68655542" w14:textId="77777777" w:rsidR="00784220" w:rsidRDefault="00784220">
            <w:pPr>
              <w:spacing w:line="240" w:lineRule="auto"/>
            </w:pPr>
          </w:p>
        </w:tc>
        <w:tc>
          <w:tcPr>
            <w:tcW w:w="2088" w:type="dxa"/>
            <w:vAlign w:val="center"/>
          </w:tcPr>
          <w:p w14:paraId="68655543" w14:textId="77777777" w:rsidR="00784220" w:rsidRDefault="00784220">
            <w:pPr>
              <w:spacing w:line="240" w:lineRule="auto"/>
            </w:pPr>
          </w:p>
        </w:tc>
        <w:tc>
          <w:tcPr>
            <w:tcW w:w="4752" w:type="dxa"/>
            <w:vAlign w:val="center"/>
          </w:tcPr>
          <w:p w14:paraId="68655544" w14:textId="77777777" w:rsidR="00784220" w:rsidRDefault="00FE5BE6">
            <w:pPr>
              <w:spacing w:line="240" w:lineRule="auto"/>
            </w:pPr>
            <w:r>
              <w:rPr>
                <w:sz w:val="21"/>
              </w:rPr>
              <w:t>Louisiana National Guard</w:t>
            </w:r>
          </w:p>
        </w:tc>
        <w:tc>
          <w:tcPr>
            <w:tcW w:w="1440" w:type="dxa"/>
            <w:vAlign w:val="center"/>
          </w:tcPr>
          <w:p w14:paraId="68655545" w14:textId="77777777" w:rsidR="00784220" w:rsidRDefault="00FE5BE6">
            <w:pPr>
              <w:spacing w:line="240" w:lineRule="auto"/>
              <w:jc w:val="center"/>
            </w:pPr>
            <w:r>
              <w:rPr>
                <w:sz w:val="21"/>
              </w:rPr>
              <w:t>S</w:t>
            </w:r>
          </w:p>
        </w:tc>
      </w:tr>
      <w:tr w:rsidR="00784220" w14:paraId="6865554B" w14:textId="77777777" w:rsidTr="001000A2">
        <w:trPr>
          <w:cantSplit/>
          <w:jc w:val="center"/>
        </w:trPr>
        <w:tc>
          <w:tcPr>
            <w:tcW w:w="1080" w:type="dxa"/>
            <w:vAlign w:val="center"/>
          </w:tcPr>
          <w:p w14:paraId="68655547" w14:textId="77777777" w:rsidR="00784220" w:rsidRDefault="00784220">
            <w:pPr>
              <w:spacing w:line="240" w:lineRule="auto"/>
            </w:pPr>
          </w:p>
        </w:tc>
        <w:tc>
          <w:tcPr>
            <w:tcW w:w="2088" w:type="dxa"/>
            <w:vAlign w:val="center"/>
          </w:tcPr>
          <w:p w14:paraId="68655548" w14:textId="77777777" w:rsidR="00784220" w:rsidRDefault="00784220">
            <w:pPr>
              <w:spacing w:line="240" w:lineRule="auto"/>
            </w:pPr>
          </w:p>
        </w:tc>
        <w:tc>
          <w:tcPr>
            <w:tcW w:w="4752" w:type="dxa"/>
            <w:vAlign w:val="center"/>
          </w:tcPr>
          <w:p w14:paraId="68655549" w14:textId="77777777" w:rsidR="00784220" w:rsidRDefault="00FE5BE6">
            <w:pPr>
              <w:spacing w:line="240" w:lineRule="auto"/>
            </w:pPr>
            <w:r>
              <w:rPr>
                <w:sz w:val="21"/>
              </w:rPr>
              <w:t>Governor’s Office of Disability Affairs</w:t>
            </w:r>
          </w:p>
        </w:tc>
        <w:tc>
          <w:tcPr>
            <w:tcW w:w="1440" w:type="dxa"/>
            <w:vAlign w:val="center"/>
          </w:tcPr>
          <w:p w14:paraId="6865554A" w14:textId="77777777" w:rsidR="00784220" w:rsidRDefault="00FE5BE6">
            <w:pPr>
              <w:spacing w:line="240" w:lineRule="auto"/>
              <w:jc w:val="center"/>
            </w:pPr>
            <w:r>
              <w:rPr>
                <w:sz w:val="21"/>
              </w:rPr>
              <w:t>S</w:t>
            </w:r>
          </w:p>
        </w:tc>
      </w:tr>
      <w:tr w:rsidR="00784220" w14:paraId="68655550" w14:textId="77777777" w:rsidTr="001000A2">
        <w:trPr>
          <w:cantSplit/>
          <w:jc w:val="center"/>
        </w:trPr>
        <w:tc>
          <w:tcPr>
            <w:tcW w:w="1080" w:type="dxa"/>
            <w:vAlign w:val="center"/>
          </w:tcPr>
          <w:p w14:paraId="6865554C" w14:textId="77777777" w:rsidR="00784220" w:rsidRDefault="00784220">
            <w:pPr>
              <w:spacing w:line="240" w:lineRule="auto"/>
            </w:pPr>
          </w:p>
        </w:tc>
        <w:tc>
          <w:tcPr>
            <w:tcW w:w="2088" w:type="dxa"/>
            <w:vAlign w:val="center"/>
          </w:tcPr>
          <w:p w14:paraId="6865554D" w14:textId="77777777" w:rsidR="00784220" w:rsidRDefault="00784220">
            <w:pPr>
              <w:spacing w:line="240" w:lineRule="auto"/>
            </w:pPr>
          </w:p>
        </w:tc>
        <w:tc>
          <w:tcPr>
            <w:tcW w:w="4752" w:type="dxa"/>
            <w:vAlign w:val="center"/>
          </w:tcPr>
          <w:p w14:paraId="6865554E" w14:textId="77777777" w:rsidR="00784220" w:rsidRDefault="00FE5BE6">
            <w:pPr>
              <w:spacing w:line="240" w:lineRule="auto"/>
            </w:pPr>
            <w:r>
              <w:rPr>
                <w:sz w:val="21"/>
              </w:rPr>
              <w:t>Governor’s Office of Elderly Affairs</w:t>
            </w:r>
          </w:p>
        </w:tc>
        <w:tc>
          <w:tcPr>
            <w:tcW w:w="1440" w:type="dxa"/>
            <w:vAlign w:val="center"/>
          </w:tcPr>
          <w:p w14:paraId="6865554F" w14:textId="77777777" w:rsidR="00784220" w:rsidRDefault="00FE5BE6">
            <w:pPr>
              <w:spacing w:line="240" w:lineRule="auto"/>
              <w:jc w:val="center"/>
            </w:pPr>
            <w:r>
              <w:rPr>
                <w:sz w:val="21"/>
              </w:rPr>
              <w:t>S</w:t>
            </w:r>
          </w:p>
        </w:tc>
      </w:tr>
      <w:tr w:rsidR="00784220" w14:paraId="68655555" w14:textId="77777777" w:rsidTr="001000A2">
        <w:trPr>
          <w:cantSplit/>
          <w:jc w:val="center"/>
        </w:trPr>
        <w:tc>
          <w:tcPr>
            <w:tcW w:w="1080" w:type="dxa"/>
            <w:vAlign w:val="center"/>
          </w:tcPr>
          <w:p w14:paraId="68655551" w14:textId="77777777" w:rsidR="00784220" w:rsidRDefault="00784220">
            <w:pPr>
              <w:spacing w:line="240" w:lineRule="auto"/>
            </w:pPr>
          </w:p>
        </w:tc>
        <w:tc>
          <w:tcPr>
            <w:tcW w:w="2088" w:type="dxa"/>
            <w:vAlign w:val="center"/>
          </w:tcPr>
          <w:p w14:paraId="68655552" w14:textId="77777777" w:rsidR="00784220" w:rsidRDefault="00784220">
            <w:pPr>
              <w:spacing w:line="240" w:lineRule="auto"/>
            </w:pPr>
          </w:p>
        </w:tc>
        <w:tc>
          <w:tcPr>
            <w:tcW w:w="4752" w:type="dxa"/>
            <w:vAlign w:val="center"/>
          </w:tcPr>
          <w:p w14:paraId="68655553" w14:textId="77777777" w:rsidR="00784220" w:rsidRDefault="00784220">
            <w:pPr>
              <w:spacing w:line="240" w:lineRule="auto"/>
            </w:pPr>
          </w:p>
        </w:tc>
        <w:tc>
          <w:tcPr>
            <w:tcW w:w="1440" w:type="dxa"/>
            <w:vAlign w:val="center"/>
          </w:tcPr>
          <w:p w14:paraId="68655554" w14:textId="77777777" w:rsidR="00784220" w:rsidRDefault="00784220">
            <w:pPr>
              <w:spacing w:line="240" w:lineRule="auto"/>
              <w:jc w:val="center"/>
            </w:pPr>
          </w:p>
        </w:tc>
      </w:tr>
      <w:tr w:rsidR="00784220" w14:paraId="6865555A" w14:textId="77777777" w:rsidTr="001000A2">
        <w:trPr>
          <w:cantSplit/>
          <w:jc w:val="center"/>
        </w:trPr>
        <w:tc>
          <w:tcPr>
            <w:tcW w:w="1080" w:type="dxa"/>
            <w:vAlign w:val="center"/>
          </w:tcPr>
          <w:p w14:paraId="68655556" w14:textId="77777777" w:rsidR="00784220" w:rsidRDefault="00FE5BE6">
            <w:pPr>
              <w:spacing w:line="240" w:lineRule="auto"/>
            </w:pPr>
            <w:r>
              <w:rPr>
                <w:b/>
                <w:sz w:val="21"/>
              </w:rPr>
              <w:t>RSF 6</w:t>
            </w:r>
          </w:p>
        </w:tc>
        <w:tc>
          <w:tcPr>
            <w:tcW w:w="2088" w:type="dxa"/>
            <w:vAlign w:val="center"/>
          </w:tcPr>
          <w:p w14:paraId="68655557" w14:textId="77777777" w:rsidR="00784220" w:rsidRDefault="00FE5BE6">
            <w:pPr>
              <w:spacing w:line="240" w:lineRule="auto"/>
            </w:pPr>
            <w:r>
              <w:rPr>
                <w:sz w:val="21"/>
              </w:rPr>
              <w:t>Natural and Cultural Resources</w:t>
            </w:r>
          </w:p>
        </w:tc>
        <w:tc>
          <w:tcPr>
            <w:tcW w:w="4752" w:type="dxa"/>
            <w:vAlign w:val="center"/>
          </w:tcPr>
          <w:p w14:paraId="68655558" w14:textId="77777777" w:rsidR="00784220" w:rsidRDefault="00FE5BE6">
            <w:pPr>
              <w:spacing w:line="240" w:lineRule="auto"/>
            </w:pPr>
            <w:r>
              <w:rPr>
                <w:sz w:val="21"/>
              </w:rPr>
              <w:t>Louisiana Department of Wildlife and Fisheries</w:t>
            </w:r>
          </w:p>
        </w:tc>
        <w:tc>
          <w:tcPr>
            <w:tcW w:w="1440" w:type="dxa"/>
            <w:vAlign w:val="center"/>
          </w:tcPr>
          <w:p w14:paraId="68655559" w14:textId="77777777" w:rsidR="00784220" w:rsidRDefault="00FE5BE6">
            <w:pPr>
              <w:spacing w:line="240" w:lineRule="auto"/>
              <w:jc w:val="center"/>
            </w:pPr>
            <w:r>
              <w:rPr>
                <w:sz w:val="21"/>
              </w:rPr>
              <w:t>P</w:t>
            </w:r>
          </w:p>
        </w:tc>
      </w:tr>
      <w:tr w:rsidR="00784220" w14:paraId="6865555F" w14:textId="77777777" w:rsidTr="001000A2">
        <w:trPr>
          <w:cantSplit/>
          <w:jc w:val="center"/>
        </w:trPr>
        <w:tc>
          <w:tcPr>
            <w:tcW w:w="1080" w:type="dxa"/>
            <w:vAlign w:val="center"/>
          </w:tcPr>
          <w:p w14:paraId="6865555B" w14:textId="77777777" w:rsidR="00784220" w:rsidRDefault="00784220">
            <w:pPr>
              <w:spacing w:line="240" w:lineRule="auto"/>
            </w:pPr>
          </w:p>
        </w:tc>
        <w:tc>
          <w:tcPr>
            <w:tcW w:w="2088" w:type="dxa"/>
            <w:vAlign w:val="center"/>
          </w:tcPr>
          <w:p w14:paraId="6865555C" w14:textId="77777777" w:rsidR="00784220" w:rsidRDefault="00784220">
            <w:pPr>
              <w:spacing w:line="240" w:lineRule="auto"/>
            </w:pPr>
          </w:p>
        </w:tc>
        <w:tc>
          <w:tcPr>
            <w:tcW w:w="4752" w:type="dxa"/>
            <w:vAlign w:val="center"/>
          </w:tcPr>
          <w:p w14:paraId="6865555D" w14:textId="77777777" w:rsidR="00784220" w:rsidRDefault="00FE5BE6">
            <w:pPr>
              <w:spacing w:line="240" w:lineRule="auto"/>
            </w:pPr>
            <w:r>
              <w:rPr>
                <w:sz w:val="21"/>
              </w:rPr>
              <w:t>Coastal Protection and Restoration Authority</w:t>
            </w:r>
          </w:p>
        </w:tc>
        <w:tc>
          <w:tcPr>
            <w:tcW w:w="1440" w:type="dxa"/>
            <w:vAlign w:val="center"/>
          </w:tcPr>
          <w:p w14:paraId="6865555E" w14:textId="77777777" w:rsidR="00784220" w:rsidRDefault="00FE5BE6">
            <w:pPr>
              <w:spacing w:line="240" w:lineRule="auto"/>
              <w:jc w:val="center"/>
            </w:pPr>
            <w:r>
              <w:rPr>
                <w:sz w:val="21"/>
              </w:rPr>
              <w:t>P</w:t>
            </w:r>
          </w:p>
        </w:tc>
      </w:tr>
      <w:tr w:rsidR="00784220" w14:paraId="68655564" w14:textId="77777777" w:rsidTr="001000A2">
        <w:trPr>
          <w:cantSplit/>
          <w:jc w:val="center"/>
        </w:trPr>
        <w:tc>
          <w:tcPr>
            <w:tcW w:w="1080" w:type="dxa"/>
            <w:vAlign w:val="center"/>
          </w:tcPr>
          <w:p w14:paraId="68655560" w14:textId="77777777" w:rsidR="00784220" w:rsidRDefault="00784220">
            <w:pPr>
              <w:spacing w:line="240" w:lineRule="auto"/>
            </w:pPr>
          </w:p>
        </w:tc>
        <w:tc>
          <w:tcPr>
            <w:tcW w:w="2088" w:type="dxa"/>
            <w:vAlign w:val="center"/>
          </w:tcPr>
          <w:p w14:paraId="68655561" w14:textId="77777777" w:rsidR="00784220" w:rsidRDefault="00784220">
            <w:pPr>
              <w:spacing w:line="240" w:lineRule="auto"/>
            </w:pPr>
          </w:p>
        </w:tc>
        <w:tc>
          <w:tcPr>
            <w:tcW w:w="4752" w:type="dxa"/>
            <w:vAlign w:val="center"/>
          </w:tcPr>
          <w:p w14:paraId="68655562"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563" w14:textId="77777777" w:rsidR="00784220" w:rsidRDefault="00FE5BE6">
            <w:pPr>
              <w:spacing w:line="240" w:lineRule="auto"/>
              <w:jc w:val="center"/>
            </w:pPr>
            <w:r>
              <w:rPr>
                <w:sz w:val="21"/>
              </w:rPr>
              <w:t>S</w:t>
            </w:r>
          </w:p>
        </w:tc>
      </w:tr>
      <w:tr w:rsidR="00784220" w14:paraId="68655569" w14:textId="77777777" w:rsidTr="001000A2">
        <w:trPr>
          <w:cantSplit/>
          <w:jc w:val="center"/>
        </w:trPr>
        <w:tc>
          <w:tcPr>
            <w:tcW w:w="1080" w:type="dxa"/>
            <w:vAlign w:val="center"/>
          </w:tcPr>
          <w:p w14:paraId="68655565" w14:textId="77777777" w:rsidR="00784220" w:rsidRDefault="00784220">
            <w:pPr>
              <w:spacing w:line="240" w:lineRule="auto"/>
            </w:pPr>
          </w:p>
        </w:tc>
        <w:tc>
          <w:tcPr>
            <w:tcW w:w="2088" w:type="dxa"/>
            <w:vAlign w:val="center"/>
          </w:tcPr>
          <w:p w14:paraId="68655566" w14:textId="77777777" w:rsidR="00784220" w:rsidRDefault="00784220">
            <w:pPr>
              <w:spacing w:line="240" w:lineRule="auto"/>
            </w:pPr>
          </w:p>
        </w:tc>
        <w:tc>
          <w:tcPr>
            <w:tcW w:w="4752" w:type="dxa"/>
            <w:vAlign w:val="center"/>
          </w:tcPr>
          <w:p w14:paraId="68655567" w14:textId="77777777" w:rsidR="00784220" w:rsidRDefault="00FE5BE6">
            <w:pPr>
              <w:spacing w:line="240" w:lineRule="auto"/>
            </w:pPr>
            <w:r>
              <w:rPr>
                <w:sz w:val="21"/>
              </w:rPr>
              <w:t>Department of Conservation and Energy</w:t>
            </w:r>
          </w:p>
        </w:tc>
        <w:tc>
          <w:tcPr>
            <w:tcW w:w="1440" w:type="dxa"/>
            <w:vAlign w:val="center"/>
          </w:tcPr>
          <w:p w14:paraId="68655568" w14:textId="77777777" w:rsidR="00784220" w:rsidRDefault="00FE5BE6">
            <w:pPr>
              <w:spacing w:line="240" w:lineRule="auto"/>
              <w:jc w:val="center"/>
            </w:pPr>
            <w:r>
              <w:rPr>
                <w:sz w:val="21"/>
              </w:rPr>
              <w:t>S</w:t>
            </w:r>
          </w:p>
        </w:tc>
      </w:tr>
      <w:tr w:rsidR="00784220" w14:paraId="6865556E" w14:textId="77777777" w:rsidTr="001000A2">
        <w:trPr>
          <w:cantSplit/>
          <w:jc w:val="center"/>
        </w:trPr>
        <w:tc>
          <w:tcPr>
            <w:tcW w:w="1080" w:type="dxa"/>
            <w:vAlign w:val="center"/>
          </w:tcPr>
          <w:p w14:paraId="6865556A" w14:textId="77777777" w:rsidR="00784220" w:rsidRDefault="00784220">
            <w:pPr>
              <w:spacing w:line="240" w:lineRule="auto"/>
            </w:pPr>
          </w:p>
        </w:tc>
        <w:tc>
          <w:tcPr>
            <w:tcW w:w="2088" w:type="dxa"/>
            <w:vAlign w:val="center"/>
          </w:tcPr>
          <w:p w14:paraId="6865556B" w14:textId="77777777" w:rsidR="00784220" w:rsidRDefault="00784220">
            <w:pPr>
              <w:spacing w:line="240" w:lineRule="auto"/>
            </w:pPr>
          </w:p>
        </w:tc>
        <w:tc>
          <w:tcPr>
            <w:tcW w:w="4752" w:type="dxa"/>
            <w:vAlign w:val="center"/>
          </w:tcPr>
          <w:p w14:paraId="6865556C" w14:textId="77777777" w:rsidR="00784220" w:rsidRDefault="00FE5BE6">
            <w:pPr>
              <w:spacing w:line="240" w:lineRule="auto"/>
            </w:pPr>
            <w:r>
              <w:rPr>
                <w:sz w:val="21"/>
              </w:rPr>
              <w:t>Department of Environmental Quality</w:t>
            </w:r>
          </w:p>
        </w:tc>
        <w:tc>
          <w:tcPr>
            <w:tcW w:w="1440" w:type="dxa"/>
            <w:vAlign w:val="center"/>
          </w:tcPr>
          <w:p w14:paraId="6865556D" w14:textId="77777777" w:rsidR="00784220" w:rsidRDefault="00FE5BE6">
            <w:pPr>
              <w:spacing w:line="240" w:lineRule="auto"/>
              <w:jc w:val="center"/>
            </w:pPr>
            <w:r>
              <w:rPr>
                <w:sz w:val="21"/>
              </w:rPr>
              <w:t>S</w:t>
            </w:r>
          </w:p>
        </w:tc>
      </w:tr>
      <w:tr w:rsidR="00784220" w14:paraId="68655573" w14:textId="77777777" w:rsidTr="001000A2">
        <w:trPr>
          <w:cantSplit/>
          <w:jc w:val="center"/>
        </w:trPr>
        <w:tc>
          <w:tcPr>
            <w:tcW w:w="1080" w:type="dxa"/>
            <w:vAlign w:val="center"/>
          </w:tcPr>
          <w:p w14:paraId="6865556F" w14:textId="77777777" w:rsidR="00784220" w:rsidRDefault="00784220">
            <w:pPr>
              <w:spacing w:line="240" w:lineRule="auto"/>
            </w:pPr>
          </w:p>
        </w:tc>
        <w:tc>
          <w:tcPr>
            <w:tcW w:w="2088" w:type="dxa"/>
            <w:vAlign w:val="center"/>
          </w:tcPr>
          <w:p w14:paraId="68655570" w14:textId="77777777" w:rsidR="00784220" w:rsidRDefault="00784220">
            <w:pPr>
              <w:spacing w:line="240" w:lineRule="auto"/>
            </w:pPr>
          </w:p>
        </w:tc>
        <w:tc>
          <w:tcPr>
            <w:tcW w:w="4752" w:type="dxa"/>
            <w:vAlign w:val="center"/>
          </w:tcPr>
          <w:p w14:paraId="68655571" w14:textId="77777777" w:rsidR="00784220" w:rsidRDefault="00FE5BE6">
            <w:pPr>
              <w:spacing w:line="240" w:lineRule="auto"/>
            </w:pPr>
            <w:r>
              <w:rPr>
                <w:sz w:val="21"/>
              </w:rPr>
              <w:t>Department of Culture, Recreation, and Tourism</w:t>
            </w:r>
          </w:p>
        </w:tc>
        <w:tc>
          <w:tcPr>
            <w:tcW w:w="1440" w:type="dxa"/>
            <w:vAlign w:val="center"/>
          </w:tcPr>
          <w:p w14:paraId="68655572" w14:textId="77777777" w:rsidR="00784220" w:rsidRDefault="00FE5BE6">
            <w:pPr>
              <w:spacing w:line="240" w:lineRule="auto"/>
              <w:jc w:val="center"/>
            </w:pPr>
            <w:r>
              <w:rPr>
                <w:sz w:val="21"/>
              </w:rPr>
              <w:t>S</w:t>
            </w:r>
          </w:p>
        </w:tc>
      </w:tr>
      <w:tr w:rsidR="00784220" w14:paraId="68655578" w14:textId="77777777" w:rsidTr="001000A2">
        <w:trPr>
          <w:cantSplit/>
          <w:jc w:val="center"/>
        </w:trPr>
        <w:tc>
          <w:tcPr>
            <w:tcW w:w="1080" w:type="dxa"/>
            <w:vAlign w:val="center"/>
          </w:tcPr>
          <w:p w14:paraId="68655574" w14:textId="77777777" w:rsidR="00784220" w:rsidRDefault="00784220">
            <w:pPr>
              <w:spacing w:line="240" w:lineRule="auto"/>
            </w:pPr>
          </w:p>
        </w:tc>
        <w:tc>
          <w:tcPr>
            <w:tcW w:w="2088" w:type="dxa"/>
            <w:vAlign w:val="center"/>
          </w:tcPr>
          <w:p w14:paraId="68655575" w14:textId="77777777" w:rsidR="00784220" w:rsidRDefault="00784220">
            <w:pPr>
              <w:spacing w:line="240" w:lineRule="auto"/>
            </w:pPr>
          </w:p>
        </w:tc>
        <w:tc>
          <w:tcPr>
            <w:tcW w:w="4752" w:type="dxa"/>
            <w:vAlign w:val="center"/>
          </w:tcPr>
          <w:p w14:paraId="68655576" w14:textId="77777777" w:rsidR="00784220" w:rsidRDefault="00FE5BE6">
            <w:pPr>
              <w:spacing w:line="240" w:lineRule="auto"/>
            </w:pPr>
            <w:r>
              <w:rPr>
                <w:sz w:val="21"/>
              </w:rPr>
              <w:t>Department of Agriculture and Forestry</w:t>
            </w:r>
          </w:p>
        </w:tc>
        <w:tc>
          <w:tcPr>
            <w:tcW w:w="1440" w:type="dxa"/>
            <w:vAlign w:val="center"/>
          </w:tcPr>
          <w:p w14:paraId="68655577" w14:textId="77777777" w:rsidR="00784220" w:rsidRDefault="00FE5BE6">
            <w:pPr>
              <w:spacing w:line="240" w:lineRule="auto"/>
              <w:jc w:val="center"/>
            </w:pPr>
            <w:r>
              <w:rPr>
                <w:sz w:val="21"/>
              </w:rPr>
              <w:t>S</w:t>
            </w:r>
          </w:p>
        </w:tc>
      </w:tr>
      <w:tr w:rsidR="00784220" w14:paraId="6865557D" w14:textId="77777777" w:rsidTr="001000A2">
        <w:trPr>
          <w:cantSplit/>
          <w:jc w:val="center"/>
        </w:trPr>
        <w:tc>
          <w:tcPr>
            <w:tcW w:w="1080" w:type="dxa"/>
            <w:vAlign w:val="center"/>
          </w:tcPr>
          <w:p w14:paraId="68655579" w14:textId="77777777" w:rsidR="00784220" w:rsidRDefault="00784220">
            <w:pPr>
              <w:spacing w:line="240" w:lineRule="auto"/>
            </w:pPr>
          </w:p>
        </w:tc>
        <w:tc>
          <w:tcPr>
            <w:tcW w:w="2088" w:type="dxa"/>
            <w:vAlign w:val="center"/>
          </w:tcPr>
          <w:p w14:paraId="6865557A" w14:textId="77777777" w:rsidR="00784220" w:rsidRDefault="00784220">
            <w:pPr>
              <w:spacing w:line="240" w:lineRule="auto"/>
            </w:pPr>
          </w:p>
        </w:tc>
        <w:tc>
          <w:tcPr>
            <w:tcW w:w="4752" w:type="dxa"/>
            <w:vAlign w:val="center"/>
          </w:tcPr>
          <w:p w14:paraId="6865557B" w14:textId="77777777" w:rsidR="00784220" w:rsidRDefault="00FE5BE6">
            <w:pPr>
              <w:spacing w:line="240" w:lineRule="auto"/>
            </w:pPr>
            <w:r>
              <w:rPr>
                <w:sz w:val="21"/>
              </w:rPr>
              <w:t>Office of the Lieutenant Governor</w:t>
            </w:r>
          </w:p>
        </w:tc>
        <w:tc>
          <w:tcPr>
            <w:tcW w:w="1440" w:type="dxa"/>
            <w:vAlign w:val="center"/>
          </w:tcPr>
          <w:p w14:paraId="6865557C" w14:textId="77777777" w:rsidR="00784220" w:rsidRDefault="00FE5BE6">
            <w:pPr>
              <w:spacing w:line="240" w:lineRule="auto"/>
              <w:jc w:val="center"/>
            </w:pPr>
            <w:r>
              <w:rPr>
                <w:sz w:val="21"/>
              </w:rPr>
              <w:t>S</w:t>
            </w:r>
          </w:p>
        </w:tc>
      </w:tr>
      <w:tr w:rsidR="00784220" w14:paraId="68655582" w14:textId="77777777" w:rsidTr="001000A2">
        <w:trPr>
          <w:cantSplit/>
          <w:jc w:val="center"/>
        </w:trPr>
        <w:tc>
          <w:tcPr>
            <w:tcW w:w="1080" w:type="dxa"/>
            <w:vAlign w:val="center"/>
          </w:tcPr>
          <w:p w14:paraId="6865557E" w14:textId="77777777" w:rsidR="00784220" w:rsidRDefault="00784220">
            <w:pPr>
              <w:spacing w:line="240" w:lineRule="auto"/>
            </w:pPr>
          </w:p>
        </w:tc>
        <w:tc>
          <w:tcPr>
            <w:tcW w:w="2088" w:type="dxa"/>
            <w:vAlign w:val="center"/>
          </w:tcPr>
          <w:p w14:paraId="6865557F" w14:textId="77777777" w:rsidR="00784220" w:rsidRDefault="00784220">
            <w:pPr>
              <w:spacing w:line="240" w:lineRule="auto"/>
            </w:pPr>
          </w:p>
        </w:tc>
        <w:tc>
          <w:tcPr>
            <w:tcW w:w="4752" w:type="dxa"/>
            <w:vAlign w:val="center"/>
          </w:tcPr>
          <w:p w14:paraId="68655580" w14:textId="77777777" w:rsidR="00784220" w:rsidRDefault="00FE5BE6">
            <w:pPr>
              <w:spacing w:line="240" w:lineRule="auto"/>
            </w:pPr>
            <w:r>
              <w:rPr>
                <w:sz w:val="21"/>
              </w:rPr>
              <w:t>Office of Community Development</w:t>
            </w:r>
          </w:p>
        </w:tc>
        <w:tc>
          <w:tcPr>
            <w:tcW w:w="1440" w:type="dxa"/>
            <w:vAlign w:val="center"/>
          </w:tcPr>
          <w:p w14:paraId="68655581" w14:textId="77777777" w:rsidR="00784220" w:rsidRDefault="00FE5BE6">
            <w:pPr>
              <w:spacing w:line="240" w:lineRule="auto"/>
              <w:jc w:val="center"/>
            </w:pPr>
            <w:r>
              <w:rPr>
                <w:sz w:val="21"/>
              </w:rPr>
              <w:t>S</w:t>
            </w:r>
          </w:p>
        </w:tc>
      </w:tr>
      <w:tr w:rsidR="00784220" w14:paraId="68655587" w14:textId="77777777" w:rsidTr="001000A2">
        <w:trPr>
          <w:cantSplit/>
          <w:jc w:val="center"/>
        </w:trPr>
        <w:tc>
          <w:tcPr>
            <w:tcW w:w="1080" w:type="dxa"/>
            <w:vAlign w:val="center"/>
          </w:tcPr>
          <w:p w14:paraId="68655583" w14:textId="77777777" w:rsidR="00784220" w:rsidRDefault="00784220">
            <w:pPr>
              <w:spacing w:line="240" w:lineRule="auto"/>
            </w:pPr>
          </w:p>
        </w:tc>
        <w:tc>
          <w:tcPr>
            <w:tcW w:w="2088" w:type="dxa"/>
            <w:vAlign w:val="center"/>
          </w:tcPr>
          <w:p w14:paraId="68655584" w14:textId="77777777" w:rsidR="00784220" w:rsidRDefault="00784220">
            <w:pPr>
              <w:spacing w:line="240" w:lineRule="auto"/>
            </w:pPr>
          </w:p>
        </w:tc>
        <w:tc>
          <w:tcPr>
            <w:tcW w:w="4752" w:type="dxa"/>
            <w:vAlign w:val="center"/>
          </w:tcPr>
          <w:p w14:paraId="68655585" w14:textId="77777777" w:rsidR="00784220" w:rsidRDefault="00FE5BE6">
            <w:pPr>
              <w:spacing w:line="240" w:lineRule="auto"/>
            </w:pPr>
            <w:r>
              <w:rPr>
                <w:sz w:val="21"/>
              </w:rPr>
              <w:t>Secretary of State</w:t>
            </w:r>
          </w:p>
        </w:tc>
        <w:tc>
          <w:tcPr>
            <w:tcW w:w="1440" w:type="dxa"/>
            <w:vAlign w:val="center"/>
          </w:tcPr>
          <w:p w14:paraId="68655586" w14:textId="77777777" w:rsidR="00784220" w:rsidRDefault="00FE5BE6">
            <w:pPr>
              <w:spacing w:line="240" w:lineRule="auto"/>
              <w:jc w:val="center"/>
            </w:pPr>
            <w:r>
              <w:rPr>
                <w:sz w:val="21"/>
              </w:rPr>
              <w:t>S</w:t>
            </w:r>
          </w:p>
        </w:tc>
      </w:tr>
      <w:tr w:rsidR="00784220" w14:paraId="6865558C" w14:textId="77777777" w:rsidTr="001000A2">
        <w:trPr>
          <w:cantSplit/>
          <w:jc w:val="center"/>
        </w:trPr>
        <w:tc>
          <w:tcPr>
            <w:tcW w:w="1080" w:type="dxa"/>
            <w:vAlign w:val="center"/>
          </w:tcPr>
          <w:p w14:paraId="68655588" w14:textId="77777777" w:rsidR="00784220" w:rsidRDefault="00784220">
            <w:pPr>
              <w:spacing w:line="240" w:lineRule="auto"/>
            </w:pPr>
          </w:p>
        </w:tc>
        <w:tc>
          <w:tcPr>
            <w:tcW w:w="2088" w:type="dxa"/>
            <w:vAlign w:val="center"/>
          </w:tcPr>
          <w:p w14:paraId="68655589" w14:textId="77777777" w:rsidR="00784220" w:rsidRDefault="00784220">
            <w:pPr>
              <w:spacing w:line="240" w:lineRule="auto"/>
            </w:pPr>
          </w:p>
        </w:tc>
        <w:tc>
          <w:tcPr>
            <w:tcW w:w="4752" w:type="dxa"/>
            <w:vAlign w:val="center"/>
          </w:tcPr>
          <w:p w14:paraId="6865558A" w14:textId="77777777" w:rsidR="00784220" w:rsidRDefault="00FE5BE6">
            <w:pPr>
              <w:spacing w:line="240" w:lineRule="auto"/>
            </w:pPr>
            <w:r>
              <w:rPr>
                <w:sz w:val="21"/>
              </w:rPr>
              <w:t>Governor’s Office of Disability Affairs</w:t>
            </w:r>
          </w:p>
        </w:tc>
        <w:tc>
          <w:tcPr>
            <w:tcW w:w="1440" w:type="dxa"/>
            <w:vAlign w:val="center"/>
          </w:tcPr>
          <w:p w14:paraId="6865558B" w14:textId="77777777" w:rsidR="00784220" w:rsidRDefault="00FE5BE6">
            <w:pPr>
              <w:spacing w:line="240" w:lineRule="auto"/>
              <w:jc w:val="center"/>
            </w:pPr>
            <w:r>
              <w:rPr>
                <w:sz w:val="21"/>
              </w:rPr>
              <w:t>S</w:t>
            </w:r>
          </w:p>
        </w:tc>
      </w:tr>
      <w:tr w:rsidR="00784220" w14:paraId="68655591" w14:textId="77777777" w:rsidTr="001000A2">
        <w:trPr>
          <w:cantSplit/>
          <w:jc w:val="center"/>
        </w:trPr>
        <w:tc>
          <w:tcPr>
            <w:tcW w:w="1080" w:type="dxa"/>
            <w:vAlign w:val="center"/>
          </w:tcPr>
          <w:p w14:paraId="6865558D" w14:textId="77777777" w:rsidR="00784220" w:rsidRDefault="00784220">
            <w:pPr>
              <w:spacing w:line="240" w:lineRule="auto"/>
            </w:pPr>
          </w:p>
        </w:tc>
        <w:tc>
          <w:tcPr>
            <w:tcW w:w="2088" w:type="dxa"/>
            <w:vAlign w:val="center"/>
          </w:tcPr>
          <w:p w14:paraId="6865558E" w14:textId="77777777" w:rsidR="00784220" w:rsidRDefault="00784220">
            <w:pPr>
              <w:spacing w:line="240" w:lineRule="auto"/>
            </w:pPr>
          </w:p>
        </w:tc>
        <w:tc>
          <w:tcPr>
            <w:tcW w:w="4752" w:type="dxa"/>
            <w:vAlign w:val="center"/>
          </w:tcPr>
          <w:p w14:paraId="6865558F" w14:textId="77777777" w:rsidR="00784220" w:rsidRDefault="00FE5BE6">
            <w:pPr>
              <w:spacing w:line="240" w:lineRule="auto"/>
            </w:pPr>
            <w:r>
              <w:rPr>
                <w:sz w:val="21"/>
              </w:rPr>
              <w:t>Governor’s Office of Elderly Affairs</w:t>
            </w:r>
          </w:p>
        </w:tc>
        <w:tc>
          <w:tcPr>
            <w:tcW w:w="1440" w:type="dxa"/>
            <w:vAlign w:val="center"/>
          </w:tcPr>
          <w:p w14:paraId="68655590" w14:textId="77777777" w:rsidR="00784220" w:rsidRDefault="00FE5BE6">
            <w:pPr>
              <w:spacing w:line="240" w:lineRule="auto"/>
              <w:jc w:val="center"/>
            </w:pPr>
            <w:r>
              <w:rPr>
                <w:sz w:val="21"/>
              </w:rPr>
              <w:t>S</w:t>
            </w:r>
            <w:bookmarkStart w:id="0" w:name="vdocb01a0fd3e"/>
            <w:bookmarkStart w:id="1" w:name="vdocb01a0fce5"/>
            <w:bookmarkEnd w:id="0"/>
            <w:bookmarkEnd w:id="1"/>
          </w:p>
        </w:tc>
      </w:tr>
    </w:tbl>
    <w:p w14:paraId="68655592" w14:textId="77777777" w:rsidR="00784220" w:rsidRDefault="00FE5BE6" w:rsidP="00FE5BE6">
      <w:pPr>
        <w:spacing w:before="240" w:after="120" w:line="480" w:lineRule="auto"/>
        <w:ind w:firstLine="720"/>
        <w:jc w:val="both"/>
      </w:pPr>
      <w:r>
        <w:rPr>
          <w:u w:val="single"/>
        </w:rPr>
        <w:t>Section 5:</w:t>
      </w:r>
      <w:r>
        <w:tab/>
        <w:t xml:space="preserve">The head of each department, office, agency, and organization identified in Section 4 of this Order shall designate both an emergency coordinator and an alternate coordinator to act on the department’s behalf during an emergency </w:t>
      </w:r>
      <w:proofErr w:type="gramStart"/>
      <w:r>
        <w:t>situation, and</w:t>
      </w:r>
      <w:proofErr w:type="gramEnd"/>
      <w:r>
        <w:t xml:space="preserve"> furnish the Director with their names and all phone numbers. The head shall also designate a Continuity of Operations Plan (COOP) coordinator who will prepare and maintain plans, procedures, arrangements, and agreements to ensure that the organization will continue to carry out its mission in an emergency or disaster.</w:t>
      </w:r>
    </w:p>
    <w:p w14:paraId="68655593" w14:textId="77777777" w:rsidR="00784220" w:rsidRDefault="00FE5BE6">
      <w:pPr>
        <w:spacing w:after="120" w:line="480" w:lineRule="auto"/>
        <w:ind w:firstLine="720"/>
        <w:jc w:val="both"/>
      </w:pPr>
      <w:r>
        <w:rPr>
          <w:u w:val="single"/>
        </w:rPr>
        <w:t>Section 6:</w:t>
      </w:r>
      <w:r>
        <w:tab/>
        <w:t>The head of each department assigned emergency support or recovery support responsibilities in Section 4 of this Order shall assist its primary department in the preparation of their procedures and/or any other documents necessary to support the Plan.</w:t>
      </w:r>
    </w:p>
    <w:p w14:paraId="68655594" w14:textId="77777777" w:rsidR="00784220" w:rsidRPr="00FE5BE6" w:rsidRDefault="00FE5BE6">
      <w:pPr>
        <w:spacing w:after="120" w:line="480" w:lineRule="auto"/>
        <w:ind w:firstLine="720"/>
        <w:jc w:val="both"/>
      </w:pPr>
      <w:r>
        <w:rPr>
          <w:u w:val="single"/>
        </w:rPr>
        <w:lastRenderedPageBreak/>
        <w:t>Section 7:</w:t>
      </w:r>
      <w:r>
        <w:tab/>
      </w:r>
      <w:r w:rsidRPr="00FE5BE6">
        <w:t>The head of each department assigned a primary and/or a support responsibility in Section 4 of this Order shall:</w:t>
      </w:r>
    </w:p>
    <w:p w14:paraId="68655595" w14:textId="192F1BF5" w:rsidR="00784220" w:rsidRDefault="00FE5BE6" w:rsidP="00FE5BE6">
      <w:pPr>
        <w:pStyle w:val="ListParagraph"/>
        <w:numPr>
          <w:ilvl w:val="0"/>
          <w:numId w:val="11"/>
        </w:numPr>
        <w:tabs>
          <w:tab w:val="left" w:pos="2160"/>
        </w:tabs>
        <w:spacing w:after="120" w:line="480" w:lineRule="auto"/>
        <w:jc w:val="both"/>
      </w:pPr>
      <w:r w:rsidRPr="00FE5BE6">
        <w:t>Staff the State Emergency Operations Center and/or Joint Field</w:t>
      </w:r>
      <w:r>
        <w:t xml:space="preserve"> Office with personnel during training exercises and emergencies as requested by the Director;</w:t>
      </w:r>
    </w:p>
    <w:p w14:paraId="68655596" w14:textId="30B0B0FD" w:rsidR="00784220" w:rsidRDefault="00FE5BE6" w:rsidP="00FE5BE6">
      <w:pPr>
        <w:pStyle w:val="ListParagraph"/>
        <w:numPr>
          <w:ilvl w:val="0"/>
          <w:numId w:val="11"/>
        </w:numPr>
        <w:tabs>
          <w:tab w:val="left" w:pos="2160"/>
        </w:tabs>
        <w:spacing w:after="120" w:line="480" w:lineRule="auto"/>
        <w:jc w:val="both"/>
      </w:pPr>
      <w:r>
        <w:t>Maintain and operate a 24-hour response capability in the department headquarters, or in the department’s designated Emergency Operations Center, when the Plan is implemented;</w:t>
      </w:r>
    </w:p>
    <w:p w14:paraId="68655597" w14:textId="7C6F870B" w:rsidR="00784220" w:rsidRDefault="00FE5BE6" w:rsidP="00FE5BE6">
      <w:pPr>
        <w:pStyle w:val="ListParagraph"/>
        <w:numPr>
          <w:ilvl w:val="0"/>
          <w:numId w:val="11"/>
        </w:numPr>
        <w:tabs>
          <w:tab w:val="left" w:pos="2160"/>
        </w:tabs>
        <w:spacing w:after="120" w:line="480" w:lineRule="auto"/>
        <w:jc w:val="both"/>
      </w:pPr>
      <w:r>
        <w:t>Participate in exercises of the Plan when scheduled by the Director;</w:t>
      </w:r>
    </w:p>
    <w:p w14:paraId="68655598" w14:textId="4FAF2A48" w:rsidR="00784220" w:rsidRDefault="00FE5BE6" w:rsidP="00FE5BE6">
      <w:pPr>
        <w:pStyle w:val="ListParagraph"/>
        <w:numPr>
          <w:ilvl w:val="0"/>
          <w:numId w:val="11"/>
        </w:numPr>
        <w:tabs>
          <w:tab w:val="left" w:pos="2160"/>
        </w:tabs>
        <w:spacing w:after="120" w:line="480" w:lineRule="auto"/>
        <w:jc w:val="both"/>
      </w:pPr>
      <w:r>
        <w:t>Participate in, and conduct, training essential to the implementation of the department’s assigned emergency service;</w:t>
      </w:r>
    </w:p>
    <w:p w14:paraId="68655599" w14:textId="380BDE25" w:rsidR="00784220" w:rsidRDefault="00FE5BE6" w:rsidP="00FE5BE6">
      <w:pPr>
        <w:pStyle w:val="ListParagraph"/>
        <w:numPr>
          <w:ilvl w:val="0"/>
          <w:numId w:val="11"/>
        </w:numPr>
        <w:tabs>
          <w:tab w:val="left" w:pos="2160"/>
        </w:tabs>
        <w:spacing w:after="120" w:line="480" w:lineRule="auto"/>
        <w:jc w:val="both"/>
      </w:pPr>
      <w:r>
        <w:t>Conduct an annual internal review to update the details of their department’s implementing procedures and advise the Director of needed modifications of their implementing procedures; and</w:t>
      </w:r>
    </w:p>
    <w:p w14:paraId="6865559A" w14:textId="52EA60AC" w:rsidR="00784220" w:rsidRDefault="00FE5BE6" w:rsidP="00FE5BE6">
      <w:pPr>
        <w:pStyle w:val="ListParagraph"/>
        <w:numPr>
          <w:ilvl w:val="0"/>
          <w:numId w:val="11"/>
        </w:numPr>
        <w:tabs>
          <w:tab w:val="left" w:pos="2160"/>
        </w:tabs>
        <w:spacing w:after="120" w:line="480" w:lineRule="auto"/>
        <w:jc w:val="both"/>
      </w:pPr>
      <w:r>
        <w:t>Maintain logs, records, and reporting systems required by all state and federal laws, rules, and regulations.</w:t>
      </w:r>
    </w:p>
    <w:p w14:paraId="6865559B" w14:textId="77777777" w:rsidR="00784220" w:rsidRDefault="00FE5BE6">
      <w:pPr>
        <w:spacing w:after="120" w:line="480" w:lineRule="auto"/>
        <w:ind w:firstLine="720"/>
        <w:jc w:val="both"/>
      </w:pPr>
      <w:r>
        <w:rPr>
          <w:u w:val="single"/>
        </w:rPr>
        <w:t>Section 8:</w:t>
      </w:r>
      <w:r>
        <w:tab/>
        <w:t>All departments, commissions, boards, agencies and officers of the state, or any political subdivision thereof, are authorized and directed to cooperate in the implementation of this Order.</w:t>
      </w:r>
    </w:p>
    <w:p w14:paraId="6865559C" w14:textId="77777777" w:rsidR="00784220" w:rsidRPr="00FE5BE6" w:rsidRDefault="00FE5BE6">
      <w:pPr>
        <w:spacing w:after="120" w:line="480" w:lineRule="auto"/>
        <w:ind w:firstLine="720"/>
        <w:jc w:val="both"/>
      </w:pPr>
      <w:r>
        <w:rPr>
          <w:u w:val="single"/>
        </w:rPr>
        <w:t>Section 9:</w:t>
      </w:r>
      <w:r>
        <w:tab/>
      </w:r>
      <w:r w:rsidRPr="00FE5BE6">
        <w:t>This Order supersedes and replaces Executive Order Number JML 25-137, issued on November 25, 2025, and Executive Order Number JML 25-137 is hereby terminated.</w:t>
      </w:r>
    </w:p>
    <w:p w14:paraId="6865559D" w14:textId="77777777" w:rsidR="00784220" w:rsidRPr="00FE5BE6" w:rsidRDefault="00FE5BE6">
      <w:pPr>
        <w:keepNext/>
        <w:spacing w:after="120" w:line="480" w:lineRule="auto"/>
        <w:ind w:firstLine="720"/>
        <w:jc w:val="both"/>
      </w:pPr>
      <w:r w:rsidRPr="00FE5BE6">
        <w:rPr>
          <w:u w:val="single"/>
        </w:rPr>
        <w:t>Section 10:</w:t>
      </w:r>
      <w:r w:rsidRPr="00FE5BE6">
        <w:tab/>
        <w:t>This Order is effective upon signature and shall remain in effect until amended, modified, terminated, or rescinded by the governor or terminated by operation of law.</w:t>
      </w:r>
    </w:p>
    <w:p w14:paraId="6865559E" w14:textId="01ABC990" w:rsidR="00784220" w:rsidRDefault="00FE5BE6">
      <w:pPr>
        <w:keepNext/>
        <w:spacing w:before="240" w:line="240" w:lineRule="auto"/>
        <w:ind w:left="4320"/>
        <w:jc w:val="both"/>
      </w:pPr>
      <w:r w:rsidRPr="00FE5BE6">
        <w:rPr>
          <w:b/>
        </w:rPr>
        <w:t>IN WITNESS WHEREOF,</w:t>
      </w:r>
      <w:r w:rsidRPr="00FE5BE6">
        <w:t xml:space="preserve"> I have set my hand officially and caused to be affixed the Great Seal of </w:t>
      </w:r>
      <w:r w:rsidRPr="00FE5BE6">
        <w:lastRenderedPageBreak/>
        <w:t xml:space="preserve">the State of Louisiana </w:t>
      </w:r>
      <w:proofErr w:type="gramStart"/>
      <w:r w:rsidRPr="00FE5BE6">
        <w:t>in</w:t>
      </w:r>
      <w:proofErr w:type="gramEnd"/>
      <w:r w:rsidRPr="00FE5BE6">
        <w:t xml:space="preserve"> the City of Baton Rouge, on this</w:t>
      </w:r>
      <w:r>
        <w:t xml:space="preserve"> 2</w:t>
      </w:r>
      <w:r>
        <w:rPr>
          <w:vertAlign w:val="superscript"/>
        </w:rPr>
        <w:t xml:space="preserve">nd </w:t>
      </w:r>
      <w:r w:rsidRPr="00FE5BE6">
        <w:t>day of</w:t>
      </w:r>
      <w:r>
        <w:t xml:space="preserve"> </w:t>
      </w:r>
      <w:proofErr w:type="gramStart"/>
      <w:r>
        <w:t>October</w:t>
      </w:r>
      <w:r w:rsidRPr="00FE5BE6">
        <w:t>,</w:t>
      </w:r>
      <w:proofErr w:type="gramEnd"/>
      <w:r w:rsidRPr="00FE5BE6">
        <w:t xml:space="preserve"> 2026.</w:t>
      </w:r>
    </w:p>
    <w:p w14:paraId="6865559F" w14:textId="77777777" w:rsidR="00784220" w:rsidRDefault="00784220">
      <w:pPr>
        <w:keepNext/>
        <w:spacing w:line="240" w:lineRule="auto"/>
        <w:ind w:left="4320"/>
      </w:pPr>
    </w:p>
    <w:p w14:paraId="5583C29E" w14:textId="77777777" w:rsidR="00335D98" w:rsidRDefault="00335D98">
      <w:pPr>
        <w:keepNext/>
        <w:spacing w:line="240" w:lineRule="auto"/>
        <w:ind w:left="4320"/>
      </w:pPr>
    </w:p>
    <w:p w14:paraId="686555A0" w14:textId="77777777" w:rsidR="00784220" w:rsidRDefault="00784220">
      <w:pPr>
        <w:keepNext/>
        <w:spacing w:line="240" w:lineRule="auto"/>
        <w:ind w:left="4320"/>
      </w:pPr>
    </w:p>
    <w:p w14:paraId="686555A1" w14:textId="77777777" w:rsidR="00784220" w:rsidRDefault="00FE5BE6">
      <w:pPr>
        <w:keepNext/>
        <w:spacing w:line="240" w:lineRule="auto"/>
        <w:ind w:left="4320"/>
      </w:pPr>
      <w:r>
        <w:t>____________________________________</w:t>
      </w:r>
    </w:p>
    <w:p w14:paraId="686555A2" w14:textId="77777777" w:rsidR="00784220" w:rsidRDefault="00FE5BE6">
      <w:pPr>
        <w:keepNext/>
        <w:spacing w:line="240" w:lineRule="auto"/>
        <w:ind w:left="4320"/>
      </w:pPr>
      <w:r>
        <w:rPr>
          <w:b/>
        </w:rPr>
        <w:t>Jeff Landry</w:t>
      </w:r>
    </w:p>
    <w:p w14:paraId="686555A3" w14:textId="77777777" w:rsidR="00784220" w:rsidRDefault="00FE5BE6">
      <w:pPr>
        <w:keepNext/>
        <w:spacing w:line="240" w:lineRule="auto"/>
        <w:ind w:left="4320"/>
      </w:pPr>
      <w:r>
        <w:rPr>
          <w:b/>
        </w:rPr>
        <w:t>GOVERNOR OF LOUISIANA</w:t>
      </w:r>
    </w:p>
    <w:p w14:paraId="686555A4" w14:textId="77777777" w:rsidR="00784220" w:rsidRDefault="00784220">
      <w:pPr>
        <w:keepNext/>
        <w:spacing w:line="240" w:lineRule="auto"/>
      </w:pPr>
    </w:p>
    <w:p w14:paraId="686555A5" w14:textId="77777777" w:rsidR="00784220" w:rsidRDefault="00FE5BE6">
      <w:pPr>
        <w:keepNext/>
        <w:spacing w:line="240" w:lineRule="auto"/>
      </w:pPr>
      <w:r>
        <w:rPr>
          <w:b/>
        </w:rPr>
        <w:t>ATTEST BY THE SECRETARY</w:t>
      </w:r>
    </w:p>
    <w:p w14:paraId="686555A6" w14:textId="77777777" w:rsidR="00784220" w:rsidRDefault="00FE5BE6">
      <w:pPr>
        <w:keepNext/>
        <w:spacing w:line="240" w:lineRule="auto"/>
      </w:pPr>
      <w:r>
        <w:rPr>
          <w:b/>
        </w:rPr>
        <w:t>OF STATE</w:t>
      </w:r>
    </w:p>
    <w:p w14:paraId="686555A7" w14:textId="77777777" w:rsidR="00784220" w:rsidRDefault="00784220">
      <w:pPr>
        <w:keepNext/>
        <w:spacing w:line="240" w:lineRule="auto"/>
      </w:pPr>
    </w:p>
    <w:p w14:paraId="686555A8" w14:textId="77777777" w:rsidR="00784220" w:rsidRDefault="00784220">
      <w:pPr>
        <w:keepNext/>
        <w:spacing w:line="240" w:lineRule="auto"/>
      </w:pPr>
    </w:p>
    <w:p w14:paraId="0C9C4CA1" w14:textId="77777777" w:rsidR="00335D98" w:rsidRDefault="00335D98">
      <w:pPr>
        <w:keepNext/>
        <w:spacing w:line="240" w:lineRule="auto"/>
      </w:pPr>
    </w:p>
    <w:p w14:paraId="686555A9" w14:textId="77777777" w:rsidR="00784220" w:rsidRDefault="00FE5BE6">
      <w:pPr>
        <w:keepNext/>
        <w:spacing w:line="240" w:lineRule="auto"/>
      </w:pPr>
      <w:r>
        <w:t>________________________________</w:t>
      </w:r>
    </w:p>
    <w:p w14:paraId="686555AA" w14:textId="77777777" w:rsidR="00784220" w:rsidRDefault="00FE5BE6">
      <w:pPr>
        <w:keepNext/>
        <w:spacing w:line="240" w:lineRule="auto"/>
      </w:pPr>
      <w:r>
        <w:rPr>
          <w:b/>
        </w:rPr>
        <w:t>Nancy Landry</w:t>
      </w:r>
    </w:p>
    <w:p w14:paraId="686555AB" w14:textId="77777777" w:rsidR="00784220" w:rsidRDefault="00FE5BE6">
      <w:pPr>
        <w:spacing w:line="240" w:lineRule="auto"/>
      </w:pPr>
      <w:r>
        <w:rPr>
          <w:b/>
        </w:rPr>
        <w:t>SECRETARY OF STATE</w:t>
      </w:r>
    </w:p>
    <w:sectPr w:rsidR="00784220" w:rsidSect="009B0A56">
      <w:headerReference w:type="even" r:id="rId10"/>
      <w:headerReference w:type="default" r:id="rId11"/>
      <w:footerReference w:type="even" r:id="rId12"/>
      <w:footerReference w:type="default" r:id="rId13"/>
      <w:headerReference w:type="first" r:id="rId14"/>
      <w:footerReference w:type="first" r:id="rId15"/>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B545" w14:textId="77777777" w:rsidR="00AF1776" w:rsidRDefault="00AF1776">
      <w:pPr>
        <w:spacing w:line="240" w:lineRule="auto"/>
      </w:pPr>
      <w:r>
        <w:separator/>
      </w:r>
    </w:p>
  </w:endnote>
  <w:endnote w:type="continuationSeparator" w:id="0">
    <w:p w14:paraId="751CD435" w14:textId="77777777" w:rsidR="00AF1776" w:rsidRDefault="00AF1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70B9" w14:textId="77777777" w:rsidR="0020511D" w:rsidRDefault="00205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55AD" w14:textId="77777777" w:rsidR="00784220" w:rsidRDefault="00FE5BE6">
    <w:pPr>
      <w:pStyle w:val="Footer"/>
      <w:jc w:val="center"/>
      <w:rPr>
        <w:bCs/>
      </w:rPr>
    </w:pPr>
    <w:r>
      <w:rPr>
        <w:bCs/>
      </w:rPr>
      <w:fldChar w:fldCharType="begin"/>
    </w:r>
    <w:r>
      <w:rPr>
        <w:bCs/>
      </w:rPr>
      <w:instrText xml:space="preserve"> PAGE </w:instrText>
    </w:r>
    <w:r>
      <w:rPr>
        <w:bCs/>
      </w:rPr>
      <w:fldChar w:fldCharType="separate"/>
    </w:r>
    <w:r>
      <w:rPr>
        <w:bCs/>
      </w:rPr>
      <w:t>11</w:t>
    </w:r>
    <w:r>
      <w:rPr>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8A73" w14:textId="77777777" w:rsidR="0020511D" w:rsidRDefault="00205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CA151" w14:textId="77777777" w:rsidR="00AF1776" w:rsidRDefault="00AF1776">
      <w:pPr>
        <w:spacing w:line="240" w:lineRule="auto"/>
      </w:pPr>
      <w:r>
        <w:separator/>
      </w:r>
    </w:p>
  </w:footnote>
  <w:footnote w:type="continuationSeparator" w:id="0">
    <w:p w14:paraId="7B365A94" w14:textId="77777777" w:rsidR="00AF1776" w:rsidRDefault="00AF17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04C4" w14:textId="77777777" w:rsidR="0020511D" w:rsidRDefault="00205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508D" w14:textId="77777777" w:rsidR="0020511D" w:rsidRDefault="00205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F24D" w14:textId="6AFE7852" w:rsidR="006326A6" w:rsidRDefault="006326A6">
    <w:pPr>
      <w:pStyle w:val="Header"/>
    </w:pPr>
    <w:r w:rsidRPr="004C38DC">
      <w:rPr>
        <w:rFonts w:cs="Times New Roman"/>
        <w:noProof/>
        <w:szCs w:val="24"/>
      </w:rPr>
      <w:drawing>
        <wp:inline distT="0" distB="0" distL="0" distR="0" wp14:anchorId="3F5AE045" wp14:editId="14EDEE9A">
          <wp:extent cx="5943600" cy="1254125"/>
          <wp:effectExtent l="0" t="0" r="0" b="3175"/>
          <wp:docPr id="1025" name="shape1025" descr="State of Louisiana Header font with Louisiana State Seal in center&#10;"/>
          <wp:cNvGraphicFramePr/>
          <a:graphic xmlns:a="http://schemas.openxmlformats.org/drawingml/2006/main">
            <a:graphicData uri="http://schemas.openxmlformats.org/drawingml/2006/picture">
              <pic:pic xmlns:pic="http://schemas.openxmlformats.org/drawingml/2006/picture">
                <pic:nvPicPr>
                  <pic:cNvPr id="1025" name="shape1025" descr="State of Louisiana Header font with Louisiana State Seal in center&#10;"/>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E92"/>
    <w:multiLevelType w:val="hybridMultilevel"/>
    <w:tmpl w:val="4010F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B5875"/>
    <w:multiLevelType w:val="multilevel"/>
    <w:tmpl w:val="78ACEA8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B84595B"/>
    <w:multiLevelType w:val="hybridMultilevel"/>
    <w:tmpl w:val="72E64E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0A1682"/>
    <w:multiLevelType w:val="multilevel"/>
    <w:tmpl w:val="6534FC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B505B24"/>
    <w:multiLevelType w:val="hybridMultilevel"/>
    <w:tmpl w:val="95A093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32C2"/>
    <w:multiLevelType w:val="multilevel"/>
    <w:tmpl w:val="FB5A5780"/>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0F07271"/>
    <w:multiLevelType w:val="hybridMultilevel"/>
    <w:tmpl w:val="59020F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A81D00"/>
    <w:multiLevelType w:val="multilevel"/>
    <w:tmpl w:val="96B6529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8092BA6"/>
    <w:multiLevelType w:val="multilevel"/>
    <w:tmpl w:val="96D03B54"/>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7B1643"/>
    <w:multiLevelType w:val="multilevel"/>
    <w:tmpl w:val="8A82004A"/>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03D1D83"/>
    <w:multiLevelType w:val="multilevel"/>
    <w:tmpl w:val="B85C378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59302570">
    <w:abstractNumId w:val="1"/>
  </w:num>
  <w:num w:numId="2" w16cid:durableId="1797287113">
    <w:abstractNumId w:val="5"/>
  </w:num>
  <w:num w:numId="3" w16cid:durableId="1924483676">
    <w:abstractNumId w:val="9"/>
  </w:num>
  <w:num w:numId="4" w16cid:durableId="686367543">
    <w:abstractNumId w:val="8"/>
  </w:num>
  <w:num w:numId="5" w16cid:durableId="946735324">
    <w:abstractNumId w:val="10"/>
  </w:num>
  <w:num w:numId="6" w16cid:durableId="563030545">
    <w:abstractNumId w:val="7"/>
  </w:num>
  <w:num w:numId="7" w16cid:durableId="296837811">
    <w:abstractNumId w:val="3"/>
  </w:num>
  <w:num w:numId="8" w16cid:durableId="1468619161">
    <w:abstractNumId w:val="2"/>
  </w:num>
  <w:num w:numId="9" w16cid:durableId="1888713409">
    <w:abstractNumId w:val="0"/>
  </w:num>
  <w:num w:numId="10" w16cid:durableId="587202960">
    <w:abstractNumId w:val="4"/>
  </w:num>
  <w:num w:numId="11" w16cid:durableId="280460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20"/>
    <w:rsid w:val="00046B3F"/>
    <w:rsid w:val="000675F7"/>
    <w:rsid w:val="000D747B"/>
    <w:rsid w:val="001000A2"/>
    <w:rsid w:val="0020511D"/>
    <w:rsid w:val="00335D98"/>
    <w:rsid w:val="0045581B"/>
    <w:rsid w:val="004D1D02"/>
    <w:rsid w:val="005208F0"/>
    <w:rsid w:val="005F6FFB"/>
    <w:rsid w:val="006326A6"/>
    <w:rsid w:val="00666E0B"/>
    <w:rsid w:val="00764A0F"/>
    <w:rsid w:val="00784220"/>
    <w:rsid w:val="007E3CA4"/>
    <w:rsid w:val="008D762E"/>
    <w:rsid w:val="00974738"/>
    <w:rsid w:val="00984106"/>
    <w:rsid w:val="009B0A56"/>
    <w:rsid w:val="009C17EF"/>
    <w:rsid w:val="00A373CA"/>
    <w:rsid w:val="00AF1776"/>
    <w:rsid w:val="00B225F4"/>
    <w:rsid w:val="00BF64B8"/>
    <w:rsid w:val="00D12386"/>
    <w:rsid w:val="00DC0907"/>
    <w:rsid w:val="00E82210"/>
    <w:rsid w:val="00F661CA"/>
    <w:rsid w:val="00FE5BE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54E5B"/>
  <w15:docId w15:val="{31AB4346-31DB-4616-80C3-AB281921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line="240" w:lineRule="auto"/>
    </w:pPr>
  </w:style>
  <w:style w:type="paragraph" w:styleId="Footer">
    <w:name w:val="footer"/>
    <w:basedOn w:val="Normal"/>
    <w:link w:val="FooterChar"/>
    <w:uiPriority w:val="99"/>
    <w:unhideWhenUsed/>
    <w:rsid w:val="00E618BF"/>
    <w:pPr>
      <w:tabs>
        <w:tab w:val="center" w:pos="4680"/>
        <w:tab w:val="right" w:pos="9360"/>
      </w:tabs>
      <w:spacing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D84ED1-AACA-45CE-8EBA-BB1BD458B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61F6E-E62E-4FC7-A2A8-0BFC6CFEEAE4}">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customXml/itemProps3.xml><?xml version="1.0" encoding="utf-8"?>
<ds:datastoreItem xmlns:ds="http://schemas.openxmlformats.org/officeDocument/2006/customXml" ds:itemID="{ADB58BE4-7DD7-42A3-BE60-F778C9AE2F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3145</Words>
  <Characters>17931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Andrea Trantham</cp:lastModifiedBy>
  <cp:revision>4</cp:revision>
  <dcterms:created xsi:type="dcterms:W3CDTF">2026-10-05T20:07:00Z</dcterms:created>
  <dcterms:modified xsi:type="dcterms:W3CDTF">2026-10-07T17:44:00Z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