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ACFD9" w14:textId="5CDAC97B" w:rsidR="00B27957" w:rsidRDefault="00E37B63" w:rsidP="00057423">
      <w:pPr>
        <w:spacing w:after="0" w:line="240" w:lineRule="auto"/>
        <w:jc w:val="center"/>
        <w:rPr>
          <w:b/>
          <w:smallCaps/>
          <w:sz w:val="28"/>
        </w:rPr>
      </w:pPr>
      <w:r>
        <w:rPr>
          <w:b/>
          <w:smallCaps/>
          <w:sz w:val="28"/>
        </w:rPr>
        <w:t>EXECUTIVE DEPARTMENT</w:t>
      </w:r>
    </w:p>
    <w:p w14:paraId="7504775E" w14:textId="77777777" w:rsidR="00B27957" w:rsidRDefault="00E37B63" w:rsidP="00057423">
      <w:pPr>
        <w:spacing w:after="0" w:line="240" w:lineRule="auto"/>
        <w:jc w:val="center"/>
      </w:pPr>
      <w:r w:rsidRPr="00057423">
        <w:rPr>
          <w:b/>
          <w:smallCaps/>
          <w:sz w:val="28"/>
        </w:rPr>
        <w:t>Office of the Governor</w:t>
      </w:r>
    </w:p>
    <w:p w14:paraId="4764528D" w14:textId="2840F0AF" w:rsidR="00B27957" w:rsidRDefault="00E37B63" w:rsidP="62F21FA1">
      <w:pPr>
        <w:tabs>
          <w:tab w:val="center" w:pos="4680"/>
          <w:tab w:val="left" w:pos="8055"/>
        </w:tabs>
        <w:spacing w:after="0" w:line="240" w:lineRule="auto"/>
        <w:ind w:left="1440" w:firstLine="720"/>
        <w:rPr>
          <w:b/>
          <w:sz w:val="28"/>
          <w:szCs w:val="28"/>
        </w:rPr>
      </w:pPr>
      <w:r w:rsidRPr="491DD4FF">
        <w:rPr>
          <w:b/>
          <w:smallCaps/>
          <w:sz w:val="28"/>
          <w:szCs w:val="28"/>
        </w:rPr>
        <w:t>Executive Order Number JML 26-</w:t>
      </w:r>
      <w:r w:rsidRPr="005711CD">
        <w:rPr>
          <w:b/>
          <w:bCs/>
          <w:sz w:val="28"/>
          <w:szCs w:val="28"/>
        </w:rPr>
        <w:t>0</w:t>
      </w:r>
      <w:r w:rsidR="005711CD">
        <w:rPr>
          <w:b/>
          <w:bCs/>
          <w:sz w:val="28"/>
          <w:szCs w:val="28"/>
        </w:rPr>
        <w:t>83</w:t>
      </w:r>
    </w:p>
    <w:p w14:paraId="4011D875" w14:textId="77777777" w:rsidR="00B73392" w:rsidRDefault="00B73392" w:rsidP="00994F23">
      <w:pPr>
        <w:spacing w:after="0" w:line="240" w:lineRule="auto"/>
        <w:jc w:val="center"/>
        <w:rPr>
          <w:b/>
        </w:rPr>
      </w:pPr>
      <w:r>
        <w:rPr>
          <w:b/>
        </w:rPr>
        <w:t>______________________________________________________________________________</w:t>
      </w:r>
    </w:p>
    <w:p w14:paraId="07A9D181" w14:textId="77777777" w:rsidR="00B73392" w:rsidRDefault="00B73392" w:rsidP="00B73392">
      <w:pPr>
        <w:suppressAutoHyphens w:val="0"/>
        <w:autoSpaceDE w:val="0"/>
        <w:autoSpaceDN w:val="0"/>
        <w:adjustRightInd w:val="0"/>
        <w:spacing w:after="0" w:line="240" w:lineRule="auto"/>
        <w:jc w:val="center"/>
      </w:pPr>
    </w:p>
    <w:p w14:paraId="0B9724DF" w14:textId="186801E2" w:rsidR="00B73392" w:rsidRDefault="00B73392" w:rsidP="00A7469B">
      <w:pPr>
        <w:suppressAutoHyphens w:val="0"/>
        <w:autoSpaceDE w:val="0"/>
        <w:autoSpaceDN w:val="0"/>
        <w:adjustRightInd w:val="0"/>
        <w:spacing w:after="0" w:line="240" w:lineRule="auto"/>
        <w:jc w:val="center"/>
      </w:pPr>
      <w:r w:rsidRPr="003B00C6">
        <w:rPr>
          <w:rFonts w:eastAsiaTheme="minorHAnsi"/>
          <w:b/>
          <w:i/>
          <w:sz w:val="32"/>
          <w:szCs w:val="32"/>
        </w:rPr>
        <w:t>FLAGS</w:t>
      </w:r>
      <w:r>
        <w:rPr>
          <w:b/>
          <w:i/>
          <w:sz w:val="32"/>
        </w:rPr>
        <w:t xml:space="preserve"> AT HALF-STAFF –</w:t>
      </w:r>
      <w:r w:rsidR="00A7469B">
        <w:rPr>
          <w:b/>
          <w:i/>
          <w:sz w:val="32"/>
        </w:rPr>
        <w:t xml:space="preserve"> DOLLY PARTON</w:t>
      </w:r>
    </w:p>
    <w:p w14:paraId="406E4765" w14:textId="77777777" w:rsidR="00B73392" w:rsidRDefault="00B73392" w:rsidP="00B73392">
      <w:pPr>
        <w:spacing w:after="0" w:line="240" w:lineRule="auto"/>
        <w:jc w:val="center"/>
        <w:rPr>
          <w:b/>
        </w:rPr>
      </w:pPr>
      <w:r>
        <w:rPr>
          <w:b/>
        </w:rPr>
        <w:t>______________________________________________________________________________</w:t>
      </w:r>
    </w:p>
    <w:p w14:paraId="49C39475" w14:textId="77777777" w:rsidR="00B8005F" w:rsidRDefault="00B8005F" w:rsidP="00897E51">
      <w:pPr>
        <w:spacing w:after="0" w:line="240" w:lineRule="auto"/>
        <w:jc w:val="center"/>
        <w:rPr>
          <w:b/>
        </w:rPr>
      </w:pPr>
    </w:p>
    <w:p w14:paraId="7B957505" w14:textId="61C7A949" w:rsidR="00B27957" w:rsidRDefault="00E37B63" w:rsidP="006A3AA7">
      <w:pPr>
        <w:spacing w:after="0"/>
        <w:ind w:firstLine="720"/>
        <w:jc w:val="both"/>
      </w:pPr>
      <w:proofErr w:type="gramStart"/>
      <w:r>
        <w:rPr>
          <w:b/>
        </w:rPr>
        <w:t>WHEREAS,</w:t>
      </w:r>
      <w:proofErr w:type="gramEnd"/>
      <w:r>
        <w:rPr>
          <w:b/>
        </w:rPr>
        <w:t xml:space="preserve"> </w:t>
      </w:r>
      <w:r>
        <w:t xml:space="preserve">Dolly Rebecca Parton, a global icon, singer, songwriter, actress, author, and philanthropist, </w:t>
      </w:r>
      <w:r w:rsidRPr="006A3AA7">
        <w:rPr>
          <w:rFonts w:cs="Times New Roman"/>
          <w:szCs w:val="24"/>
        </w:rPr>
        <w:t>passed</w:t>
      </w:r>
      <w:r>
        <w:t xml:space="preserve"> away in Nashville, Tennessee, on August 25, 2026, at the age of eighty;</w:t>
      </w:r>
    </w:p>
    <w:p w14:paraId="6533A899" w14:textId="079A4D06" w:rsidR="7DF6C81D" w:rsidRDefault="745CA51D" w:rsidP="006A3AA7">
      <w:pPr>
        <w:spacing w:after="0"/>
        <w:ind w:firstLine="720"/>
        <w:jc w:val="both"/>
        <w:rPr>
          <w:rFonts w:cs="Times New Roman"/>
          <w:szCs w:val="24"/>
        </w:rPr>
      </w:pPr>
      <w:r w:rsidRPr="7057F775">
        <w:rPr>
          <w:rFonts w:eastAsia="system-ui" w:cs="Times New Roman"/>
          <w:b/>
        </w:rPr>
        <w:t>WHEREAS,</w:t>
      </w:r>
      <w:r w:rsidRPr="7057F775">
        <w:rPr>
          <w:rFonts w:eastAsia="system-ui" w:cs="Times New Roman"/>
        </w:rPr>
        <w:t xml:space="preserve"> Dolly Parton, widely celebrated as the “Queen of Country,” was one of the most honored artists in American music history, earning ten Grammy Awards and the Recording Academy’s Lifetime Achievement Award, an Emmy Award, and twenty-six </w:t>
      </w:r>
      <w:proofErr w:type="gramStart"/>
      <w:r w:rsidRPr="7057F775">
        <w:rPr>
          <w:rFonts w:eastAsia="system-ui" w:cs="Times New Roman"/>
        </w:rPr>
        <w:t>number-one</w:t>
      </w:r>
      <w:proofErr w:type="gramEnd"/>
      <w:r w:rsidRPr="7057F775">
        <w:rPr>
          <w:rFonts w:eastAsia="system-ui" w:cs="Times New Roman"/>
        </w:rPr>
        <w:t xml:space="preserve"> songs on Billboard’s </w:t>
      </w:r>
      <w:r w:rsidRPr="006A3AA7">
        <w:rPr>
          <w:rFonts w:eastAsia="system-ui" w:cs="Times New Roman"/>
          <w:szCs w:val="24"/>
        </w:rPr>
        <w:t>country</w:t>
      </w:r>
      <w:r w:rsidRPr="7057F775">
        <w:rPr>
          <w:rFonts w:eastAsia="system-ui" w:cs="Times New Roman"/>
        </w:rPr>
        <w:t xml:space="preserve"> charts;</w:t>
      </w:r>
    </w:p>
    <w:p w14:paraId="3A893F26" w14:textId="48EA9231" w:rsidR="2F6CF974" w:rsidRDefault="2F6CF974" w:rsidP="006A3AA7">
      <w:pPr>
        <w:spacing w:after="0"/>
        <w:ind w:firstLine="720"/>
        <w:jc w:val="both"/>
      </w:pPr>
      <w:r w:rsidRPr="135A3EB1">
        <w:rPr>
          <w:b/>
          <w:bCs/>
        </w:rPr>
        <w:t xml:space="preserve">WHEREAS, </w:t>
      </w:r>
      <w:r>
        <w:t xml:space="preserve">Louisiana held a special place in her story, for at age thirteen she recorded her first single, “Puppy </w:t>
      </w:r>
      <w:r w:rsidRPr="006A3AA7">
        <w:rPr>
          <w:rFonts w:cs="Times New Roman"/>
          <w:szCs w:val="24"/>
        </w:rPr>
        <w:t>Love</w:t>
      </w:r>
      <w:r>
        <w:t>,” for Goldband Records in Lake Charles</w:t>
      </w:r>
      <w:r w:rsidR="687C8978">
        <w:t>;</w:t>
      </w:r>
    </w:p>
    <w:p w14:paraId="22C516D3" w14:textId="488B33AC" w:rsidR="00B27957" w:rsidRDefault="00E37B63" w:rsidP="006A3AA7">
      <w:pPr>
        <w:spacing w:after="0"/>
        <w:ind w:firstLine="720"/>
        <w:jc w:val="both"/>
      </w:pPr>
      <w:proofErr w:type="gramStart"/>
      <w:r>
        <w:rPr>
          <w:b/>
        </w:rPr>
        <w:t>WHEREAS,</w:t>
      </w:r>
      <w:proofErr w:type="gramEnd"/>
      <w:r>
        <w:rPr>
          <w:b/>
        </w:rPr>
        <w:t xml:space="preserve"> </w:t>
      </w:r>
      <w:r>
        <w:t xml:space="preserve">she later brought Louisiana’s warmth, humor, and resilience to the screen through her portrayal of </w:t>
      </w:r>
      <w:proofErr w:type="spellStart"/>
      <w:r>
        <w:t>Truvy</w:t>
      </w:r>
      <w:proofErr w:type="spellEnd"/>
      <w:r>
        <w:t xml:space="preserve"> Jones in </w:t>
      </w:r>
      <w:r w:rsidRPr="70FAF3FD">
        <w:rPr>
          <w:i/>
        </w:rPr>
        <w:t>Steel Magnolias</w:t>
      </w:r>
      <w:r>
        <w:t xml:space="preserve">, filmed in Natchitoches, and returned to Natchitoches for the </w:t>
      </w:r>
      <w:r w:rsidRPr="006A3AA7">
        <w:rPr>
          <w:rFonts w:cs="Times New Roman"/>
          <w:szCs w:val="24"/>
        </w:rPr>
        <w:t>film’s</w:t>
      </w:r>
      <w:r>
        <w:t xml:space="preserve"> Louisiana premiere;</w:t>
      </w:r>
    </w:p>
    <w:p w14:paraId="2B1F4F10" w14:textId="3A962644" w:rsidR="4EC84ACB" w:rsidRDefault="4EC84ACB" w:rsidP="75811079">
      <w:pPr>
        <w:spacing w:after="0"/>
        <w:ind w:firstLine="720"/>
        <w:jc w:val="both"/>
        <w:rPr>
          <w:rFonts w:cs="Times New Roman"/>
          <w:szCs w:val="24"/>
        </w:rPr>
      </w:pPr>
      <w:proofErr w:type="gramStart"/>
      <w:r w:rsidRPr="7057F775">
        <w:rPr>
          <w:rFonts w:eastAsia="Aptos" w:cs="Times New Roman"/>
          <w:b/>
          <w:szCs w:val="24"/>
        </w:rPr>
        <w:t>WHEREAS,</w:t>
      </w:r>
      <w:proofErr w:type="gramEnd"/>
      <w:r w:rsidRPr="7057F775">
        <w:rPr>
          <w:rFonts w:eastAsia="Aptos" w:cs="Times New Roman"/>
          <w:szCs w:val="24"/>
        </w:rPr>
        <w:t xml:space="preserve"> the filming of </w:t>
      </w:r>
      <w:r w:rsidRPr="7057F775">
        <w:rPr>
          <w:rFonts w:eastAsia="Aptos" w:cs="Times New Roman"/>
          <w:i/>
          <w:szCs w:val="24"/>
        </w:rPr>
        <w:t>Steel Magnolias</w:t>
      </w:r>
      <w:r w:rsidRPr="7057F775">
        <w:rPr>
          <w:rFonts w:eastAsia="Aptos" w:cs="Times New Roman"/>
          <w:szCs w:val="24"/>
        </w:rPr>
        <w:t xml:space="preserve"> provided a major economic boost to Natchitoches during a period of economic hardship, and the film’s enduring popularity continues to attract visitors and support the city’s tourism industry;</w:t>
      </w:r>
    </w:p>
    <w:p w14:paraId="175FA5D7" w14:textId="56C2F9D3" w:rsidR="5D527AC2" w:rsidRDefault="4EC84ACB" w:rsidP="5D527AC2">
      <w:pPr>
        <w:spacing w:after="0"/>
        <w:ind w:firstLine="720"/>
        <w:jc w:val="both"/>
        <w:rPr>
          <w:rFonts w:cs="Times New Roman"/>
          <w:szCs w:val="24"/>
        </w:rPr>
      </w:pPr>
      <w:r w:rsidRPr="7057F775">
        <w:rPr>
          <w:rFonts w:eastAsia="Aptos" w:cs="Times New Roman"/>
          <w:b/>
          <w:szCs w:val="24"/>
        </w:rPr>
        <w:t>WHEREAS,</w:t>
      </w:r>
      <w:r w:rsidRPr="7057F775">
        <w:rPr>
          <w:rFonts w:eastAsia="Aptos" w:cs="Times New Roman"/>
          <w:szCs w:val="24"/>
        </w:rPr>
        <w:t xml:space="preserve"> during her time in Natchitoches, Dolly Parton became a cherished part of the community, and residents continue to share treasured remembrances of her lasting impact upon the city and its people including when she joined the Northwestern Marching Band during a football halftime performance and sang her Grammy Award-winning song “9 to 5,” creating an unforgettable memory for the students of Northwestern;</w:t>
      </w:r>
    </w:p>
    <w:p w14:paraId="7E0955BF" w14:textId="51D85CA6" w:rsidR="00B27957" w:rsidRDefault="00E37B63" w:rsidP="006A3AA7">
      <w:pPr>
        <w:spacing w:after="0"/>
        <w:ind w:firstLine="720"/>
        <w:jc w:val="both"/>
      </w:pPr>
      <w:r>
        <w:rPr>
          <w:b/>
        </w:rPr>
        <w:t xml:space="preserve">WHEREAS, </w:t>
      </w:r>
      <w:r>
        <w:t>in 1995, inspired by her father’s inability to read and write, she founded Dolly Parton’s Imagination Library to mail free, high-quality, age-appropriate books each month to children from birth to age five, regardless of family income;</w:t>
      </w:r>
    </w:p>
    <w:p w14:paraId="37FC3BB3" w14:textId="5185C6F3" w:rsidR="57D26891" w:rsidRDefault="4BC33B95" w:rsidP="006A3AA7">
      <w:pPr>
        <w:spacing w:after="0"/>
        <w:ind w:firstLine="720"/>
        <w:jc w:val="both"/>
      </w:pPr>
      <w:r w:rsidRPr="75037EF7">
        <w:rPr>
          <w:b/>
          <w:bCs/>
        </w:rPr>
        <w:lastRenderedPageBreak/>
        <w:t xml:space="preserve">WHEREAS, </w:t>
      </w:r>
      <w:r>
        <w:t xml:space="preserve">through Dolly Parton’s Imagination Library, more than 3.5 million free books have been </w:t>
      </w:r>
      <w:r w:rsidRPr="006A3AA7">
        <w:rPr>
          <w:rFonts w:cs="Times New Roman"/>
          <w:szCs w:val="24"/>
        </w:rPr>
        <w:t>delivered</w:t>
      </w:r>
      <w:r>
        <w:t xml:space="preserve"> to children since 2008;</w:t>
      </w:r>
    </w:p>
    <w:p w14:paraId="472B69F6" w14:textId="77777777" w:rsidR="00B27957" w:rsidRDefault="00E37B63" w:rsidP="006A3AA7">
      <w:pPr>
        <w:spacing w:after="0"/>
        <w:ind w:firstLine="720"/>
        <w:jc w:val="both"/>
      </w:pPr>
      <w:r>
        <w:rPr>
          <w:b/>
        </w:rPr>
        <w:t xml:space="preserve">WHEREAS, </w:t>
      </w:r>
      <w:r>
        <w:t>in 2023, Act No. 181 established the Imagination Library of Louisiana under the Louisiana Educational Television Authority to foster a statewide love of reading and learning among children from birth to age five;</w:t>
      </w:r>
    </w:p>
    <w:p w14:paraId="2186F353" w14:textId="5604E958" w:rsidR="00B27957" w:rsidRDefault="00E37B63" w:rsidP="006A3AA7">
      <w:pPr>
        <w:spacing w:after="0"/>
        <w:ind w:firstLine="720"/>
        <w:jc w:val="both"/>
      </w:pPr>
      <w:r>
        <w:rPr>
          <w:b/>
        </w:rPr>
        <w:t xml:space="preserve">WHEREAS, </w:t>
      </w:r>
      <w:r w:rsidR="5DAE460A">
        <w:t>in 2025,</w:t>
      </w:r>
      <w:r>
        <w:t xml:space="preserve"> the Imagination Library of Louisiana added seventeen parishes and ten local program partners, served 62,075 Louisiana children, and mailed 419,000 books </w:t>
      </w:r>
      <w:r w:rsidR="3FE7120A">
        <w:t xml:space="preserve">while continuing to work </w:t>
      </w:r>
      <w:r>
        <w:t>toward coverage in all sixty-four parishes;</w:t>
      </w:r>
    </w:p>
    <w:p w14:paraId="738349BD" w14:textId="77777777" w:rsidR="00B27957" w:rsidRDefault="00E37B63" w:rsidP="006A3AA7">
      <w:pPr>
        <w:spacing w:after="0"/>
        <w:ind w:firstLine="720"/>
        <w:jc w:val="both"/>
      </w:pPr>
      <w:r>
        <w:rPr>
          <w:b/>
        </w:rPr>
        <w:t xml:space="preserve">WHEREAS, </w:t>
      </w:r>
      <w:r>
        <w:t>Louisiana will always love Dolly Parton, and her gifts of song, story, kindness, and service will continue to brighten the lives of our children for generations to come.</w:t>
      </w:r>
    </w:p>
    <w:p w14:paraId="0EB0CE6D" w14:textId="77777777" w:rsidR="00B27957" w:rsidRDefault="00E37B63" w:rsidP="006A3AA7">
      <w:pPr>
        <w:spacing w:after="0"/>
        <w:ind w:firstLine="720"/>
        <w:jc w:val="both"/>
      </w:pPr>
      <w:r>
        <w:rPr>
          <w:b/>
        </w:rPr>
        <w:t xml:space="preserve">NOW THEREFORE, </w:t>
      </w:r>
      <w:r w:rsidRPr="00682D5B">
        <w:rPr>
          <w:b/>
        </w:rPr>
        <w:t>I, JEFF LANDRY,</w:t>
      </w:r>
      <w:r>
        <w:t xml:space="preserve"> Governor of the State of Louisiana, by virtue of the authority vested by the Constitution and the laws of the State of Louisiana, do hereby order and direct as follows:</w:t>
      </w:r>
    </w:p>
    <w:p w14:paraId="2FEBDB54" w14:textId="69FDAC46" w:rsidR="00B27957" w:rsidRDefault="00E37B63" w:rsidP="006A3AA7">
      <w:pPr>
        <w:spacing w:after="0"/>
        <w:ind w:firstLine="720"/>
        <w:jc w:val="both"/>
      </w:pPr>
      <w:r>
        <w:rPr>
          <w:u w:val="single"/>
        </w:rPr>
        <w:t>Section 1:</w:t>
      </w:r>
      <w:r w:rsidR="00B8005F">
        <w:tab/>
      </w:r>
      <w:r>
        <w:t>As an expression of respect and to honor Dolly Parton, the flags of the United States and the State of Louisiana shall be flown at half-staff over the State Capitol and all state buildings from sunrise until sunset on Thursday, August 27, 2026.</w:t>
      </w:r>
    </w:p>
    <w:p w14:paraId="0649F40B" w14:textId="1DC05DCA" w:rsidR="00B27957" w:rsidRDefault="00E37B63" w:rsidP="006A3AA7">
      <w:pPr>
        <w:spacing w:after="0"/>
        <w:ind w:firstLine="720"/>
        <w:jc w:val="both"/>
      </w:pPr>
      <w:r>
        <w:rPr>
          <w:u w:val="single"/>
        </w:rPr>
        <w:t>Section 2:</w:t>
      </w:r>
      <w:r w:rsidR="00B8005F">
        <w:tab/>
      </w:r>
      <w:r>
        <w:t>All citizens of Louisiana are encouraged to reflect upon Dolly Parton’s extraordinary life and her lasting contributions to music, literacy, and the children of this State.</w:t>
      </w:r>
    </w:p>
    <w:p w14:paraId="5E240B42" w14:textId="77777777" w:rsidR="00B27957" w:rsidRDefault="00E37B63" w:rsidP="006A3AA7">
      <w:pPr>
        <w:spacing w:after="0"/>
        <w:ind w:firstLine="720"/>
        <w:jc w:val="both"/>
      </w:pPr>
      <w:r>
        <w:rPr>
          <w:u w:val="single"/>
        </w:rPr>
        <w:t>Section 3:</w:t>
      </w:r>
      <w:r w:rsidRPr="00B8005F">
        <w:tab/>
      </w:r>
      <w:r>
        <w:t>This Order is effective upon signature and shall remain in effect until sunset on Thursday, August 27, 2026.</w:t>
      </w:r>
    </w:p>
    <w:p w14:paraId="05363348" w14:textId="3C2663C9" w:rsidR="00A0098C" w:rsidRPr="008854E7" w:rsidRDefault="00A0098C" w:rsidP="00A0098C">
      <w:pPr>
        <w:autoSpaceDE w:val="0"/>
        <w:autoSpaceDN w:val="0"/>
        <w:adjustRightInd w:val="0"/>
        <w:spacing w:after="0" w:line="240" w:lineRule="auto"/>
        <w:ind w:left="4320"/>
        <w:jc w:val="both"/>
        <w:rPr>
          <w:b/>
          <w:bCs/>
          <w:i/>
          <w:iCs/>
          <w:szCs w:val="24"/>
        </w:rPr>
      </w:pPr>
      <w:r w:rsidRPr="008854E7">
        <w:rPr>
          <w:b/>
          <w:bCs/>
          <w:szCs w:val="24"/>
        </w:rPr>
        <w:t xml:space="preserve">IN WITNESS WHEREOF, </w:t>
      </w:r>
      <w:r w:rsidRPr="008854E7">
        <w:rPr>
          <w:szCs w:val="24"/>
        </w:rPr>
        <w:t xml:space="preserve">I have set my hand officially and caused </w:t>
      </w:r>
      <w:proofErr w:type="gramStart"/>
      <w:r w:rsidRPr="008854E7">
        <w:rPr>
          <w:szCs w:val="24"/>
        </w:rPr>
        <w:t>to be affixed the Great Seal of Louisiana</w:t>
      </w:r>
      <w:proofErr w:type="gramEnd"/>
      <w:r w:rsidRPr="008854E7">
        <w:rPr>
          <w:szCs w:val="24"/>
        </w:rPr>
        <w:t xml:space="preserve"> in the City of Baton Rouge, on this </w:t>
      </w:r>
      <w:r>
        <w:rPr>
          <w:szCs w:val="24"/>
        </w:rPr>
        <w:t>2</w:t>
      </w:r>
      <w:r w:rsidR="00020DDA">
        <w:rPr>
          <w:szCs w:val="24"/>
        </w:rPr>
        <w:t>6</w:t>
      </w:r>
      <w:r w:rsidR="00020DDA" w:rsidRPr="00020DDA">
        <w:rPr>
          <w:szCs w:val="24"/>
          <w:vertAlign w:val="superscript"/>
        </w:rPr>
        <w:t>th</w:t>
      </w:r>
      <w:r>
        <w:rPr>
          <w:szCs w:val="24"/>
        </w:rPr>
        <w:t xml:space="preserve"> </w:t>
      </w:r>
      <w:r w:rsidRPr="008854E7">
        <w:rPr>
          <w:szCs w:val="24"/>
        </w:rPr>
        <w:t xml:space="preserve">day of </w:t>
      </w:r>
      <w:r>
        <w:rPr>
          <w:szCs w:val="24"/>
        </w:rPr>
        <w:t xml:space="preserve">August </w:t>
      </w:r>
      <w:r w:rsidRPr="008854E7">
        <w:rPr>
          <w:szCs w:val="24"/>
        </w:rPr>
        <w:t>202</w:t>
      </w:r>
      <w:r>
        <w:rPr>
          <w:szCs w:val="24"/>
        </w:rPr>
        <w:t>6</w:t>
      </w:r>
      <w:r w:rsidRPr="008854E7">
        <w:rPr>
          <w:szCs w:val="24"/>
        </w:rPr>
        <w:t>.</w:t>
      </w:r>
    </w:p>
    <w:p w14:paraId="0B59F6C6" w14:textId="77777777" w:rsidR="00A0098C" w:rsidRPr="008854E7" w:rsidRDefault="00A0098C" w:rsidP="00A0098C">
      <w:pPr>
        <w:autoSpaceDE w:val="0"/>
        <w:autoSpaceDN w:val="0"/>
        <w:adjustRightInd w:val="0"/>
        <w:spacing w:after="0" w:line="240" w:lineRule="auto"/>
        <w:ind w:left="4320"/>
        <w:rPr>
          <w:b/>
          <w:szCs w:val="24"/>
        </w:rPr>
      </w:pPr>
    </w:p>
    <w:p w14:paraId="22E9444C" w14:textId="77777777" w:rsidR="00A0098C" w:rsidRPr="008854E7" w:rsidRDefault="00A0098C" w:rsidP="00A0098C">
      <w:pPr>
        <w:spacing w:after="0" w:line="240" w:lineRule="auto"/>
        <w:ind w:left="4320"/>
        <w:rPr>
          <w:b/>
          <w:bCs/>
          <w:szCs w:val="24"/>
        </w:rPr>
      </w:pPr>
    </w:p>
    <w:p w14:paraId="69EDED40" w14:textId="77777777" w:rsidR="00A0098C" w:rsidRPr="008854E7" w:rsidRDefault="00A0098C" w:rsidP="00A0098C">
      <w:pPr>
        <w:autoSpaceDE w:val="0"/>
        <w:autoSpaceDN w:val="0"/>
        <w:adjustRightInd w:val="0"/>
        <w:spacing w:after="0" w:line="240" w:lineRule="auto"/>
        <w:ind w:left="4320"/>
        <w:rPr>
          <w:b/>
          <w:bCs/>
          <w:szCs w:val="24"/>
        </w:rPr>
      </w:pPr>
    </w:p>
    <w:p w14:paraId="67B3A1B0" w14:textId="77777777" w:rsidR="00A0098C" w:rsidRPr="00427B4C" w:rsidRDefault="00A0098C" w:rsidP="00A0098C">
      <w:pPr>
        <w:autoSpaceDE w:val="0"/>
        <w:autoSpaceDN w:val="0"/>
        <w:adjustRightInd w:val="0"/>
        <w:spacing w:after="0" w:line="240" w:lineRule="auto"/>
        <w:ind w:left="4320"/>
        <w:rPr>
          <w:b/>
          <w:bCs/>
          <w:szCs w:val="24"/>
        </w:rPr>
      </w:pPr>
      <w:r w:rsidRPr="0020513C">
        <w:rPr>
          <w:b/>
          <w:bCs/>
          <w:szCs w:val="24"/>
        </w:rPr>
        <w:t>__________________________________________</w:t>
      </w:r>
    </w:p>
    <w:p w14:paraId="714EDD49" w14:textId="65234066" w:rsidR="00A0098C" w:rsidRDefault="00020DDA" w:rsidP="00A0098C">
      <w:pPr>
        <w:autoSpaceDE w:val="0"/>
        <w:autoSpaceDN w:val="0"/>
        <w:adjustRightInd w:val="0"/>
        <w:spacing w:after="0" w:line="240" w:lineRule="auto"/>
        <w:ind w:left="4320"/>
        <w:rPr>
          <w:b/>
          <w:bCs/>
          <w:szCs w:val="24"/>
        </w:rPr>
      </w:pPr>
      <w:r>
        <w:rPr>
          <w:b/>
          <w:bCs/>
          <w:szCs w:val="24"/>
        </w:rPr>
        <w:t>Jeff Landry</w:t>
      </w:r>
    </w:p>
    <w:p w14:paraId="69C03DE8" w14:textId="60D8812E" w:rsidR="00020DDA" w:rsidRDefault="00A0098C" w:rsidP="7057F775">
      <w:pPr>
        <w:autoSpaceDE w:val="0"/>
        <w:autoSpaceDN w:val="0"/>
        <w:adjustRightInd w:val="0"/>
        <w:spacing w:after="0" w:line="240" w:lineRule="auto"/>
        <w:ind w:left="4320"/>
        <w:rPr>
          <w:b/>
        </w:rPr>
      </w:pPr>
      <w:r w:rsidRPr="7057F775">
        <w:rPr>
          <w:b/>
        </w:rPr>
        <w:t>GOVERNOR OF LOUISIANA</w:t>
      </w:r>
    </w:p>
    <w:p w14:paraId="28DC4382" w14:textId="77777777" w:rsidR="004F7371" w:rsidRDefault="004F7371" w:rsidP="00A0098C">
      <w:pPr>
        <w:autoSpaceDE w:val="0"/>
        <w:autoSpaceDN w:val="0"/>
        <w:adjustRightInd w:val="0"/>
        <w:spacing w:after="0" w:line="240" w:lineRule="auto"/>
        <w:rPr>
          <w:b/>
          <w:bCs/>
          <w:szCs w:val="24"/>
        </w:rPr>
      </w:pPr>
    </w:p>
    <w:p w14:paraId="6F69D5A6" w14:textId="77777777" w:rsidR="004F7371" w:rsidRDefault="004F7371" w:rsidP="00A0098C">
      <w:pPr>
        <w:autoSpaceDE w:val="0"/>
        <w:autoSpaceDN w:val="0"/>
        <w:adjustRightInd w:val="0"/>
        <w:spacing w:after="0" w:line="240" w:lineRule="auto"/>
        <w:rPr>
          <w:b/>
          <w:bCs/>
          <w:szCs w:val="24"/>
        </w:rPr>
      </w:pPr>
    </w:p>
    <w:p w14:paraId="0074E3B4" w14:textId="3FA022EE" w:rsidR="00A0098C" w:rsidRPr="00427B4C" w:rsidRDefault="00CC575A" w:rsidP="00A0098C">
      <w:pPr>
        <w:autoSpaceDE w:val="0"/>
        <w:autoSpaceDN w:val="0"/>
        <w:adjustRightInd w:val="0"/>
        <w:spacing w:after="0" w:line="240" w:lineRule="auto"/>
        <w:rPr>
          <w:b/>
          <w:bCs/>
          <w:szCs w:val="24"/>
        </w:rPr>
      </w:pPr>
      <w:r>
        <w:rPr>
          <w:b/>
          <w:bCs/>
          <w:szCs w:val="24"/>
        </w:rPr>
        <w:t xml:space="preserve"> </w:t>
      </w:r>
      <w:r w:rsidR="00A0098C" w:rsidRPr="00427B4C">
        <w:rPr>
          <w:b/>
          <w:bCs/>
          <w:szCs w:val="24"/>
        </w:rPr>
        <w:t>ATTEST BY THE</w:t>
      </w:r>
    </w:p>
    <w:p w14:paraId="1F500F0A" w14:textId="77777777" w:rsidR="00B27957" w:rsidRPr="00427B4C" w:rsidRDefault="00E37B63" w:rsidP="00A0098C">
      <w:pPr>
        <w:autoSpaceDE w:val="0"/>
        <w:autoSpaceDN w:val="0"/>
        <w:adjustRightInd w:val="0"/>
        <w:spacing w:after="0" w:line="240" w:lineRule="auto"/>
        <w:rPr>
          <w:b/>
          <w:szCs w:val="24"/>
        </w:rPr>
      </w:pPr>
      <w:r w:rsidRPr="00427B4C">
        <w:rPr>
          <w:b/>
          <w:szCs w:val="24"/>
        </w:rPr>
        <w:t>SECRETARY</w:t>
      </w:r>
      <w:r w:rsidR="001B1BBC" w:rsidRPr="00427B4C">
        <w:rPr>
          <w:b/>
          <w:szCs w:val="24"/>
        </w:rPr>
        <w:t xml:space="preserve"> </w:t>
      </w:r>
      <w:r w:rsidRPr="00427B4C">
        <w:rPr>
          <w:b/>
          <w:szCs w:val="24"/>
        </w:rPr>
        <w:t>OF STATE</w:t>
      </w:r>
    </w:p>
    <w:p w14:paraId="5D5DB146" w14:textId="77777777" w:rsidR="00B27957" w:rsidRPr="00427B4C" w:rsidRDefault="00B27957" w:rsidP="00A0098C">
      <w:pPr>
        <w:autoSpaceDE w:val="0"/>
        <w:autoSpaceDN w:val="0"/>
        <w:adjustRightInd w:val="0"/>
        <w:spacing w:after="0" w:line="240" w:lineRule="auto"/>
        <w:rPr>
          <w:b/>
          <w:szCs w:val="24"/>
        </w:rPr>
      </w:pPr>
    </w:p>
    <w:p w14:paraId="739782C0" w14:textId="77777777" w:rsidR="00A0098C" w:rsidRPr="00427B4C" w:rsidRDefault="00A0098C" w:rsidP="00A0098C">
      <w:pPr>
        <w:autoSpaceDE w:val="0"/>
        <w:autoSpaceDN w:val="0"/>
        <w:adjustRightInd w:val="0"/>
        <w:spacing w:after="0" w:line="240" w:lineRule="auto"/>
        <w:rPr>
          <w:b/>
          <w:bCs/>
          <w:szCs w:val="24"/>
        </w:rPr>
      </w:pPr>
    </w:p>
    <w:p w14:paraId="167FF6AA" w14:textId="77777777" w:rsidR="00A0098C" w:rsidRDefault="00A0098C" w:rsidP="00A0098C">
      <w:pPr>
        <w:spacing w:after="0" w:line="240" w:lineRule="auto"/>
        <w:rPr>
          <w:b/>
          <w:bCs/>
          <w:szCs w:val="24"/>
        </w:rPr>
      </w:pPr>
    </w:p>
    <w:p w14:paraId="4626956C" w14:textId="77777777" w:rsidR="00A0098C" w:rsidRPr="00427B4C" w:rsidRDefault="00A0098C" w:rsidP="00A0098C">
      <w:pPr>
        <w:autoSpaceDE w:val="0"/>
        <w:autoSpaceDN w:val="0"/>
        <w:adjustRightInd w:val="0"/>
        <w:spacing w:after="0" w:line="240" w:lineRule="auto"/>
        <w:rPr>
          <w:b/>
          <w:bCs/>
          <w:szCs w:val="24"/>
        </w:rPr>
      </w:pPr>
      <w:r w:rsidRPr="00427B4C">
        <w:rPr>
          <w:b/>
          <w:bCs/>
          <w:szCs w:val="24"/>
        </w:rPr>
        <w:t>_____________________________________</w:t>
      </w:r>
    </w:p>
    <w:p w14:paraId="513F3CE1" w14:textId="77777777" w:rsidR="00A0098C" w:rsidRDefault="00E37B63" w:rsidP="00E1551D">
      <w:pPr>
        <w:spacing w:after="0" w:line="240" w:lineRule="auto"/>
        <w:rPr>
          <w:b/>
          <w:bCs/>
          <w:szCs w:val="24"/>
        </w:rPr>
      </w:pPr>
      <w:r>
        <w:rPr>
          <w:b/>
          <w:szCs w:val="24"/>
        </w:rPr>
        <w:t>Nancy Landry</w:t>
      </w:r>
    </w:p>
    <w:p w14:paraId="3EE65900" w14:textId="47DA7A60" w:rsidR="00B27957" w:rsidRPr="00020DDA" w:rsidRDefault="00E37B63" w:rsidP="00020DDA">
      <w:pPr>
        <w:spacing w:after="0" w:line="240" w:lineRule="auto"/>
        <w:rPr>
          <w:rFonts w:cs="Times New Roman"/>
          <w:szCs w:val="24"/>
          <w:shd w:val="clear" w:color="auto" w:fill="FFFFFF"/>
        </w:rPr>
      </w:pPr>
      <w:r w:rsidRPr="00427B4C">
        <w:rPr>
          <w:b/>
          <w:szCs w:val="24"/>
        </w:rPr>
        <w:t>SECRETARY OF STATE</w:t>
      </w:r>
    </w:p>
    <w:sectPr w:rsidR="00B27957" w:rsidRPr="00020DDA" w:rsidSect="007B0FDF">
      <w:footerReference w:type="default" r:id="rId11"/>
      <w:headerReference w:type="first" r:id="rId12"/>
      <w:footerReference w:type="first" r:id="rId13"/>
      <w:pgSz w:w="12240" w:h="20160"/>
      <w:pgMar w:top="1440" w:right="1440" w:bottom="1440" w:left="1440" w:header="0" w:footer="648"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0CD247" w14:textId="77777777" w:rsidR="003C6C16" w:rsidRDefault="003C6C16">
      <w:pPr>
        <w:spacing w:after="0" w:line="240" w:lineRule="auto"/>
      </w:pPr>
      <w:r>
        <w:separator/>
      </w:r>
    </w:p>
  </w:endnote>
  <w:endnote w:type="continuationSeparator" w:id="0">
    <w:p w14:paraId="3719DABB" w14:textId="77777777" w:rsidR="003C6C16" w:rsidRDefault="003C6C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Carlito">
    <w:altName w:val="Calibri"/>
    <w:charset w:val="01"/>
    <w:family w:val="swiss"/>
    <w:pitch w:val="variable"/>
  </w:font>
  <w:font w:name="Noto Sans SC Regular">
    <w:panose1 w:val="00000000000000000000"/>
    <w:charset w:val="00"/>
    <w:family w:val="roman"/>
    <w:notTrueType/>
    <w:pitch w:val="default"/>
  </w:font>
  <w:font w:name="Noto Sans">
    <w:charset w:val="00"/>
    <w:family w:val="swiss"/>
    <w:pitch w:val="variable"/>
    <w:sig w:usb0="E00082FF" w:usb1="400078FF" w:usb2="00000021" w:usb3="00000000" w:csb0="0000019F" w:csb1="00000000"/>
  </w:font>
  <w:font w:name="system-ui">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1CE6B" w14:textId="77777777" w:rsidR="00B27957" w:rsidRDefault="00E37B63">
    <w:pPr>
      <w:pStyle w:val="Footer"/>
      <w:jc w:val="center"/>
    </w:pPr>
    <w:r>
      <w:fldChar w:fldCharType="begin"/>
    </w:r>
    <w:r>
      <w:instrText xml:space="preserve"> PAGE </w:instrText>
    </w:r>
    <w:r>
      <w:fldChar w:fldCharType="separate"/>
    </w:r>
    <w: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25CDB" w14:textId="060CA75E" w:rsidR="00B27957" w:rsidRDefault="00B27957">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AF26F2" w14:textId="77777777" w:rsidR="003C6C16" w:rsidRDefault="003C6C16">
      <w:pPr>
        <w:spacing w:after="0" w:line="240" w:lineRule="auto"/>
      </w:pPr>
      <w:r>
        <w:separator/>
      </w:r>
    </w:p>
  </w:footnote>
  <w:footnote w:type="continuationSeparator" w:id="0">
    <w:p w14:paraId="48C1FBAD" w14:textId="77777777" w:rsidR="003C6C16" w:rsidRDefault="003C6C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59A2B" w14:textId="5BD16CAC" w:rsidR="004069AD" w:rsidRDefault="00914E11">
    <w:pPr>
      <w:pStyle w:val="Header"/>
    </w:pPr>
    <w:r w:rsidRPr="00B76C60">
      <w:rPr>
        <w:rFonts w:eastAsia="Calibri" w:cs="Times New Roman"/>
        <w:b/>
        <w:bCs/>
        <w:noProof/>
        <w:szCs w:val="24"/>
      </w:rPr>
      <w:drawing>
        <wp:anchor distT="0" distB="0" distL="114300" distR="114300" simplePos="0" relativeHeight="251658240" behindDoc="1" locked="0" layoutInCell="1" allowOverlap="1" wp14:anchorId="0C42E59E" wp14:editId="7FF40468">
          <wp:simplePos x="0" y="0"/>
          <wp:positionH relativeFrom="column">
            <wp:posOffset>-28575</wp:posOffset>
          </wp:positionH>
          <wp:positionV relativeFrom="paragraph">
            <wp:posOffset>933450</wp:posOffset>
          </wp:positionV>
          <wp:extent cx="6821424" cy="1106424"/>
          <wp:effectExtent l="0" t="0" r="0" b="0"/>
          <wp:wrapTight wrapText="bothSides">
            <wp:wrapPolygon edited="0">
              <wp:start x="0" y="0"/>
              <wp:lineTo x="0" y="21203"/>
              <wp:lineTo x="19424" y="21203"/>
              <wp:lineTo x="19424" y="0"/>
              <wp:lineTo x="0" y="0"/>
            </wp:wrapPolygon>
          </wp:wrapTight>
          <wp:docPr id="3" name="Picture 3" descr="State of Louisiana Header font with Louisiana State Seal in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tate of Louisiana Header font with Louisiana State Seal in cent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21424" cy="1106424"/>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13C19"/>
    <w:multiLevelType w:val="multilevel"/>
    <w:tmpl w:val="7D861990"/>
    <w:lvl w:ilvl="0">
      <w:start w:val="1"/>
      <w:numFmt w:val="bullet"/>
      <w:pStyle w:val="ListBullet2"/>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1D545E9A"/>
    <w:multiLevelType w:val="multilevel"/>
    <w:tmpl w:val="1EE8276C"/>
    <w:lvl w:ilvl="0">
      <w:start w:val="1"/>
      <w:numFmt w:val="decimal"/>
      <w:pStyle w:val="ListNumber2"/>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41C26AE4"/>
    <w:multiLevelType w:val="multilevel"/>
    <w:tmpl w:val="E228D5E0"/>
    <w:lvl w:ilvl="0">
      <w:start w:val="1"/>
      <w:numFmt w:val="decimal"/>
      <w:pStyle w:val="ListNumb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4CBA2E51"/>
    <w:multiLevelType w:val="multilevel"/>
    <w:tmpl w:val="18EA3A4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61332E17"/>
    <w:multiLevelType w:val="multilevel"/>
    <w:tmpl w:val="EE389A38"/>
    <w:lvl w:ilvl="0">
      <w:start w:val="1"/>
      <w:numFmt w:val="decimal"/>
      <w:pStyle w:val="ListNumber3"/>
      <w:lvlText w:val="%1."/>
      <w:lvlJc w:val="left"/>
      <w:pPr>
        <w:tabs>
          <w:tab w:val="num" w:pos="1080"/>
        </w:tabs>
        <w:ind w:left="10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665754CC"/>
    <w:multiLevelType w:val="multilevel"/>
    <w:tmpl w:val="B4B89174"/>
    <w:lvl w:ilvl="0">
      <w:start w:val="1"/>
      <w:numFmt w:val="bullet"/>
      <w:pStyle w:val="List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7D282B26"/>
    <w:multiLevelType w:val="multilevel"/>
    <w:tmpl w:val="306AA7C8"/>
    <w:lvl w:ilvl="0">
      <w:start w:val="1"/>
      <w:numFmt w:val="bullet"/>
      <w:pStyle w:val="ListBullet3"/>
      <w:lvlText w:val=""/>
      <w:lvlJc w:val="left"/>
      <w:pPr>
        <w:tabs>
          <w:tab w:val="num" w:pos="1080"/>
        </w:tabs>
        <w:ind w:left="108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349256092">
    <w:abstractNumId w:val="5"/>
  </w:num>
  <w:num w:numId="2" w16cid:durableId="1148211240">
    <w:abstractNumId w:val="0"/>
  </w:num>
  <w:num w:numId="3" w16cid:durableId="10182326">
    <w:abstractNumId w:val="6"/>
  </w:num>
  <w:num w:numId="4" w16cid:durableId="1210804090">
    <w:abstractNumId w:val="2"/>
  </w:num>
  <w:num w:numId="5" w16cid:durableId="1804233059">
    <w:abstractNumId w:val="1"/>
  </w:num>
  <w:num w:numId="6" w16cid:durableId="1720477627">
    <w:abstractNumId w:val="4"/>
  </w:num>
  <w:num w:numId="7" w16cid:durableId="16859346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proofState w:spelling="clean" w:grammar="clean"/>
  <w:defaultTabStop w:val="720"/>
  <w:autoHyphenation/>
  <w:hyphenationZone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957"/>
    <w:rsid w:val="00004BD1"/>
    <w:rsid w:val="000108C1"/>
    <w:rsid w:val="00011DBC"/>
    <w:rsid w:val="000158E9"/>
    <w:rsid w:val="00016F68"/>
    <w:rsid w:val="000172F9"/>
    <w:rsid w:val="0002086F"/>
    <w:rsid w:val="00020DDA"/>
    <w:rsid w:val="00026603"/>
    <w:rsid w:val="00032DE2"/>
    <w:rsid w:val="00032E92"/>
    <w:rsid w:val="00052E48"/>
    <w:rsid w:val="00055A0C"/>
    <w:rsid w:val="00057423"/>
    <w:rsid w:val="00057A7A"/>
    <w:rsid w:val="00070D90"/>
    <w:rsid w:val="000748FF"/>
    <w:rsid w:val="0008795C"/>
    <w:rsid w:val="000942CA"/>
    <w:rsid w:val="000A5F69"/>
    <w:rsid w:val="000B2EB9"/>
    <w:rsid w:val="000B433A"/>
    <w:rsid w:val="000B4F63"/>
    <w:rsid w:val="000C09E9"/>
    <w:rsid w:val="000C3800"/>
    <w:rsid w:val="000C48C7"/>
    <w:rsid w:val="000C62A8"/>
    <w:rsid w:val="000D53B4"/>
    <w:rsid w:val="000D6363"/>
    <w:rsid w:val="000D6551"/>
    <w:rsid w:val="000F6773"/>
    <w:rsid w:val="000F753E"/>
    <w:rsid w:val="00100CD4"/>
    <w:rsid w:val="0010188D"/>
    <w:rsid w:val="00104201"/>
    <w:rsid w:val="001074A8"/>
    <w:rsid w:val="00110CCF"/>
    <w:rsid w:val="00117F48"/>
    <w:rsid w:val="001206A0"/>
    <w:rsid w:val="00121AC3"/>
    <w:rsid w:val="0013019E"/>
    <w:rsid w:val="00131B51"/>
    <w:rsid w:val="00131FA9"/>
    <w:rsid w:val="00136B96"/>
    <w:rsid w:val="001517B7"/>
    <w:rsid w:val="001545C8"/>
    <w:rsid w:val="00166440"/>
    <w:rsid w:val="00167E5C"/>
    <w:rsid w:val="00170D0E"/>
    <w:rsid w:val="00173230"/>
    <w:rsid w:val="001750AB"/>
    <w:rsid w:val="00176CEF"/>
    <w:rsid w:val="00180015"/>
    <w:rsid w:val="001830B2"/>
    <w:rsid w:val="00183918"/>
    <w:rsid w:val="001905A2"/>
    <w:rsid w:val="00194F93"/>
    <w:rsid w:val="001A1946"/>
    <w:rsid w:val="001B1BBC"/>
    <w:rsid w:val="001C0878"/>
    <w:rsid w:val="001C633F"/>
    <w:rsid w:val="001C79B9"/>
    <w:rsid w:val="001D036E"/>
    <w:rsid w:val="001D2B34"/>
    <w:rsid w:val="001D32D8"/>
    <w:rsid w:val="001D55E6"/>
    <w:rsid w:val="001D7BB0"/>
    <w:rsid w:val="001E0803"/>
    <w:rsid w:val="001F0C0F"/>
    <w:rsid w:val="001F4EA2"/>
    <w:rsid w:val="002009A2"/>
    <w:rsid w:val="002029F9"/>
    <w:rsid w:val="00203D6E"/>
    <w:rsid w:val="0020633C"/>
    <w:rsid w:val="00220C0E"/>
    <w:rsid w:val="002329F7"/>
    <w:rsid w:val="00246017"/>
    <w:rsid w:val="00246DCC"/>
    <w:rsid w:val="00260751"/>
    <w:rsid w:val="00261A02"/>
    <w:rsid w:val="002709E3"/>
    <w:rsid w:val="00272BB4"/>
    <w:rsid w:val="00273D43"/>
    <w:rsid w:val="0027458E"/>
    <w:rsid w:val="0027535B"/>
    <w:rsid w:val="002753DC"/>
    <w:rsid w:val="00276627"/>
    <w:rsid w:val="00287659"/>
    <w:rsid w:val="002A132B"/>
    <w:rsid w:val="002B332D"/>
    <w:rsid w:val="002B6E95"/>
    <w:rsid w:val="002C072B"/>
    <w:rsid w:val="002C1B0D"/>
    <w:rsid w:val="002C2101"/>
    <w:rsid w:val="002C551D"/>
    <w:rsid w:val="002D76A7"/>
    <w:rsid w:val="002E1051"/>
    <w:rsid w:val="002E6341"/>
    <w:rsid w:val="002F0239"/>
    <w:rsid w:val="002F4D7F"/>
    <w:rsid w:val="00305F72"/>
    <w:rsid w:val="003073E0"/>
    <w:rsid w:val="00315356"/>
    <w:rsid w:val="00320D8C"/>
    <w:rsid w:val="003223C7"/>
    <w:rsid w:val="003278AB"/>
    <w:rsid w:val="0033281D"/>
    <w:rsid w:val="00336ECB"/>
    <w:rsid w:val="003376BE"/>
    <w:rsid w:val="00345C4F"/>
    <w:rsid w:val="003462C1"/>
    <w:rsid w:val="00351C05"/>
    <w:rsid w:val="003706FB"/>
    <w:rsid w:val="0037173C"/>
    <w:rsid w:val="00372211"/>
    <w:rsid w:val="003736EC"/>
    <w:rsid w:val="00385A25"/>
    <w:rsid w:val="00392DA5"/>
    <w:rsid w:val="00396466"/>
    <w:rsid w:val="00397BFC"/>
    <w:rsid w:val="003A36DC"/>
    <w:rsid w:val="003ACEBA"/>
    <w:rsid w:val="003C226B"/>
    <w:rsid w:val="003C6C16"/>
    <w:rsid w:val="003C7C9E"/>
    <w:rsid w:val="003D3A55"/>
    <w:rsid w:val="003D4423"/>
    <w:rsid w:val="003E0585"/>
    <w:rsid w:val="003E1932"/>
    <w:rsid w:val="003E29CA"/>
    <w:rsid w:val="003E3DF3"/>
    <w:rsid w:val="003F26C2"/>
    <w:rsid w:val="003F3C79"/>
    <w:rsid w:val="003F5CAC"/>
    <w:rsid w:val="0040295A"/>
    <w:rsid w:val="004069AD"/>
    <w:rsid w:val="00407F7A"/>
    <w:rsid w:val="00413DCB"/>
    <w:rsid w:val="00414B36"/>
    <w:rsid w:val="00424234"/>
    <w:rsid w:val="00431449"/>
    <w:rsid w:val="004328F6"/>
    <w:rsid w:val="004342EB"/>
    <w:rsid w:val="00436C3D"/>
    <w:rsid w:val="004370C1"/>
    <w:rsid w:val="004439C2"/>
    <w:rsid w:val="00444AA3"/>
    <w:rsid w:val="00445095"/>
    <w:rsid w:val="00450D79"/>
    <w:rsid w:val="004513BD"/>
    <w:rsid w:val="00452E68"/>
    <w:rsid w:val="004573D2"/>
    <w:rsid w:val="00470627"/>
    <w:rsid w:val="00485CCF"/>
    <w:rsid w:val="00491D7D"/>
    <w:rsid w:val="00491E65"/>
    <w:rsid w:val="00492166"/>
    <w:rsid w:val="00492388"/>
    <w:rsid w:val="00495516"/>
    <w:rsid w:val="004A16D0"/>
    <w:rsid w:val="004A4CB8"/>
    <w:rsid w:val="004B61EC"/>
    <w:rsid w:val="004B64D8"/>
    <w:rsid w:val="004B6AC7"/>
    <w:rsid w:val="004C2CE9"/>
    <w:rsid w:val="004D01B5"/>
    <w:rsid w:val="004D0829"/>
    <w:rsid w:val="004D0F07"/>
    <w:rsid w:val="004D7121"/>
    <w:rsid w:val="004E1484"/>
    <w:rsid w:val="004E4329"/>
    <w:rsid w:val="004E5FD2"/>
    <w:rsid w:val="004E7808"/>
    <w:rsid w:val="004F2491"/>
    <w:rsid w:val="004F28EA"/>
    <w:rsid w:val="004F2BD6"/>
    <w:rsid w:val="004F5374"/>
    <w:rsid w:val="004F7371"/>
    <w:rsid w:val="00502847"/>
    <w:rsid w:val="005107AF"/>
    <w:rsid w:val="00515AFA"/>
    <w:rsid w:val="005211FB"/>
    <w:rsid w:val="00530E72"/>
    <w:rsid w:val="00533CA0"/>
    <w:rsid w:val="005362DE"/>
    <w:rsid w:val="005363FB"/>
    <w:rsid w:val="0053756C"/>
    <w:rsid w:val="0055776B"/>
    <w:rsid w:val="005711CD"/>
    <w:rsid w:val="00571BF2"/>
    <w:rsid w:val="00575BDE"/>
    <w:rsid w:val="005820CE"/>
    <w:rsid w:val="00583092"/>
    <w:rsid w:val="005A3257"/>
    <w:rsid w:val="005A4D77"/>
    <w:rsid w:val="005A69C0"/>
    <w:rsid w:val="005B62CF"/>
    <w:rsid w:val="005B754B"/>
    <w:rsid w:val="005C0D1A"/>
    <w:rsid w:val="005C6634"/>
    <w:rsid w:val="005C7150"/>
    <w:rsid w:val="005F12CC"/>
    <w:rsid w:val="005F2809"/>
    <w:rsid w:val="00600BEA"/>
    <w:rsid w:val="00602A0E"/>
    <w:rsid w:val="00603AD0"/>
    <w:rsid w:val="00607319"/>
    <w:rsid w:val="0061203F"/>
    <w:rsid w:val="0061774F"/>
    <w:rsid w:val="0064047A"/>
    <w:rsid w:val="00643A80"/>
    <w:rsid w:val="00655CEB"/>
    <w:rsid w:val="00657566"/>
    <w:rsid w:val="00657C41"/>
    <w:rsid w:val="00660DBD"/>
    <w:rsid w:val="0066217E"/>
    <w:rsid w:val="00664D75"/>
    <w:rsid w:val="00667BD0"/>
    <w:rsid w:val="00667E89"/>
    <w:rsid w:val="0067412B"/>
    <w:rsid w:val="00677098"/>
    <w:rsid w:val="00681B19"/>
    <w:rsid w:val="00682287"/>
    <w:rsid w:val="00682D5B"/>
    <w:rsid w:val="00690F17"/>
    <w:rsid w:val="00691307"/>
    <w:rsid w:val="006A3AA7"/>
    <w:rsid w:val="006A5BC8"/>
    <w:rsid w:val="006A7E39"/>
    <w:rsid w:val="006B3F91"/>
    <w:rsid w:val="006B6B1B"/>
    <w:rsid w:val="006C7F82"/>
    <w:rsid w:val="006E174E"/>
    <w:rsid w:val="006E247D"/>
    <w:rsid w:val="006E788E"/>
    <w:rsid w:val="006F08A5"/>
    <w:rsid w:val="006F589D"/>
    <w:rsid w:val="006F75E2"/>
    <w:rsid w:val="00702889"/>
    <w:rsid w:val="00703D12"/>
    <w:rsid w:val="007050FA"/>
    <w:rsid w:val="00706042"/>
    <w:rsid w:val="00706BE7"/>
    <w:rsid w:val="00715606"/>
    <w:rsid w:val="00717F5B"/>
    <w:rsid w:val="00723EB1"/>
    <w:rsid w:val="007335C8"/>
    <w:rsid w:val="00736844"/>
    <w:rsid w:val="007378A4"/>
    <w:rsid w:val="0074751D"/>
    <w:rsid w:val="00757477"/>
    <w:rsid w:val="00771CA6"/>
    <w:rsid w:val="00773F5E"/>
    <w:rsid w:val="00784195"/>
    <w:rsid w:val="00787277"/>
    <w:rsid w:val="00792EA3"/>
    <w:rsid w:val="007959B8"/>
    <w:rsid w:val="00795B77"/>
    <w:rsid w:val="00796269"/>
    <w:rsid w:val="007A0D33"/>
    <w:rsid w:val="007A736B"/>
    <w:rsid w:val="007B0FDF"/>
    <w:rsid w:val="007B68BD"/>
    <w:rsid w:val="007C06E1"/>
    <w:rsid w:val="007C61A3"/>
    <w:rsid w:val="007C6BB5"/>
    <w:rsid w:val="007D2D02"/>
    <w:rsid w:val="007E4F77"/>
    <w:rsid w:val="007F2EDE"/>
    <w:rsid w:val="007F7E63"/>
    <w:rsid w:val="0080718E"/>
    <w:rsid w:val="008139E6"/>
    <w:rsid w:val="00823915"/>
    <w:rsid w:val="00833B69"/>
    <w:rsid w:val="00842702"/>
    <w:rsid w:val="0084381A"/>
    <w:rsid w:val="0085263A"/>
    <w:rsid w:val="00854D33"/>
    <w:rsid w:val="00855143"/>
    <w:rsid w:val="00865A47"/>
    <w:rsid w:val="008878F0"/>
    <w:rsid w:val="008917A2"/>
    <w:rsid w:val="00892658"/>
    <w:rsid w:val="00894F09"/>
    <w:rsid w:val="00896280"/>
    <w:rsid w:val="00896975"/>
    <w:rsid w:val="00897E51"/>
    <w:rsid w:val="008A6835"/>
    <w:rsid w:val="008C23E5"/>
    <w:rsid w:val="008C721F"/>
    <w:rsid w:val="008D455F"/>
    <w:rsid w:val="008E2429"/>
    <w:rsid w:val="008F3933"/>
    <w:rsid w:val="008F6DC0"/>
    <w:rsid w:val="008F7C49"/>
    <w:rsid w:val="00904241"/>
    <w:rsid w:val="00905392"/>
    <w:rsid w:val="00914E11"/>
    <w:rsid w:val="00923DE3"/>
    <w:rsid w:val="00932FE3"/>
    <w:rsid w:val="00936C93"/>
    <w:rsid w:val="00946345"/>
    <w:rsid w:val="00953A75"/>
    <w:rsid w:val="0095741C"/>
    <w:rsid w:val="0096433E"/>
    <w:rsid w:val="009706CB"/>
    <w:rsid w:val="0097161F"/>
    <w:rsid w:val="0097380B"/>
    <w:rsid w:val="009764B2"/>
    <w:rsid w:val="0098106B"/>
    <w:rsid w:val="009847C2"/>
    <w:rsid w:val="00984EA3"/>
    <w:rsid w:val="00985F87"/>
    <w:rsid w:val="0098786A"/>
    <w:rsid w:val="00994F23"/>
    <w:rsid w:val="00997234"/>
    <w:rsid w:val="009B018B"/>
    <w:rsid w:val="009B5396"/>
    <w:rsid w:val="009B5B2C"/>
    <w:rsid w:val="009C1E28"/>
    <w:rsid w:val="009C3A1A"/>
    <w:rsid w:val="009C5559"/>
    <w:rsid w:val="009C5F6D"/>
    <w:rsid w:val="009C7C63"/>
    <w:rsid w:val="009D519A"/>
    <w:rsid w:val="009E5E86"/>
    <w:rsid w:val="009F4B86"/>
    <w:rsid w:val="00A0098C"/>
    <w:rsid w:val="00A11478"/>
    <w:rsid w:val="00A1272E"/>
    <w:rsid w:val="00A25217"/>
    <w:rsid w:val="00A30382"/>
    <w:rsid w:val="00A3041C"/>
    <w:rsid w:val="00A35BE3"/>
    <w:rsid w:val="00A373F0"/>
    <w:rsid w:val="00A50984"/>
    <w:rsid w:val="00A51AB5"/>
    <w:rsid w:val="00A652CB"/>
    <w:rsid w:val="00A72DF5"/>
    <w:rsid w:val="00A7469B"/>
    <w:rsid w:val="00A75EA6"/>
    <w:rsid w:val="00A80885"/>
    <w:rsid w:val="00A858B3"/>
    <w:rsid w:val="00A9234B"/>
    <w:rsid w:val="00AA3ECF"/>
    <w:rsid w:val="00AA6C33"/>
    <w:rsid w:val="00AB0AA3"/>
    <w:rsid w:val="00AB2928"/>
    <w:rsid w:val="00AB3986"/>
    <w:rsid w:val="00AC46B5"/>
    <w:rsid w:val="00AD3A84"/>
    <w:rsid w:val="00AD517B"/>
    <w:rsid w:val="00AE20FF"/>
    <w:rsid w:val="00AF3804"/>
    <w:rsid w:val="00B0441C"/>
    <w:rsid w:val="00B059A2"/>
    <w:rsid w:val="00B06A4F"/>
    <w:rsid w:val="00B15E07"/>
    <w:rsid w:val="00B24A20"/>
    <w:rsid w:val="00B27957"/>
    <w:rsid w:val="00B45AB2"/>
    <w:rsid w:val="00B54B27"/>
    <w:rsid w:val="00B5626D"/>
    <w:rsid w:val="00B563A1"/>
    <w:rsid w:val="00B569C4"/>
    <w:rsid w:val="00B6115B"/>
    <w:rsid w:val="00B70CFF"/>
    <w:rsid w:val="00B71A39"/>
    <w:rsid w:val="00B73392"/>
    <w:rsid w:val="00B75DBA"/>
    <w:rsid w:val="00B77183"/>
    <w:rsid w:val="00B8005F"/>
    <w:rsid w:val="00B855B3"/>
    <w:rsid w:val="00B94B98"/>
    <w:rsid w:val="00BB030E"/>
    <w:rsid w:val="00BB0EE0"/>
    <w:rsid w:val="00BB396C"/>
    <w:rsid w:val="00BB3B1F"/>
    <w:rsid w:val="00BB3D47"/>
    <w:rsid w:val="00BB4D6D"/>
    <w:rsid w:val="00BC127C"/>
    <w:rsid w:val="00BD0C01"/>
    <w:rsid w:val="00BD2222"/>
    <w:rsid w:val="00BD7B7A"/>
    <w:rsid w:val="00BF7EFE"/>
    <w:rsid w:val="00C02095"/>
    <w:rsid w:val="00C06C7E"/>
    <w:rsid w:val="00C07CB8"/>
    <w:rsid w:val="00C12C51"/>
    <w:rsid w:val="00C145DB"/>
    <w:rsid w:val="00C17A11"/>
    <w:rsid w:val="00C236DA"/>
    <w:rsid w:val="00C30791"/>
    <w:rsid w:val="00C32753"/>
    <w:rsid w:val="00C34063"/>
    <w:rsid w:val="00C363B9"/>
    <w:rsid w:val="00C5118C"/>
    <w:rsid w:val="00C52956"/>
    <w:rsid w:val="00C57E68"/>
    <w:rsid w:val="00C60820"/>
    <w:rsid w:val="00C61416"/>
    <w:rsid w:val="00C6599C"/>
    <w:rsid w:val="00C66BB6"/>
    <w:rsid w:val="00C7049F"/>
    <w:rsid w:val="00C75ACF"/>
    <w:rsid w:val="00C857AB"/>
    <w:rsid w:val="00C8698D"/>
    <w:rsid w:val="00C8760A"/>
    <w:rsid w:val="00CA1328"/>
    <w:rsid w:val="00CA1774"/>
    <w:rsid w:val="00CA64F9"/>
    <w:rsid w:val="00CA6BE6"/>
    <w:rsid w:val="00CA718F"/>
    <w:rsid w:val="00CA7F8A"/>
    <w:rsid w:val="00CB05F2"/>
    <w:rsid w:val="00CC4A67"/>
    <w:rsid w:val="00CC575A"/>
    <w:rsid w:val="00CD4D17"/>
    <w:rsid w:val="00CE2F4A"/>
    <w:rsid w:val="00CE4422"/>
    <w:rsid w:val="00CE7BFE"/>
    <w:rsid w:val="00CF189F"/>
    <w:rsid w:val="00CF2ED8"/>
    <w:rsid w:val="00CF332D"/>
    <w:rsid w:val="00CF4A9B"/>
    <w:rsid w:val="00CF520A"/>
    <w:rsid w:val="00CF67D8"/>
    <w:rsid w:val="00CF71A1"/>
    <w:rsid w:val="00D01205"/>
    <w:rsid w:val="00D04FD3"/>
    <w:rsid w:val="00D05E1A"/>
    <w:rsid w:val="00D05E4F"/>
    <w:rsid w:val="00D101CE"/>
    <w:rsid w:val="00D21DCE"/>
    <w:rsid w:val="00D25F89"/>
    <w:rsid w:val="00D26716"/>
    <w:rsid w:val="00D33CC0"/>
    <w:rsid w:val="00D37931"/>
    <w:rsid w:val="00D4276D"/>
    <w:rsid w:val="00D4362A"/>
    <w:rsid w:val="00D54292"/>
    <w:rsid w:val="00D545CC"/>
    <w:rsid w:val="00D5474D"/>
    <w:rsid w:val="00D54819"/>
    <w:rsid w:val="00D62B96"/>
    <w:rsid w:val="00D73675"/>
    <w:rsid w:val="00D73FA5"/>
    <w:rsid w:val="00D76227"/>
    <w:rsid w:val="00D76C70"/>
    <w:rsid w:val="00D83CEA"/>
    <w:rsid w:val="00D9283F"/>
    <w:rsid w:val="00D973EA"/>
    <w:rsid w:val="00DA18F4"/>
    <w:rsid w:val="00DA4213"/>
    <w:rsid w:val="00DA52DF"/>
    <w:rsid w:val="00DB0816"/>
    <w:rsid w:val="00DB6A6E"/>
    <w:rsid w:val="00DC37C2"/>
    <w:rsid w:val="00DC412A"/>
    <w:rsid w:val="00DC5E12"/>
    <w:rsid w:val="00DD0F83"/>
    <w:rsid w:val="00DD47C9"/>
    <w:rsid w:val="00DD585B"/>
    <w:rsid w:val="00DD65EA"/>
    <w:rsid w:val="00DE49DF"/>
    <w:rsid w:val="00DF32A5"/>
    <w:rsid w:val="00DF742B"/>
    <w:rsid w:val="00E00048"/>
    <w:rsid w:val="00E03D13"/>
    <w:rsid w:val="00E05587"/>
    <w:rsid w:val="00E135A9"/>
    <w:rsid w:val="00E1551D"/>
    <w:rsid w:val="00E37B63"/>
    <w:rsid w:val="00E56F5D"/>
    <w:rsid w:val="00E6005E"/>
    <w:rsid w:val="00E625DD"/>
    <w:rsid w:val="00E67205"/>
    <w:rsid w:val="00E76592"/>
    <w:rsid w:val="00E770E2"/>
    <w:rsid w:val="00E814B7"/>
    <w:rsid w:val="00E83DA9"/>
    <w:rsid w:val="00EA2113"/>
    <w:rsid w:val="00EA763C"/>
    <w:rsid w:val="00EB2BD9"/>
    <w:rsid w:val="00EC490C"/>
    <w:rsid w:val="00EE21D8"/>
    <w:rsid w:val="00EE6D0D"/>
    <w:rsid w:val="00EF35D5"/>
    <w:rsid w:val="00F015D2"/>
    <w:rsid w:val="00F01ABE"/>
    <w:rsid w:val="00F059A0"/>
    <w:rsid w:val="00F066C9"/>
    <w:rsid w:val="00F225F1"/>
    <w:rsid w:val="00F23C80"/>
    <w:rsid w:val="00F247F2"/>
    <w:rsid w:val="00F33016"/>
    <w:rsid w:val="00F3707E"/>
    <w:rsid w:val="00F37D9F"/>
    <w:rsid w:val="00F403CE"/>
    <w:rsid w:val="00F45BE4"/>
    <w:rsid w:val="00F53794"/>
    <w:rsid w:val="00F5686C"/>
    <w:rsid w:val="00F65CC4"/>
    <w:rsid w:val="00F6765E"/>
    <w:rsid w:val="00F72388"/>
    <w:rsid w:val="00F727CD"/>
    <w:rsid w:val="00F72BE2"/>
    <w:rsid w:val="00F75979"/>
    <w:rsid w:val="00F86B5F"/>
    <w:rsid w:val="00F86FE9"/>
    <w:rsid w:val="00F87A9E"/>
    <w:rsid w:val="00FA38C7"/>
    <w:rsid w:val="00FA4134"/>
    <w:rsid w:val="00FA58AA"/>
    <w:rsid w:val="00FA6405"/>
    <w:rsid w:val="00FB0424"/>
    <w:rsid w:val="00FB0604"/>
    <w:rsid w:val="00FB28A0"/>
    <w:rsid w:val="00FB5C7F"/>
    <w:rsid w:val="00FC518C"/>
    <w:rsid w:val="00FC7350"/>
    <w:rsid w:val="00FC76E1"/>
    <w:rsid w:val="00FC7FFC"/>
    <w:rsid w:val="00FD050D"/>
    <w:rsid w:val="00FD1AC4"/>
    <w:rsid w:val="00FD53D9"/>
    <w:rsid w:val="00FE02C5"/>
    <w:rsid w:val="00FE0CCE"/>
    <w:rsid w:val="00FE114B"/>
    <w:rsid w:val="00FF1D81"/>
    <w:rsid w:val="030B4F6C"/>
    <w:rsid w:val="039A1554"/>
    <w:rsid w:val="04496579"/>
    <w:rsid w:val="050B389F"/>
    <w:rsid w:val="05299896"/>
    <w:rsid w:val="0684DF5C"/>
    <w:rsid w:val="076F86CC"/>
    <w:rsid w:val="08D3F6CE"/>
    <w:rsid w:val="091A0164"/>
    <w:rsid w:val="0972429D"/>
    <w:rsid w:val="09C1C333"/>
    <w:rsid w:val="0AA00F7C"/>
    <w:rsid w:val="0B48B44B"/>
    <w:rsid w:val="0FAD4AE5"/>
    <w:rsid w:val="104AA5C4"/>
    <w:rsid w:val="10560D65"/>
    <w:rsid w:val="10715D5F"/>
    <w:rsid w:val="129E8C89"/>
    <w:rsid w:val="135A3EB1"/>
    <w:rsid w:val="13ABC1C0"/>
    <w:rsid w:val="1418EFB2"/>
    <w:rsid w:val="1435ED3F"/>
    <w:rsid w:val="1457FEE9"/>
    <w:rsid w:val="14E148E6"/>
    <w:rsid w:val="1621199C"/>
    <w:rsid w:val="16DDAA5D"/>
    <w:rsid w:val="171BEC72"/>
    <w:rsid w:val="1877C595"/>
    <w:rsid w:val="1A40C036"/>
    <w:rsid w:val="1B2EA845"/>
    <w:rsid w:val="1B512FE0"/>
    <w:rsid w:val="1B82587F"/>
    <w:rsid w:val="1B97C8F0"/>
    <w:rsid w:val="1C7C734D"/>
    <w:rsid w:val="1CE6B8D6"/>
    <w:rsid w:val="1DA97475"/>
    <w:rsid w:val="2250CEB7"/>
    <w:rsid w:val="23AEC8C1"/>
    <w:rsid w:val="24775884"/>
    <w:rsid w:val="249F887D"/>
    <w:rsid w:val="25D0991C"/>
    <w:rsid w:val="26385CBF"/>
    <w:rsid w:val="26F946C2"/>
    <w:rsid w:val="27933FBC"/>
    <w:rsid w:val="27D4F458"/>
    <w:rsid w:val="281B28AF"/>
    <w:rsid w:val="2AB2FFFE"/>
    <w:rsid w:val="2AB737C6"/>
    <w:rsid w:val="2B694761"/>
    <w:rsid w:val="2B9BC816"/>
    <w:rsid w:val="2E641080"/>
    <w:rsid w:val="2E7FAA0B"/>
    <w:rsid w:val="2ECABA90"/>
    <w:rsid w:val="2F1C5928"/>
    <w:rsid w:val="2F6CF974"/>
    <w:rsid w:val="31444A11"/>
    <w:rsid w:val="3187039C"/>
    <w:rsid w:val="31ACF02F"/>
    <w:rsid w:val="339B5F9D"/>
    <w:rsid w:val="33AC8E73"/>
    <w:rsid w:val="3440E2B2"/>
    <w:rsid w:val="34C06C6A"/>
    <w:rsid w:val="34FEFC42"/>
    <w:rsid w:val="354935FD"/>
    <w:rsid w:val="358B709D"/>
    <w:rsid w:val="36CF41E1"/>
    <w:rsid w:val="37A94D6B"/>
    <w:rsid w:val="391D6C5C"/>
    <w:rsid w:val="39DB0676"/>
    <w:rsid w:val="3A2381F8"/>
    <w:rsid w:val="3A35FB60"/>
    <w:rsid w:val="3B5DFE1E"/>
    <w:rsid w:val="3C5AC64E"/>
    <w:rsid w:val="3CECA142"/>
    <w:rsid w:val="3EED1685"/>
    <w:rsid w:val="3F52803D"/>
    <w:rsid w:val="3FD3B0FD"/>
    <w:rsid w:val="3FE7120A"/>
    <w:rsid w:val="406DEDD6"/>
    <w:rsid w:val="41289618"/>
    <w:rsid w:val="437162D2"/>
    <w:rsid w:val="46E7E173"/>
    <w:rsid w:val="4815A083"/>
    <w:rsid w:val="484574D0"/>
    <w:rsid w:val="49148313"/>
    <w:rsid w:val="491DD4FF"/>
    <w:rsid w:val="4A36B118"/>
    <w:rsid w:val="4AA3D202"/>
    <w:rsid w:val="4B24E0E9"/>
    <w:rsid w:val="4B3D853F"/>
    <w:rsid w:val="4B68303B"/>
    <w:rsid w:val="4BC33B95"/>
    <w:rsid w:val="4BEEC67D"/>
    <w:rsid w:val="4C24FC05"/>
    <w:rsid w:val="4C6F1CC2"/>
    <w:rsid w:val="4E33102B"/>
    <w:rsid w:val="4EC84ACB"/>
    <w:rsid w:val="4F5ED56E"/>
    <w:rsid w:val="4F82D8CE"/>
    <w:rsid w:val="5052C96E"/>
    <w:rsid w:val="511D5804"/>
    <w:rsid w:val="519349CC"/>
    <w:rsid w:val="51A01079"/>
    <w:rsid w:val="51B08780"/>
    <w:rsid w:val="5461D125"/>
    <w:rsid w:val="54E1342E"/>
    <w:rsid w:val="555741C1"/>
    <w:rsid w:val="5577AAFD"/>
    <w:rsid w:val="5653B350"/>
    <w:rsid w:val="57D26891"/>
    <w:rsid w:val="589CDBD1"/>
    <w:rsid w:val="58D9E657"/>
    <w:rsid w:val="5ACEA0E2"/>
    <w:rsid w:val="5AEDBFF2"/>
    <w:rsid w:val="5B858C36"/>
    <w:rsid w:val="5C28F89A"/>
    <w:rsid w:val="5CDE8A2C"/>
    <w:rsid w:val="5D527AC2"/>
    <w:rsid w:val="5DAE460A"/>
    <w:rsid w:val="5EE70030"/>
    <w:rsid w:val="5F366F40"/>
    <w:rsid w:val="60CB90C5"/>
    <w:rsid w:val="629A2F8A"/>
    <w:rsid w:val="62F21FA1"/>
    <w:rsid w:val="630FE577"/>
    <w:rsid w:val="63173EE5"/>
    <w:rsid w:val="641E31D3"/>
    <w:rsid w:val="66DEE2C6"/>
    <w:rsid w:val="670145C1"/>
    <w:rsid w:val="6715C43C"/>
    <w:rsid w:val="6732E5F2"/>
    <w:rsid w:val="67F79563"/>
    <w:rsid w:val="67FCCE3F"/>
    <w:rsid w:val="687C8978"/>
    <w:rsid w:val="68B0EC1B"/>
    <w:rsid w:val="6929209F"/>
    <w:rsid w:val="69AE5C7A"/>
    <w:rsid w:val="6A0C8D13"/>
    <w:rsid w:val="6A8E0935"/>
    <w:rsid w:val="6A8F762B"/>
    <w:rsid w:val="6B7A201E"/>
    <w:rsid w:val="6B9C2A97"/>
    <w:rsid w:val="6C07C227"/>
    <w:rsid w:val="6C36EB28"/>
    <w:rsid w:val="6D01C6FF"/>
    <w:rsid w:val="6E7CC7C6"/>
    <w:rsid w:val="6FD4870C"/>
    <w:rsid w:val="7057F775"/>
    <w:rsid w:val="70E11A27"/>
    <w:rsid w:val="70FAF3FD"/>
    <w:rsid w:val="7133CC73"/>
    <w:rsid w:val="739EE684"/>
    <w:rsid w:val="73AC59BF"/>
    <w:rsid w:val="73CAD39C"/>
    <w:rsid w:val="745CA51D"/>
    <w:rsid w:val="746C75EC"/>
    <w:rsid w:val="75037EF7"/>
    <w:rsid w:val="75811079"/>
    <w:rsid w:val="761291DD"/>
    <w:rsid w:val="76C34114"/>
    <w:rsid w:val="770D8A4E"/>
    <w:rsid w:val="77864391"/>
    <w:rsid w:val="782187DE"/>
    <w:rsid w:val="7899AA87"/>
    <w:rsid w:val="78BDD7FB"/>
    <w:rsid w:val="7A82B450"/>
    <w:rsid w:val="7AE3AF1E"/>
    <w:rsid w:val="7D0B5BCC"/>
    <w:rsid w:val="7D1F7F4B"/>
    <w:rsid w:val="7D88D377"/>
    <w:rsid w:val="7DB14E6D"/>
    <w:rsid w:val="7DF6C81D"/>
    <w:rsid w:val="7F175E56"/>
    <w:rsid w:val="7FA3A0CE"/>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38847"/>
  <w15:docId w15:val="{D2B1A9DD-4354-480E-9566-64F8F97E4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480" w:lineRule="auto"/>
    </w:pPr>
    <w:rPr>
      <w:rFonts w:ascii="Times New Roman" w:eastAsia="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rsid w:val="00E618BF"/>
  </w:style>
  <w:style w:type="character" w:customStyle="1" w:styleId="FooterChar">
    <w:name w:val="Footer Char"/>
    <w:basedOn w:val="DefaultParagraphFont"/>
    <w:link w:val="Footer"/>
    <w:uiPriority w:val="99"/>
    <w:rsid w:val="00E618BF"/>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
      <w:sz w:val="52"/>
      <w:szCs w:val="52"/>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character" w:customStyle="1" w:styleId="BodyTextChar">
    <w:name w:val="Body Text Char"/>
    <w:basedOn w:val="DefaultParagraphFont"/>
    <w:link w:val="BodyText"/>
    <w:uiPriority w:val="99"/>
    <w:rsid w:val="00AA1D8D"/>
  </w:style>
  <w:style w:type="character" w:customStyle="1" w:styleId="BodyText2Char">
    <w:name w:val="Body Text 2 Char"/>
    <w:basedOn w:val="DefaultParagraphFont"/>
    <w:link w:val="BodyText2"/>
    <w:uiPriority w:val="99"/>
    <w:rsid w:val="00AA1D8D"/>
  </w:style>
  <w:style w:type="character" w:customStyle="1" w:styleId="BodyText3Char">
    <w:name w:val="Body Text 3 Char"/>
    <w:basedOn w:val="DefaultParagraphFont"/>
    <w:link w:val="BodyText3"/>
    <w:uiPriority w:val="99"/>
    <w:rsid w:val="00AA1D8D"/>
    <w:rPr>
      <w:sz w:val="16"/>
      <w:szCs w:val="16"/>
    </w:rPr>
  </w:style>
  <w:style w:type="character" w:customStyle="1" w:styleId="MacroTextChar">
    <w:name w:val="Macro Text Char"/>
    <w:basedOn w:val="DefaultParagraphFont"/>
    <w:link w:val="MacroText"/>
    <w:uiPriority w:val="99"/>
    <w:rsid w:val="0029639D"/>
    <w:rPr>
      <w:rFonts w:ascii="Courier" w:hAnsi="Courier"/>
      <w:sz w:val="20"/>
      <w:szCs w:val="20"/>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customStyle="1" w:styleId="Heading">
    <w:name w:val="Heading"/>
    <w:basedOn w:val="Normal"/>
    <w:next w:val="BodyText"/>
    <w:pPr>
      <w:keepNext/>
      <w:spacing w:before="240"/>
    </w:pPr>
    <w:rPr>
      <w:rFonts w:ascii="Carlito" w:eastAsia="Noto Sans SC Regular" w:hAnsi="Carlito" w:cs="Noto Sans"/>
      <w:sz w:val="28"/>
      <w:szCs w:val="28"/>
    </w:rPr>
  </w:style>
  <w:style w:type="paragraph" w:styleId="BodyText">
    <w:name w:val="Body Text"/>
    <w:basedOn w:val="Normal"/>
    <w:link w:val="BodyTextChar"/>
    <w:uiPriority w:val="99"/>
    <w:unhideWhenUsed/>
    <w:rsid w:val="00AA1D8D"/>
  </w:style>
  <w:style w:type="paragraph" w:styleId="List">
    <w:name w:val="List"/>
    <w:basedOn w:val="Normal"/>
    <w:uiPriority w:val="99"/>
    <w:unhideWhenUsed/>
    <w:rsid w:val="00AA1D8D"/>
    <w:pPr>
      <w:ind w:left="360" w:hanging="360"/>
      <w:contextualSpacing/>
    </w:p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paragraph" w:customStyle="1" w:styleId="Index">
    <w:name w:val="Index"/>
    <w:basedOn w:val="Normal"/>
    <w:pPr>
      <w:suppressLineNumbers/>
    </w:pPr>
    <w:rPr>
      <w:rFonts w:cs="Noto Sans"/>
    </w:rPr>
  </w:style>
  <w:style w:type="paragraph" w:customStyle="1" w:styleId="HeaderandFooter">
    <w:name w:val="Header and Footer"/>
    <w:basedOn w:val="Normal"/>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paragraph" w:styleId="NoSpacing">
    <w:name w:val="No Spacing"/>
    <w:uiPriority w:val="1"/>
    <w:qFormat/>
    <w:rsid w:val="00FC693F"/>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
      <w:sz w:val="52"/>
      <w:szCs w:val="52"/>
    </w:rPr>
  </w:style>
  <w:style w:type="paragraph" w:styleId="Subtitle">
    <w:name w:val="Subtitle"/>
    <w:basedOn w:val="Normal"/>
    <w:next w:val="Normal"/>
    <w:link w:val="SubtitleChar"/>
    <w:uiPriority w:val="11"/>
    <w:qFormat/>
    <w:rsid w:val="00FC693F"/>
    <w:rPr>
      <w:rFonts w:asciiTheme="majorHAnsi" w:eastAsiaTheme="majorEastAsia" w:hAnsiTheme="majorHAnsi" w:cstheme="majorBidi"/>
      <w:i/>
      <w:iCs/>
      <w:color w:val="4F81BD" w:themeColor="accent1"/>
      <w:spacing w:val="15"/>
      <w:szCs w:val="24"/>
    </w:rPr>
  </w:style>
  <w:style w:type="paragraph" w:styleId="ListParagraph">
    <w:name w:val="List Paragraph"/>
    <w:basedOn w:val="Normal"/>
    <w:uiPriority w:val="34"/>
    <w:qFormat/>
    <w:rsid w:val="00FC693F"/>
    <w:pPr>
      <w:ind w:left="720"/>
      <w:contextualSpacing/>
    </w:pPr>
  </w:style>
  <w:style w:type="paragraph" w:styleId="BodyText2">
    <w:name w:val="Body Text 2"/>
    <w:basedOn w:val="Normal"/>
    <w:link w:val="BodyText2Char"/>
    <w:uiPriority w:val="99"/>
    <w:unhideWhenUsed/>
    <w:rsid w:val="00AA1D8D"/>
  </w:style>
  <w:style w:type="paragraph" w:styleId="BodyText3">
    <w:name w:val="Body Text 3"/>
    <w:basedOn w:val="Normal"/>
    <w:link w:val="BodyText3Char"/>
    <w:uiPriority w:val="99"/>
    <w:unhideWhenUsed/>
    <w:rsid w:val="00AA1D8D"/>
    <w:rPr>
      <w:sz w:val="16"/>
      <w:szCs w:val="16"/>
    </w:r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4"/>
      </w:numPr>
      <w:contextualSpacing/>
    </w:pPr>
  </w:style>
  <w:style w:type="paragraph" w:styleId="ListNumber2">
    <w:name w:val="List Number 2"/>
    <w:basedOn w:val="Normal"/>
    <w:uiPriority w:val="99"/>
    <w:unhideWhenUsed/>
    <w:rsid w:val="0029639D"/>
    <w:pPr>
      <w:numPr>
        <w:numId w:val="5"/>
      </w:numPr>
      <w:contextualSpacing/>
    </w:pPr>
  </w:style>
  <w:style w:type="paragraph" w:styleId="ListNumber3">
    <w:name w:val="List Number 3"/>
    <w:basedOn w:val="Normal"/>
    <w:uiPriority w:val="99"/>
    <w:unhideWhenUsed/>
    <w:rsid w:val="0029639D"/>
    <w:pPr>
      <w:numPr>
        <w:numId w:val="6"/>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spacing w:after="200" w:line="276" w:lineRule="auto"/>
    </w:pPr>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paragraph" w:styleId="IndexHeading">
    <w:name w:val="index heading"/>
    <w:basedOn w:val="Heading"/>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nil"/>
        </w:tcBorders>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000000" w:themeColor="text1"/>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4F81BD" w:themeColor="accent1"/>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0504D" w:themeColor="accent2"/>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9BBB59" w:themeColor="accent3"/>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8064A2" w:themeColor="accent4"/>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4BACC6" w:themeColor="accent5"/>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79646" w:themeColor="accent6"/>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4F81BD" w:themeColor="accent1"/>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C0504D" w:themeColor="accent2"/>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9BBB59" w:themeColor="accent3"/>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8064A2" w:themeColor="accent4"/>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4BACC6" w:themeColor="accent5"/>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F79646" w:themeColor="accent6"/>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05360"/>
              </a:schemeClr>
            </a:gs>
          </a:gsLst>
          <a:lin ang="16200000" scaled="1"/>
          <a:tileRect/>
        </a:gradFill>
        <a:gradFill>
          <a:gsLst>
            <a:gs pos="0">
              <a:schemeClr val="phClr">
                <a:tint val="100000"/>
                <a:shade val="100000"/>
                <a:satMod val="130000"/>
              </a:schemeClr>
            </a:gs>
            <a:gs pos="100000">
              <a:schemeClr val="phClr">
                <a:tint val="50000"/>
                <a:shade val="100000"/>
                <a:satMod val="-30536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atMod val="-305360"/>
              </a:schemeClr>
            </a:gs>
            <a:gs pos="40000">
              <a:schemeClr val="phClr">
                <a:tint val="45000"/>
                <a:shade val="99000"/>
                <a:satMod val="-305360"/>
              </a:schemeClr>
            </a:gs>
            <a:gs pos="100000">
              <a:schemeClr val="phClr">
                <a:shade val="20000"/>
                <a:satMod val="255000"/>
              </a:schemeClr>
            </a:gs>
          </a:gsLst>
          <a:path path="circle">
            <a:fillToRect l="50000" t="-80000" r="50000" b="180000"/>
          </a:path>
          <a:tileRect/>
        </a:gradFill>
        <a:gradFill>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f3502e4f-8bfd-4bb3-bfee-ea0782731250" xsi:nil="true"/>
    <lcf76f155ced4ddcb4097134ff3c332f xmlns="956e6592-bef4-4123-b756-b2b9fe17e0c1">
      <Terms xmlns="http://schemas.microsoft.com/office/infopath/2007/PartnerControls"/>
    </lcf76f155ced4ddcb4097134ff3c332f>
    <_ip_UnifiedCompliancePolicyProperties xmlns="http://schemas.microsoft.com/sharepoint/v3" xsi:nil="true"/>
    <NumericValue xmlns="956e6592-bef4-4123-b756-b2b9fe17e0c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CCACEBDA99D264FB1F19C372BC27B75" ma:contentTypeVersion="15" ma:contentTypeDescription="Create a new document." ma:contentTypeScope="" ma:versionID="101934f31df105210d135f4b97a7fe74">
  <xsd:schema xmlns:xsd="http://www.w3.org/2001/XMLSchema" xmlns:xs="http://www.w3.org/2001/XMLSchema" xmlns:p="http://schemas.microsoft.com/office/2006/metadata/properties" xmlns:ns1="http://schemas.microsoft.com/sharepoint/v3" xmlns:ns2="956e6592-bef4-4123-b756-b2b9fe17e0c1" xmlns:ns3="f3502e4f-8bfd-4bb3-bfee-ea0782731250" targetNamespace="http://schemas.microsoft.com/office/2006/metadata/properties" ma:root="true" ma:fieldsID="28bf9bab47452ee5c7ea246aaaf942e0" ns1:_="" ns2:_="" ns3:_="">
    <xsd:import namespace="http://schemas.microsoft.com/sharepoint/v3"/>
    <xsd:import namespace="956e6592-bef4-4123-b756-b2b9fe17e0c1"/>
    <xsd:import namespace="f3502e4f-8bfd-4bb3-bfee-ea07827312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NumericValu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6e6592-bef4-4123-b756-b2b9fe17e0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0ce98bd-ac35-4508-bf24-f37e01e7df9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NumericValue" ma:index="20" nillable="true" ma:displayName="Numeric Value" ma:format="Dropdown" ma:internalName="NumericValu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f3502e4f-8bfd-4bb3-bfee-ea07827312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0079b0-1250-458e-9224-ccbd22c7dd11}" ma:internalName="TaxCatchAll" ma:showField="CatchAllData" ma:web="2bf1a230-ca25-46ac-92f6-56dda9139e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FF38C2-5433-4185-A452-5674F69DB108}">
  <ds:schemaRefs>
    <ds:schemaRef ds:uri="http://schemas.microsoft.com/office/2006/metadata/properties"/>
    <ds:schemaRef ds:uri="http://schemas.microsoft.com/office/infopath/2007/PartnerControls"/>
    <ds:schemaRef ds:uri="http://schemas.microsoft.com/sharepoint/v3"/>
    <ds:schemaRef ds:uri="f3502e4f-8bfd-4bb3-bfee-ea0782731250"/>
    <ds:schemaRef ds:uri="956e6592-bef4-4123-b756-b2b9fe17e0c1"/>
  </ds:schemaRefs>
</ds:datastoreItem>
</file>

<file path=customXml/itemProps2.xml><?xml version="1.0" encoding="utf-8"?>
<ds:datastoreItem xmlns:ds="http://schemas.openxmlformats.org/officeDocument/2006/customXml" ds:itemID="{466E41A6-98F2-4E1A-8134-46C6E4DA0B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56e6592-bef4-4123-b756-b2b9fe17e0c1"/>
    <ds:schemaRef ds:uri="f3502e4f-8bfd-4bb3-bfee-ea07827312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4.xml><?xml version="1.0" encoding="utf-8"?>
<ds:datastoreItem xmlns:ds="http://schemas.openxmlformats.org/officeDocument/2006/customXml" ds:itemID="{B39A99C6-DA00-4A48-9392-66043232BA0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583</Words>
  <Characters>3324</Characters>
  <Application>Microsoft Office Word</Application>
  <DocSecurity>0</DocSecurity>
  <Lines>27</Lines>
  <Paragraphs>7</Paragraphs>
  <ScaleCrop>false</ScaleCrop>
  <Company/>
  <LinksUpToDate>false</LinksUpToDate>
  <CharactersWithSpaces>3900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Andrea Trantham</cp:lastModifiedBy>
  <cp:revision>3</cp:revision>
  <dcterms:created xsi:type="dcterms:W3CDTF">2026-08-26T18:53:00Z</dcterms:created>
  <dcterms:modified xsi:type="dcterms:W3CDTF">2026-08-26T18:53:00Z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0x010100ACCACEBDA99D264FB1F19C372BC27B75</vt:lpwstr>
  </property>
  <property fmtid="{D5CDD505-2E9C-101B-9397-08002B2CF9AE}" pid="3" name="docLang">
    <vt:lpwstr>en</vt:lpwstr>
  </property>
  <property fmtid="{D5CDD505-2E9C-101B-9397-08002B2CF9AE}" pid="4" name="MediaServiceImageTags">
    <vt:lpwstr/>
  </property>
</Properties>
</file>